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автомагистраль;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скоростная автомобильная дорога;</w:t>
      </w:r>
    </w:p>
    <w:p>
      <w:pPr>
        <w:pStyle w:val="Heading3"/>
      </w:pPr>
      <w:r>
        <w:rPr>
          <w:rFonts w:ascii="Times New Roman" w:hAnsi="Times New Roman" w:eastAsia="Times New Roman" w:cs="Times New Roman"/>
          <w:b/>
          <w:i w:val="0"/>
          <w:sz w:val="22"/>
        </w:rPr>
        <w:t>Пункт 3.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обычная автомобильная дорога (нескоростная автомобильная дорога). Для автомобильной дороги класса «обычная автомобильная дорога (нескоростная автомобильная дорога)» могут устанавливаться I, II, III, IV и V категории. Отнесение эксплуатируемых автомобильных дорог к категориям автомобильных дорог осуществляется в соответствии с основными показателями транспортно-эксплуатационных характеристик и потребительских свойств автомобильных дорог. Автомобильные дороги по транспортно-эксплуатационным характеристикам и потребительским свойствам разделяют на категории в зависимости от: общего числа полос движения; ширины полосы движения; ширины обочины; наличия и ширины разделительной полосы; типа пересечения с автомобильной дорогой и доступа к автомобильной дороге. Автомобильная дорога «Глухово-Николо-Урюпино» - Аникеевка была построена в 80-х годах 20 века. На данный период действовали градостроительные и дорожные нормы 1974 года. Согласно СН467-74 Нормы отвода земель для автомобильных дорог, утвержденные Постановлением Госстроя СССР от 19.12.1974 № 248, полоса отвода для автомобильной дороги 5 категории, к которой относится автомобильная дорога «Глухово-Николо- Урюпино» - Аникеевка, составляет 33 метра (по 16,5 метров от оси автомобильной дороги). Правила классификации устанавливают основные показатели транспортно-эксплуатационных характеристик и потребительских свойств автомобильных дорог, в соответствии с которыми эксплуатируемые автомобильные дороги подлежат отнесению к категориям автомобильных дорог в порядке, установленном приказом Минтранса России от 27.08.2009г. №150 «О порядке проведения оценки технического состояния автомобильных дорог». Отсутствие документации на автомобильную дорогу не свидетельствует о том, что дорога не является объектом недвижимости на который могут быть оформлены права в соответствии с действующим законодательством Российской Федерации. Отсутствие паспорта дороги, отсутствие решения о присвоении категории, и оценки её состояния не свидетельствует о нарушении Ответчиком прав участников дорожного движения, предусмотренных положениями Федерального закона от 10.12.1995 № 196-ФЗ «О безопасности дорожного движения», не влияет на безопасность дорожного движения, поскольку безопасность дорожного движения на данной дороге обеспечивается комплексом иных мер, принимаемых ответчиком с учетом выделенных бюджетных средств на эти цели. Суд, выслушав объяснения представителя административного истца, представителей административных ответчиков, исследовав материалы дела, заслушав заключение прокурора, полагавшей, что в удовлетворении административного искового заявления необходимо отказать, приходит к следующему. Постановлением Правительства МО от 05 августа 2008 года N 653/26 «О Перечне автомобильных дорог общего пользования регионального или межмуниципального значения Московской области», автомобильная дорога «Глухово-Николо-Урюпино»-Аникеевка, протяженностью 1,239 км. Включена в перечень автомобильных дорог общего пользования регионального или межмуниципального значения Московской области. В соответствии со ст.16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1. Проектирование, строительство, реконструкция, капитальный ремонт автомобильных дорог осуществляются в соответствии с Градостроительным кодексом Российской Федерации и настоящим Федеральным законом. 2. Состав и требования к содержанию разделов проектной документации автомобильных дорог, их участков, состав и требования к содержанию разделов проектной документации автомобильных дорог, их участков применительно к отдельным этапам строительства, реконструкции автомобильных дорог, их участков, а также состав и требования к содержанию разделов проектной документации автомобильных дорог, их участков,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Как видно из материалов дела автомобильной дороге «Глухово-Николо-Урюпино – Аникеевка» присвоена пятая техническая категория: ширина покрытия составляет 6.5-6.8 м. (350 м), далее - 4.5 м. Состояние покрытия - удовлетворительное, ямочность, влияющая на безопасность движения, отсутствует. Категорийность в соответствии с интенсивностью движения транспорта - 3220 автомобилей в сутки. Автодорога построена в соответствии с нормативами. Автомобильная дорога «Глухово-Николо-Урюпино» -Аникеевка входит в перечень автомобильных дорог общего пользования Московской области начиная с 1993 года, что подтверждается нормативно - правовыми актами Московской области, распоряжением Главы Администрации Московской области от 22.09.1995 № 672-РГ «Об утверждении Перечня автомобильных дорог общего пользования Московской области». Актуальная редакция перечня автомобильных дорог общего пользования регионального или межмуниципального значения Московской области, утвержденная постановлением Правительства Московской области от 05 августа 2008 года № 653/26 включает автомобильную дорогу «Глухово-Николо-Урюпино»-Аникеевка в число региональных, т.к. фактически таковой данная дорога является с 90 – х годов 20 века. Сведения об указанной автомобильной дороге содержатся в Едином государственном реестре автомобильных дорог. Согласно данным, полученным из Управления земельно-имущественных отношений Федерального дорожного агентства (Росавтодор), указанная автомобильная дорога введена в эксплуатацию 01 июля 1997 года. В соответствии с постановлением Главы Красногорского района Московской области от 13 мая 1998 года № 394/5 автомобильная дорога передана в управление УАД МО «Мосавтодор» и до настоящего времени находится в оперативном управлении и обслуживании Государственного бюджетного учреждения Московской области «Мосавтодор». Более 15 лет Московская область (в лице Министерства имущественных отношений Московской области и Государственного бюджетного учреждения Московской области «Мосавтодор») несет бремя содержания данной дороги. В соответствии со статьей 33 Закона Московской области Московской области от 02.11.2005 № 230/2005-03 «О Правительстве Московской области», Регламентом Правительства Московской области, утвержденного Постановлением Губернатора Московской области от 02.07.2003 № 150-ПГ, при издании постановления Правительства Московской области от 05 августа 2008 года № 653/26 «О перечне автомобильных дорог общего пользования регионального или межмуниципального значения Московской области» соблюдены процедура принятия нормативного правового акта, форма и вид, правила введения его в действие, в том числе порядок опубликования и вступления в силу. Автомобильная дорога «Глухово-Николо-Урюпино»-Аникеевка соединяет муниципальные образования городское поселение Красногорск Красногорского муниципального района Московской области и сельское поселение Ильинское Красногорского муниципального района Московской области, соединяет населенные пункта Аникеевку и Глуховку, исключение данной дороги из перечня автомобильных дорог общего пользования регионального или межмуниципального значения Московской области, приведет к снижению уровня безопасности дорожного движения. Отсутствие документации на автомобильную дорогу, паспорта дороги, отсутствие решения о присвоении категории не свидетельствует о нарушении прав участников дорожного движения, предусмотренных Федеральным законом от 10 декабря 1995 года № 196-ФЗ «О безопасности дорожного движения», не влияет на безопасность дорожного движения. При принятии постановления Правительства Московской области № 653/26 были соблюдены требования Регламента Правительства Московской области, утверждённого постановлением Губернатора Московской области от 2 июля 2003 года № 150-ПГ «О Регламенте Правительства Московской области». Порядок подготовки и рассмотрения проектов законов Московской области, нормативных правовых актов и распорядительных документов определён в разделе VI Регламента. Пунктом 59 Регламента установлено, что проекты законов Московской области, нормативных правовых актов, распорядительных документов и иных актов и документов вносятся на рассмотрение Губернатора Московской области, Правительства Московской области членами Правительства, руководителями исполнительных органов государственной власти, государственных органов и государственных учреждений, советниками Губернатора Московской области и руководителями структурных подразделений аппарата Правительства Московской области. Проект постановления Правительства Московской области № 653/26 в соответствии с требованиями указанного пункта Регламента был представлен начальником государственного учреждения Московской области «Управление автомобильных дорог Московской области «Мосавтодор». Согласно пункту 60 Регламента непосредственная подготовка проекта документа осуществляется работниками секретариатов членов Правительства, исполнительных органов государственной власти, государственных органов и государственных учреждений, структурных подразделений аппарата Правительства Московской области, а при необходимости - лично членами Правительства или руководителями исполнительных органов государственной власти, государственных органов и государственных учреждений, советниками Губернатора Московской области и руководителями структурных подразделений аппарата Правительства. В соответствии с пунктом 63 Регламента проекты нормативных правовых актов и распорядительных документов подлежат обязательному согласованию с Вице-губернатором, первыми заместителями Председателя Правительства, а также заместителями Председателя Правительства по вопросам в соответствии с распределением обязанностей между заместителями Председателя Правительства, министром финансов по вопросам, входящим в компетенцию Министерства финансов Московской области, министром Правительства - руководителем аппарата Правительства, Правовым управлением, с руководителями исполнительных органов государственной власти, государственных органов и государственных учреждений, которым даются поручения или затрагиваются входящие в их полномочия вопросы, а при необходимости - советниками Губернатора Московской области, главами муниципальных образований Московской области и руководителями организаций. Все необходимые для согласования документы (пояснительная записка, текст проекта постановления, список согласующих должностных лиц) были представлены. Проект постановления Правительства Московской области № 653/26 согласован Вице-губернатором Московской области, первым заместителем Председателя Правительства Московской области, первым заместителем Председателя Правительства Московской области - министром финансов Правительства Московской области, первым заместителем Председателя Правительства Московской области, министром Правительства Московской области руководителем аппарата Правительства Московской области, министром имущественных отношений Правительства Московской области, Правовым управлением, заместителем Председателя Правительства Московской области - министром транспорта Правительства Московской области. В законодательстве не содержится требований по представлению к проекту постановления технической документации, землеотводной документации на каждую из 13 697 автомобильных дорог общего пользования регионального или межмуниципального значения Московской области, включённых в соответствующий Перечень. Постановлением Правительства Московской области № 653/26 не изменён собственник, статус автомобильной дороги «Глухово-Николо-Урюпино»-Аникеевка, не осуществлена смена лиц, осуществляющих оперативное управление автодорогой. Автомобильная дорога «Глухово-Николо-Урюпино»-Аникеевка включена в Перечень автомобильных дорог общего пользования Московской области распоряжением Главы администрации Московской области от 15 декабря 1993 года № 865-ра «О ставках налогов в дорожный фонд, перечне автомобильных дорог общего пользования и бюджете дорожного фонда Московской области на 1994 год». Таким образом, автомобильная дорога «Глухово-Николо-Урюпино»- Аникеевка с 15 декабря 1993 года находится в собственности Московской области, является автомобильной дорогой общего пользования Московской области и находится в оперативном управлении государственного казённого учреждения Московской области «Управление автомобильных дорог Московской области «Мосавтодор». Необоснованным является довод административного истца о том, что спорная дорога построена с нарушением СП 34.13330.2012. Свод правил Автомобильные дороги. Актуализированная редакция СНиП 2.05.02-85*, утверждённых Приказом Минрегиона России от 30.06.2012 № 266 «Об утверждении свода правил «СНИП 2.05.02.-85* «Автомобильные дороги». В соответствии с пунктом 1 Приказа Минрегиона России от 30 июня 2012 года № 266 свода правил «СНИП 2.05.02.-85* «Автомобильные дороги» введён в действие с 1 июля 2013 года. По информации Федерального дорожного агентства Министерства транспорта Российской Федерации автомобильная дорога общего пользования межмуниципального значения «Глухово-Николо-Урюпино-Аникеевка», идентификационный номер 46 ОП МЗ 46Н-04642, введена в эксплуатацию 1 июля 1997 года. Нельзя согласиться с доводом административного истца о том, что технические характеристики автомобильной дороги «Глухово-Николо- Урюпино-Аникеевка» не соответствует пункту 3 таблицы Приложения к Правилам классификации автомобильных дорог в Российской Федерации и их отнесения к категориям автомобильных дорог, утверждённых постановлением Правительства Российской Федерации от 28 сентября 2009 года № 767 «О классификации автомобильных дорог в Российской Федерации». В пункте 3 таблицы Приложения определены размеры ширины обочины автомобильных дорог в зависимости от категории. Для автомобильной дороги V категории установлены параметры ширины обочины - не менее 1-1,75 м. Согласно пункту 16 Приложения № 2 к постановлению главы Красногорского района Московской области от 13 мая 1998 года № 394/5 «О передаче государственному Управлению автомобильных дорог МО «Мосавтодор» земельных участков под существующими дорогами в Красногорском районе» полоса отвода автомобильной дороги «Глухово- Николо-Урюпино»-Аникеевка составляет 15 м. Довод административного истца о том, что автомобильная дорога «Глухово-Николо-Урюпино»-Аникеевка включена в Перечень автомобильных дорог общего пользования регионального или межмуниципального значения с нарушением статьи 16 Федерального закона от 8 ноября 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является необоснованным, так как данная автомобильная дорога включена в Перечень автомобильных дорог общего пользования Московской области в 1993 году. Суд считает установленным, что оспариваемый нормативный правовой акт принят компетентным органом государственной власти субъекта Федерации в пределах установленных законом полномочий и в установленной законом форме. Оценив представленные доказательства, суд приходит к выводу о законности положений оспариваемого нормативного правового акта и отсутствии нарушения прав, свобод и законных интересов административного истца. Оснований для удовлетворения заявленных требований не имеется. Руководствуясь статьями - , Кодекса административного судопроизводства Российской Федерации, суд Р Е Ш И Л : Отказать в удовлетворении административного искового заявления СНТ «Никольское» о признании недействующим Постановления Правительства Московской области от 05 августа 2008 года № 653/26 в части пункта 1324, которым включена в перечень автомобильных дорог общего пользования регионального или межмуниципального значения Московской области автомобильная дорога «Глухово-Николо-Урюпино» - Аникеевка, протяженностью 1, 239 км., учетный номер 46Н-04642. На решение могут быть принесены апелляционная жалоба и апелляционное представление в Верховный Суд Российской Федерации в течение месяца со дня принятия решения суда в окончательной форме с подачей жалобы, представления через Московский областной суд. Судья Терещенко А.А. Суд: Московский областной суд (Московская область) (подробнее) Истцы: Садоводческое некоммерческое товарищество "Никольское" (подробнее) Ответчики: ГБУ МО "Мосавтодор" (подробнее) Иные лица: Администрация Красногорского района Московской области (подробнее) Главное управление дорожного хозяйства Московской области (подробнее) Судьи дела: Терещенко А.А.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