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Рабочие места пользователей ПЭВМ не оборудованы подставкой для ног, что является нарушением ст.ст. 11, 25 Федерального закона РФ № 52-ФЗ от 30.03.99 «О санитарно-эпидемиологическом благополучии населения», п. 10.5 СанПиН 2.2.2/2.4.1340-03 «Гигиенические требования к персональным электронно-вычислительным машинам и организации работы», п.п. 10.16.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Стирка спецодежды не организована, что является нарушением ст. 25 Закона РФ «О санитарно-эпидемиологическом благополучии населении» от 30.03.99, п.2.12 СП 2.2.2.1327-03 «Гигиенические требования к организации технологических процессов, производственному оборудованию и рабочему инструменту».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Сведения о прохождении флюорографического обследования сотрудников Общества не представлены. Таким образом, администрацией учреждения не организована работа по раннему выявлению туберкулеза, не обеспечен контроль своевременности прохождения профилактических медицинских осмотров (флюорообследования) сотрудников, что является нарушением ст.ст. 11, 29, 34 Федерального закона № 52-ФЗ от 30.03.99 «О санитарно-эпидемиологическом благополучии населения», п.п. 4.1, 4.11 СП 3.1.2.3114-13 «Профилактика туберкулеза», п.п. 2.6, 7.1, 7.3, 7.4 СП 3.1/3.2.3146-13 «Общие требования по профилактике инфекционных и паразитных болезней», п. 1.6 Постановления Главного государственного санитарного врача № 93 ль 21.12.2007 «Об усилении мероприятий по борьбе с туберкулезом в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Списки работающих в лечебно-профилактическое учреждение для организации профилактической вакцинации не представлены. Непредставление списков в лечебно-профилактическое учреждение по месту нахождения НАО «ИСГ «Норманн» влечет непроведение работы по специфической профилактике инфекционных заболеваний, что создает угрозу жизни и здоровью сотрудников предприятия, влечет ухудшение санитарно-эпидемиологической обстановки на территории Санкт-Петербурга и является нарушением ст.ст. 11, 29 Федерального закона № 52-ФЗ от 30.03.99 «О санитарно-эпидемиологическом благополучии населения», п. 5.6 СП 3.3.2367-08 «Организация иммунопрофилактики инфекционных болезней», п.п. 2.6, 18.1, 18.10 СП 3.1/3.2.3146-13 «Общие требования по профилактике инфекционных и паразитных болезней».</w:t>
      </w:r>
    </w:p>
    <w:p>
      <w:pPr>
        <w:pStyle w:val="Heading3"/>
      </w:pPr>
      <w:r>
        <w:rPr>
          <w:rFonts w:ascii="Times New Roman" w:hAnsi="Times New Roman" w:eastAsia="Times New Roman" w:cs="Times New Roman"/>
          <w:b/>
          <w:i w:val="0"/>
          <w:sz w:val="22"/>
        </w:rPr>
        <w:t>Пункт 5.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Производственный контроль в части проведения лабораторно-инструментальных исследований факторов производственной среды (уровни искусственной освещенности, электромагнитных излучений, шума, воздуха на содержание вредных химических веществ, аэроионный состав воздуха, параметры микроклимата) на рабочих местах не проводится, протоколы не представлены. Ответственность за вышеперечисленные нарушения предусмотрена ст. 6.3 КоАП РФ. Решением судьи Выборгского районного суда Санкт-Петербурга от 11 мая 2017 года, постановление № Ю 78-04-06/3127 от 26.12.2016 и.о. начальника территориального отдела – главного государственного санитарного врача по Адмиралтейскому, Василеостровскому, Центральному районам &lt;...&gt; оставлено без изменения, жалоба защитника – без удовлетворения. Защитник НАО «ИСГ «Норманн» ФИО1 обратился в Санкт-Петербургский городской суд с жалобой об отмене решения судьи районного суда, прекращении производства по делу. В обоснование жалобы указала, что решение не соответствует закону и нарушает права и законные интересы Общества, незаконно возлагает на заявителя обязанности в части обеспечения рабочих мест пользователей ПЭВМ подставками для ног, поскольку такое требование не соответствует законодательству. Трудовой кодекс РФ не предоставляет работодателю право отстранять от работы работника, не прошедшего флюорографическое обследование, если работник не подлежит обязательному предварительному/периодическому медицинскому обследовании. НАО «ИСГ «Норманн» в конце 2015 года был выпущен приказ, информирующий работников компании о необходимости прохождения флюорографического обследования, работники компании приняли решение о прохождении данного обследования по месту жительства. НАО «ИСГ «Норманн» в конце 2015 года также был выпущен приказ, рекомендующий работникам компании пройти профилактическую вакцинацию, однако работники компании отказались от ее прохождения. НАО «ИСГ «Норманн» не имеет полномочий обязать своих работников проходить вакцинацию, соответственно, нельзя лицо признать виновным при отсутствии фактической возможности данного лица оказать воздействие на ситуацию. В отношении НАО «ИСГ «Норманн» производственный контроль в части лабораторных исследований, испытаний не является применимым, поскольку НАО «ИСГ «Норманн» не относится к категориям объектов, перечисленных в пункте 4.1 Санитарных правил. Производственный контроль НАО «ИСГ «Норманн» выполнен в рамках проведения специальной оценки условий труда в 2016 году. Законный представитель, защитник НАО «ИСГ «Норманн» в Санкт-Петербургский городской суд не явились, извещены о дате, времени и месте рассмотрения жалобы надлежащим образом, в связи с чем, полагаю возможным рассмотреть жалобу в их отсутствие. Проверив материалы дела, изучив доводы жалобы, считаю решение суда первой инстанции не подлежащим отмене по следующим основаниям. В ходе рассмотрения жалобы НАО «ИСГ «Норманн» судьей Выборгского районного суда Санкт-Петербурга в соответствии с требованиями ст. 30.6 КоАП РФ были проверены законность и обоснованность вынесенного постановления по делу об административном правонарушении. Доказательства исследованы и оценены в соответствии с требованиями ст. 26.1 , 26.11 КоАП РФ.Постановление по делу об административном правонарушении соответствует требованиям ст. 29.10 КоАП РФ, нарушений требований КоАП РФ в ходе рассмотрения дела судом допущено не было. Действия юридического лица правильно квалифицированы по ст. 6.3 КоАП РФ. Вместе с тем, из установочной части постановления должностного лица и решения суда первой инстанции подлежит исключению указание на нарушение НАО «ИСГ «Норманн» ст.ст. 11, 25 Федерального закона РФ № 52-ФЗ от 30.03.99 «О санитарно-эпидемиологическом благополучии населения», п. 10.5 СанПиН 2.2.2/2.4.1340-03 «Гигиенические требования к персональным электронно-вычислительным машинам и организации работы», а именно: в части необорудования рабочих мест пользователей ПЭВМ подставкой для ног, поскольку указанное требование носит рекомендательный характер, не является обязательным к исполнению. Также из установочной части постановления и решения подлежит исключению указание на нарушение НАО «ИСГ «Норманн» законодательства в части непроведения лабораторно-инструментальных исследований факторов производственной среды (уровни искусственной освещенности, электромагнитных излучений, шума, воздуха на содержание вредных химических веществ, аэроионный состав воздуха, параметры микроклимата) на рабочих местах, в связи со следующим. Пунктом 14.4 СанПиН 2.2.2/2.4.1340-03. 2.2.2. «Гигиена труда, технологические процессы, сырье, материалы, оборудование, рабочий инструмент» установлено, что производственный контроль за соблюдением санитарных правил осуществляется производителем и поставщиком ПЭВМ, а также предприятиями и организациями, эксплуатирующими ПЭВМ в установленном порядке, в соответствии с действующими санитарными правилами и другими нормативными документами. Пунктом 4.1 Санитарных правил 1.1.1058-01. 1.1. «Общие вопросы.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установлено, что производственный контроль осуществляется с применением лабораторных исследований, испытаний на следующих категориях объектов: промышленные предприятия (объекты); водные объекты, используемые в целях питьевого и хозяйственно-бытового водоснабжения и рекреационных целей, расположенные в черте городских и сельских поселений; объекты водоснабжения (эксплуатация централизованных, нецентрализованных, домовых распределительных, автономных систем питьевого водоснабжения населения, системы питьевого водоснабжения на транспортных средствах); общественные здания и сооружения: лечебно-профилактические, стоматологические, клиники, кабинеты и иные здания и сооружения, в которых осуществляется фармацевтическая и/или медицинская деятельность; при производстве дезинфекционных, дезинсекционных и дератизационных средств, оказании дезинфекционных, дезинсекционных и дератизационных услуг, включая контроль за эффективностью изготавливаемых и применяемых препаратов, соблюдением требований при их использовании, хранении, транспортировке, утилизации, а также учет и контроль численности (заселенности) грызунами и насекомыми объектов производственного контроля при проведении истребительных мероприятий. Согласно представленной в материалах дела выписке из Единого государственного реестра юридических лиц, НАО «ИСГ «Норманн» к указанным категориям объектов не относится, в связи с чем, исполнение вышеназванного требования Санитарных правил для Общества не является обязательным. При этом, данное обстоятельство, а именно: исключение из объективной части правонарушения перечисленных нарушений, не влияет на правильность квалификации действий НАО «ИСГ «Норманн» по ст. 6.3 КоАП РФ как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Остальные доводы жалобы защитника не являются основанием к отмене решения судьи районного суда, поскольку нарушение юридическим лицом ст.ст. 11, 25, 29, 34 Федерального закона № 52-ФЗ от 30.03.99 «О санитарно-эпидемиологическом благополучии населения», п.п. 4.1, 4.11 СП 3.1.2.3114-13 «Профилактика туберкулеза», п.п. 2.6, 7.1, 7.3, 7.4, 18.1, 18.10 СП 3.1/3.2.3146-13 «Общие требования по профилактике инфекционных и паразитных болезней», п. 1.6 Постановления Главного государственного санитарного врача № 93 ль 21.12.2007 «Об усилении мероприятий по борьбе с туберкулезом в Российской Федерации», п. 2.12 СП 2.2.2.1327-03 «Гигиенические требования к организации технологических процессов, производственному оборудованию и рабочему инструменту», п. 5.6 СП 3.3.2367-08 «Организация иммунопрофилактики инфекционных болезней» в полном объеме подтверждается представленными материалами дела. Каких-либо нарушений требований законодательства должностными лицами Роспотребнадзора при проведении плановой выездной проверки допущено не было. Административное наказание назначено в минимальном размере, предусмотренном санкцией ст. 6.3 КоАП РФ, с учетом характера совершенного административного правонарушения, чрезмерно суровым не является. Порядок и срок давности привлечения НАО «ИСГ «Норманн» к административной ответственности соблюдены. Несогласие заявителя с оценкой имеющихся в деле доказательств и с толкованием судами норм КоАП РФ и законодательства, подлежащих применению к рассматриваемым правоотношениям, не свидетельствует о том, что должностным лицом и судом допущены существенные нарушения КоАП РФ и (или) предусмотренных им процессуальных требований, не позволившие всесторонне, полно и объективно рассмотреть дело. Поскольку нарушений норм материального и процессуального права при рассмотрении дела не установлено, оснований для изменения или отмены обжалуемого судебного акта не имеется. На основании изложенного и руководствуясь ст. 30.7 КоАП РФ, Р Е Ш И Л: Решение судьи Выборгского районного суда Санкт-Петербурга от 11 мая 2017 года, которым оставлено без изменения постановление и.о. начальника территориального отдела – главного государственного санитарного врача по Адмиралтейскому, Василеостровскому, Центральному районам № Ю 78-04-06/3127 от 26.12.2016 о признании НАО «ИСГ «Норманн» виновным в совершении административного правонарушения, предусмотренного ст. 6.3 КоАП РФ, - оставить без изменения, жалобу защитника НАО «ИСГ «Норманн» ФИО1 – без удовлетворения. Судья А.В. Исаева Суд: Санкт-Петербургский городской суд (Город Санкт-Петербург) (подробнее) Ответчики: Непубличное акционерное общество "Инвестиционно-строительная группа "Норманн" (подробнее) Судьи дела: Исаева Анна Владимировна (судья) (подробнее) Последние документы по делу: Решение от 26 декабря 2017 г. по делу № 12-233/2017 Решение от 25 октября 2017 г. по делу № 12-233/2017 Решение от 2 октября 2017 г. по делу № 12-233/2017 Решение от 6 сентября 2017 г. по делу № 12-233/2017 Решение от 6 сентября 2017 г. по делу № 12-233/2017 Решение от 30 августа 2017 г. по делу № 12-233/2017 Решение от 2 августа 2017 г. по делу № 12-233/2017 Решение от 9 апреля 2017 г. по делу № 12-233/2017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