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ЗАО «***»: - с &lt;дата&gt; &lt;дата&gt; &lt;дата&gt; &lt;дата&gt; &lt;дата&gt; &lt;дата&gt; &lt;дата&gt; &lt;дата&gt; &lt;дата&gt; по &lt;дата&gt;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период ее учебы в СГПТУ-*** с &lt;дата&gt; по &lt;дата&gt; С решением комиссии не согласна. Просит назначить досрочной страховой пенсии по старости с &lt;дата&gt; Представитель истца адвокат ФИО8 суду пояснил, что истец ФИО1 &lt;дата&gt; года рождения (возраст 53 года) имеет право на назначение досрочной страховой пенсии по старости с &lt;дата&gt; в случае включения на основании решения суда спорных периодов на основании на основании п.6 ч.1 ст.32 Федерального закона от &lt;дата&gt; № 400-ФЗ «О страховых пенсиях» (далее ФЗ «О страховых пенсиях»): страховая пенсия по старости назначается ранее достижения возраста, установленного ст.8 настоящего ФЗ, при наличии величины индивидуального пенсионного коэффициента в размере не менее 30 следующим лицам: «6) … женщинам, достигшим возраста 50 лет,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…20 лет. Гражданам, работавшим как в районах Крайнего Севера, так и в приравненных к ним местностях, страховая пенсия устанавливается за 15 календарных лет работы на Крайнем Севере. При этом каждый календарный год работы в местностях, приравненных к районам Крайнего Севера, считается за девять месяцев работы в районах Крайнего Севера. Гражданам, проработавшим в районах Крайнего Севера не менее 7 лет 6 месяцев, страховая пенсия назначается с уменьшением возраста, установленного ст.8 настоящего ФЗ, на четыре месяца за каждый полный календарный год работы в этих районах. При работе в местностях, приравненных к районам Крайнего Севера, а также в этих местностях и районах Крайнего Севера каждый календарный год работы в местностях, приравненных к районам Крайнего Севера, считается за девять месяцев работы в районах Крайнего Севера» Представитель ответчика ГУ-УПФ РФ в К-Ч р-не КО ведущий специалист-эксперт юридической группы ФИО9, по доверенности *** от &lt;дата&gt;, с исковыми требованиями не согласилась, в судебном заседании пояснила, что &lt;дата&gt; истец обратился в ГУ-УПФ РФ в К-Ч р-не КО с заявлением о назначении досрочной страховой пенсии по старости. Решением ГУ-УПФ РФ в К-Ч р-не КО районе *** от &lt;дата&gt; в назначении досрочной страховой пенсии по старости ей было отказано в связи с тем, что на дату подачи заявления у истца отсутствовал необходимый специальный стаж – не менее 7 лет 6 месяцев при достижении возраста 53 года. В указанные периоды работы ФИО1 имела следующие периоды страховой деятельности, не подлежащие зачету в специальный стаж работы на основании ФЗ от 28.12.2013 № 400: - согласно записей в трудовой книжке ФИО1 работала в ЗАО «***» с &lt;дата&gt; по &lt;дата&gt;. Работа протекала вахтово – экспедиционным методом в &lt;адрес&gt;, относящимся к районам Крайнего Севера. Архивная справка от &lt;дата&gt; № *** не содержит данных об «индивидуальной» норме часов работы в учетном периоде ФИО1 В справке указано количество отработанных дней в районах Крайнего Севера. В данном случае исчисление стажа, подлежащего включению в специальный стаж работы, произведено исходя из годовой нормы рабочего времени. Согласно произведенным расчетам в стаж работы в районах Крайнего Севера не включены следующие периоды недоработки: с &lt;дата&gt; по &lt;дата&gt;, с &lt;дата&gt; по &lt;дата&gt;, с &lt;дата&gt; по &lt;дата&gt;, с &lt;дата&gt; по &lt;дата&gt;, с &lt;дата&gt; по &lt;дата&gt;, с &lt;дата&gt; по &lt;дата&gt;, с &lt;дата&gt; по &lt;дата&gt;, с &lt;дата&gt; по &lt;дата&gt;. - с &lt;дата&gt; по &lt;дата&gt; – ООО «***». Уточняющая справка от &lt;дата&gt; *** не содержит данных о занятости в течение полного рабочего дня на работах в условиях МКС. Кроме того, в соответствии со ст.14 ФЗ № 400 от 28.12.2013, при подсчете страхового стажа периоды работы после регистрации гражданина в качестве застрахованного лица подтверждаются на основании сведений персонифицированного учета. Индивидуальные сведения на ФИО1 за период с &lt;дата&gt; по &lt;дата&gt; работодателем не представлены. - с &lt;дата&gt; по &lt;дата&gt;– период работы в ООО «Производственная фирма «***». В соответствии со ст.14 ФЗ № 400 от 28.12.2013, при подсчете страхового стажа периоды работы после регистрации гражданина в качестве застрахованного лица подтверждаются на основании сведений персонифицированного учета. Индивидуальные сведения на ФИО1 за указанный период работодателем не представлены. Бесспорный период истца на работах с вредными условиями труда на дату обращения &lt;дата&gt; составляет 04 года 06 мес. 16 дн. Страховой стаж истца составил более 25 лет. Просит отказать истцу в удовлетворении исковых требований. Суд, выслушав пояснения сторон, исследовав и оценив представленные доказательства по материалам дела, находит уточненные исковые требования ФИО1 обоснованными и подлежащими удовлетворению по следующим основаниям. Конституция РФ в соответствии с целями социального государства (ст.7, ч.1)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(ст.39, ч.1). Важнейшим элементом социального обеспечения, основное содержание которого - предоставление человеку средств к существованию, является пенсионное обеспечение. Право на социальное обеспечение по возрасту относится к основным правам и свободам гражданина и гарантируется ст. 39 Конституции РФ. В соответствии с п.11 Правил подсчета и подтверждения страхового стажа для установления страховых пенсий, утвержденных постановлением Правительства РФ от 02.10.2014 № 1015, документом, подтверждающим периоды работы по трудовому договору, является трудовая книжка установленного образца (далее - трудовая книжка). При отсутствии трудовой книжки, а также в случае если в трудовой книжке содержатся неправильные и неточные сведения либо отсутствуют записи об отдельных периодах работы, в подтверждение периодов работы принимаются письменные трудовые договоры, оформленные в соответствии с трудовым законодательством, действовавшим на день возникновения соответствующих правоотношений, трудовые книжки колхозников, справки, выдаваемые работодателями или соответствующими государственными (муниципальными) органами, выписки из приказов, лицевые счета и ведомости на выдачу заработной платы. Согласно записям в трудовой книжке ФИО1(лд.30-): &lt;дата&gt; в ЗАО «***» принята инженером по организации и нормированию труда в производственно-технический отдел вахтовым методом работы (запись ***, приказ ***-к от &lt;дата&gt;); &lt;дата&gt; переведена на должность инженера по подготовке производства 2 категории ПТО вахтовым методом работы (запись ***, приказ ***-к от &lt;дата&gt;); &lt;дата&gt; переведена на должность инженера по подготовке производства 1 категории ПТО вахтовым методом (запись ***, приказ ***-к от &lt;дата&gt;); &lt;дата&gt; переведена на должность ведущего инженера ПТО вахтовым методом (запись ***, приказ ***-к от &lt;дата&gt;); &lt;дата&gt; трудовой договор расторгнут по инициативе работника, п.3 ч.1 ст. 77 ТК РФ (запись ***, приказ ***-к от &lt;дата&gt;). &lt;дата&gt; принята в ООО «***» в обособленное подразделение &lt;адрес&gt; на должность инженера ПТО (запись ***, приказ *** от &lt;дата&gt;); &lt;дата&gt; уволена в связи с расторжением трудового договора в порядке перевода работника с его согласия в ООО ПФ «***» п.5 ч.1 ст.77 Т РФ (запись ***, приказ *** от &lt;дата&gt;); &lt;дата&gt; в ООО ПФ «***» принята в отдел по поддержке проектов *** территориального управления на должность инженера в порядке перевода из ООО ПФ «***» (запись ***, приказ ***-п от &lt;дата&gt;); &lt;дата&gt; трудовой договор расторгнут по истечении срока, п.2 ч.1 с.77 ТК РФ (запись ***, приказ ***-у от &lt;дата&gt;). В соответствии п.6 ч.1 ст.32 Федерального закона от 28.12.2013 года № 400-ФЗ «О страховых пенсиях» (далее ФЗ «О страховых пенсиях»): страховая пенсия по старости назначается ранее достижения возраста, установленного ст.8 настоящего ФЗ, при наличии величины индивидуального пенсионного коэффициента в размере не менее 30 следующим лицам: «6) … женщинам, достигшим возраста 50 лет,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…20 лет. Гражданам, работавшим как в районах Крайнего Севера, так и в приравненных к ним местностях, страховая пенсия устанавливается за 15 календарных лет работы на Крайнем Севере. При этом каждый календарный год работы в местностях, приравненных к районам Крайнего Севера, считается за девять месяцев работы в районах Крайнего Севера. Гражданам, проработавшим в районах Крайнего Севера не менее 7 лет 6 месяцев, страховая пенсия назначается с уменьшением возраста, установленного ст.8 настоящего ФЗ, на четыре месяца за каждый полный календарный год работы в этих районах. При работе в местностях, приравненных к районам Крайнего Севера, а также в этих местностях и районах Крайнего Севера каждый календарный год работы в местностях, приравненных к районам Крайнего Севера, считается за девять месяцев работы в районах Крайнего Севера» Суд не принимает довод представителя ответчика о том, что период работы истца в ЗАО «***»: - с &lt;дата&gt; &lt;дата&gt; &lt;дата&gt; &lt;дата&gt; &lt;дата&gt; по &lt;дата&gt; не засчитываются в специальный стаж, так как не хватает норм выработки рабочего времени в виду того, что не включили время межвахты. Исчисление стажа работы, осуществляющейся вахтовым методом в районах Крайнего Севера и приравненных к ним местностях, урегулировано п. 8 Правил исчисления периодов работы, дающей право на досрочное назначение трудовой пенсии по старости в соответствии со ст.27 и 28 Федерального закона «О трудовых пенсиях в РФ», утвержденных постановлением Правительства РФ от 11.07.2002 № 516 (применяются в соответствии с постановлением Правительства РФ от 16.07.2014 № 665, далее - Правила № 516).В данном пункте Правил установлено, что в периоды работы вахтовым методом, дающей право на досрочное назначение трудовой пенсии по старости, включается время выполнения работ на объекте, время междусменного отдыха в вахтовом поселке, время в пути от места нахождения работодателя или от пункта сбора до места выполнения работы и обратно, а также время междувахтового отдыха в данный календарный отрезок времени. При этом общая продолжительность рабочего времени (нормальная или сокращенная) за учетный период (за месяц, квартал или иной более длительный период, но не более чем за один год) не должна превышать нормального числа рабочих часов, установленного Трудовым кодексом РФ. Периоды работы вахтовым методом в районах Крайнего Севера и приравненных к ним местностях при досрочном назначении трудовой пенсии по старости в соответствии с подпунктами 2 и 6 п.1 ст.28 Федерального закона исчисляются в календарном порядке с включением в них рабочего времени непосредственно на объекте, времени междусменного отдыха в вахтовом поселке, а также периода междувахтового отдыха и времени в пути от места нахождения работодателя или от пункта сбора до места выполнения работы и обратно. Порядок учета рабочего времени при вахтовом методе работы определен Основными положениями о вахтовом методе организации работ, утвержденными постановлением Госкомтруда СССР, Секретариата ВЦСПС и Минздрава СССР от 31.12.1987 № 794/33-82, действующими в настоящее время. В соответствии с названными Основными положениями, указанный расчет рабочего времени производится работодателем, исходя из выработки нормального количества часов, установленного для определенной категории работников, то есть в дополнение к трудовой книжке необходимо предоставление уточняющей справки от организации о выполнении за учетный период нормы рабочего времени или иных доказательств. В соответствии с п. 5 разъяснения Минтруда РФ от 22.05.1996 № 5 право на пенсию в связи с особыми условиями труда имеют работники, постоянно занятые выполнением работ, предусмотренных Списками, в течение полного рабочего дня. Под полным рабочим днем понимается выполнение работы в условиях труда, предусмотренных Списками не менее 80 процентов рабочего времени. При этом в указанное время включается время выполнения подготовительных и вспомогательных работ, а у работников, выполняющих работу при помощи машин и механизмов, также время выполнения ремонтных работ текущего характера и работ по технической эксплуатации оборудования. В указанное время может включаться время выполнения работ, производимых вне рабочего места с целью основных трудовых функций. В силу п. 4 Правил исчисления периодов работы, дающей право на досрочное назначение пенсии по старости в соответствии со ст.27 и 28 Федерального закона «О трудовых пенсиях в Российской Федерации, утвержденных постановлением Правительства РФ от 11.07.2002 № 516, в стаж работы, дающей право на досрочное назначение пенсии по старости, засчитываются периоды работы, выполняемой в течение полного рабочего дня, если иное не предусмотрено настоящими Правилами или иными нормативными правовыми актами, при условии уплаты за эти периоды страховых взносов в Пенсионный фонд Российской Федерации. Поскольку истец представил доказательства в виде лицевых счетов, производственных календарей за спорный период, что подтверждает занятость полный рабочий день и выработки годовой нормы часов в спорные периоды работы вахтовым методом, суд приходит к выводу о включении данных спорных периодов в специальный стаж. Суд не принимает довод представителя ответчика о том, что период работы истца в ООО «***» с &lt;дата&gt; по &lt;дата&gt; не засчитывается в специальный стаж, так как справка составлена некорректно, а именно не содержит данные о занятости в течение полного рабочего дня на работах в условиях Крайнего Севера. Суду истец представил доказательства, подтверждающие его требования, а именно: справку от &lt;дата&gt; из ООО «***» о том, что она работала именно в подразделении &lt;адрес&gt;, справку о сумме заработной платы от &lt;дата&gt; (за период получения зарплаты за 2011-2013 годы), которая подтверждает факт ее работы в организации, справку 2-НДФЛ за 2011,2012,2013 годы, подтверждающая факт того, что в ее работе не было перерывов, расчетные листы, в которых указано, что истец работала в &lt;адрес&gt; в течение 8-ми часового рабочего дня (а именно ее оклад *** руб. во все месяцы) Суд принимает представленные истцом доказательства в качестве допустимых, достоверных и значимых по делу, приходит к выводу о включении данного спорного периода в специальный стаж. Согласно ст.15 Федерального закона от 01.04.1996 № 27-ФЗ «Об индивидуальном (персонифицированном) учете в системе обязательного пенсионного страхования» страхователь обязан, в том числе, в установленный срок представлять органам Пенсионного фонда Российской Федерации сведения о застрахованных лицах, определенные настоящим Федеральным законом. Суд не принимает довод представителя ответчика о том, что период работы истца в ООО «Производственная фирма «***» с &lt;дата&gt; по &lt;дата&gt; не засчитывается в специальный стаж, так как данный период работы не указан в выписке индивидуального лицевого счета. Суд установил, что ФИО1 обратилась в ГУ-УПФ РФ в К-Ч р-не КО &lt;дата&gt; с заявлением о назначении пенсии, предприятие отчитывается за 3 квартал 2016 года в 4 квартале 2016 года, то есть сведений фактически не могла быть. Суд принимает представленные истцом доказательства, подтверждающие факт ее работы в спорный период в качестве допустимых, достоверных и значимых по делу: справку, уточняющую условия труда *** от &lt;дата&gt;, справку от &lt;дата&gt;, которая подтверждает факт ее работы в ООО «Производственная фирма «***» с &lt;дата&gt; по &lt;дата&gt;, получала процентную надбавку к заработной плате за работу в районах Крайнего Севера и приравненных к ним местностях, в размере 80%, свидетельство о регистрации по месту пребывания ***, которая подтверждает факт регистрации ФИО1 с &lt;дата&gt; по &lt;дата&gt; «&lt;адрес&gt; справку от &lt;дата&gt; о сумме заработной платы, уведомление от &lt;дата&gt;. Следовательно, суд приходит к выводу о включении данного спорного периода в специальный стаж. Суд установил, что истец ФИО1 обучалась в СГПТУ-*** с &lt;дата&gt; по &lt;дата&gt;, что подтверждается дипломом А *** от &lt;дата&gt;. До регистрации брака &lt;дата&gt; с ФИО10, истец имела фамилию ФИО2, данный факт подтвержден справкой о заключении брака *** от &lt;дата&gt;. После заключения брака ей, истцу, была присвоена фамилия ФИО12. Однако в дипломе указано, что «..настоящий диплом выдан ФИО2, в том, что она &lt;дата&gt; поступила в среднее городское профессиональное училище *** и &lt;дата&gt; окончила полный курс технического училища по профессии контролер шинного производства…» Далее указано, что «…решением экзаменационной комиссии ФИО3 присвоена квалификация контролер шинного производства 3 разряда». Суд установил, что действительно истец ФИО1 (ФИО2) обучалась в спорный период в СГПТУ-***, и именно ей решением экзаменационной комиссией была присвоена квалификация контролер шинного производства 3 разряда. Фамилия истца в данном контексте написана с опечаткой. Подлежит читать «…решением экзаменационной комиссии ФИО2 присвоена квалификация контролер шинного производства 3 разряда». Данный период учебы не был зачтен в специальный стаж, однако подлежит включению в специальный стаж исходя из нижеизложенного. Согласно п.109 Положения о порядке назначения и выплаты государственных пенсий, утвержденного постановлением Совета Министров СССР от 03.08.1972 № 590, действовавшего в период учебы истца, в общий стаж работы засчитывается также: з) обучение в училищах и школах системы государственных трудовых резервов и системы профессионально-технического образования (в ремесленных, железнодорожных училищах, горнопромышленных школах и училищах, школах фабрично-заводского обучения, училищах механизации сельского хозяйства, технических училищах, профессионально-технических училищах и т.д.) и в других училищах, школах и на курсах по подготовке кадров, по повышению квалификации и по переквалификации. При назначении пенсии на льготных условиях период, указанный в подп. «з» приравнивается к работе, которая следовала за окончанием этого периода. У истца период работы по Списку №2 следует за периодом учебы на курсах. Согласно ч.1 ст. ФЗ «О страховых пенсиях» страховая пенсия назначается со дня обращения за указанной пенсией, за исключением случаев, предусмотренных частями 5 и 6 настоящей статьи, но во всех случаях не ранее чем со дня возникновения права на указанную пенсию. Суд установил, что истец обратилась &lt;дата&gt; в ГУ-УПФ РФ в К-Ч р-не КО с заявлением о назначении досрочной страховой пенсии по старости. Суд установил, что истец родилась &lt;дата&gt;, на дату &lt;дата&gt; ей исполнилось 53 лет. Суд принимает пояснения представителя ГУ-УПФ РФ в К-Ч р-не КО о том, что страховой стаж истца на данную дату составил более 25 лет, о том, что бесспорный период истца на работах с тяжелыми условиями труда составляет 04 года 06 месяца 16 дней. Истцу с уменьшением возраста в 53 года необходимо отработать в тяжелых условиях труда не менее 7 лет 6 мес. Следовательно, специальный стаж истца на дату обращения &lt;дата&gt; составит 08 лет 01 месяцев 10 дней (расчет: 04лет06мес.16дн. (бесспорный период) + 2года8мес.9дн. (спорный период: ЗАО «***», ООО «***», ООО «Производственная фирма «***») + 10 мес.16дн (учеба)) и суд делает вывод о том, что истец в соответствии п.6 ч.1 ст. ФЗ «О страховых пенсиях» от 28.12.2013 года № 400-ФЗ на момент вынесения решения суда имеет право на назначение ему досрочной страховой пенсии по старости с момента возникновения права на досрочную страховой пенсию по старости, а именно с &lt;дата&gt;. На основании изложенного, руководствуясь ст. ст. – 198 ГПК РФ , суд, решил: исковые требования ФИО1 к Государственному учреждению - Управление Пенсионного Фонда Российской Федерации в &lt;адрес&gt; (межрайонное) о включении периодов работы в специальный страховой стаж для назначения досрочной страховой пенсии по старости, о назначении досрочной страховой пенсии по старости, удовлетворить. Включить ФИО12 ФИО5 в стаж работы, дающей право на досрочное назначение страховой пенсии по старости период работы: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ЗАО «***»: - с &lt;дата&gt; &lt;дата&gt; &lt;дата&gt; &lt;дата&gt; &lt;дата&gt; по &lt;дата&gt;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ООО «***»: - с &lt;дата&gt; по &lt;дата&gt;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ООО «Производственная фирма «***» - с &lt;дата&gt; по &lt;дата&gt;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период ее учебы в СГПТУ-*** с &lt;дата&gt; по &lt;дата&gt;. Обязать Государственное учреждение - Управление Пенсионного Фонда Российской Федерации в &lt;адрес&gt; (межрайонное) назначить ФИО12 ФИО5 досрочную страховую пенсию по старости в соответствии п.6 ч.1 ст.32 Федерального закона от 28.12.2013 года № 400-ФЗ «О страховых пенсиях» с момента возникновения права на досрочную трудовую пенсию по старости - с &lt;дата&gt;. Решение может быть обжаловано в Кировский областной суд в течение месяца со дня его принятия путем подачи апелляционной жалобы через Кирово-Чепецкий районный суд Кировской области. Председательствующий судья Тимкина Л.А. Суд: Кирово-Чепецкий районный суд (Кировская область) (подробнее) Ответчики: ГУ-УПФ РФ в Кирово-Чепецком районе Кировской области (межрайонное) (подробнее) Судьи дела: Тимкина Л.А. (судья) (подробнее) Судебная практика по: Увольнение, незаконное увольнение Судебная практика по применению нормы ст. 77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