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вправе взыскать с осужденного процессуальные издержки, за исключением сумм, выплаченных переводчику и защитнику в случаях, предусмотренных частями четвертой и пятой настоящей статьи. Процессуальные издержки могут быть взысканы и с осужденного, освобожденного от наказания. Суд находит, что с ФИО1 в пользу Потерпевший №2 необходимо взыскать процессуальные издержки в сумме 11850 рублей. Разрешая судьбу вещественных доказательств по делу, суд считает, что трусы, штаны, футболку, принадлежащие ФИО15, и изъятые 15.03.2017 в ходе осмотра места происшествия по адресу: &lt;...&gt;; фрагменты контейнера от охотничьего патрона и 16 дробин, образцы волос, крови, смывы с рук, срезы ногтевых пластин с пальцев рук ФИО15, изъятые в ходе выемки 15.03.2017 из Семеновского межрайонного отделения ГБУЗ НО НОБ СМЭ ; пара ботинок, брюки, куртка, футболка, срезы ногтевых пластин с правой и левой рук, смывы с ладоней правой и левой руки, смывы тыльной стороны ладоней правой и левой руки, смывы с правой и левой ушной раковины, образец буккального эпителия, изъятые в ходе личного обыска у подозреваемого ФИО1 15.03.2017; патрон 12 калибра (израсходован в ходе экспертизы), гильза от патрона 12 калибр, изъятые 17.03.2017 в ходе осмотра места происшествия в гараже у дома № 26 по адресу: Нижегородская область, ФИО7 г.о., &lt;...&gt; хранящиеся в камере хранения вещественных доказательств Семеновского МСО СУ СК России по Нижегородской области необходимо уничтожить. Ружье ИЖ-12, изъятое 17.03.2017 в ходе осмотра места происшествия в гараже у дома № 26 по адресу: Нижегородская область, ФИО7 г.о., &lt;...&gt; хранящееся в камере хранения оружия ОМВД России по Семеновскому г.о. передать в УОТО ГУ МВД России по Нижегородской области для утилизации. На основании изложенного и руководствуясь ст.ст. - 310 УПК РФ , суд П Р И Г О В О Р И Л : Признать ФИО1 виновным в совершении преступления, предусмотренного ч. 1 ст. 105 УК РФ и назначить ему наказание с учетом ч.1 ст. 62 УК РФ в виде девяти лет шести месяцев лишения свободы без ограничения свободы с отбыванием наказания в соответствии со ст. ч.1 п. «в» УК РФ в исправительной колонии строгого режима. Меру пресечения ФИО1 до вступления приговора в законную силу оставить заключение под стражу. Срок отбывания наказания ФИО1 исчислять с 15.03.2017 года. Взыскать с ФИО1 в пользу Потерпевший №2 компенсацию морального вреда в размере 840 000 ( Восемьсот сорок тысяч) рублей. Взыскать с ФИО1 в пользу Потерпевший №2 процессуальные издержки в сумме 11850 рублей. Взыскать с ФИО1 в пользу Потерпевший №1 компенсацию морального вреда в размере 1000000 ( Один миллион ) рублей. Вещественные доказательства : трусы, штаны, футболку, принадлежащие ФИО15, и изъятые 15.03.2017 в ходе осмотра места происшествия по адресу: &lt;...&gt;; фрагменты контейнера от охотничьего патрона и 16 дробин, образцы волос, крови, смывы с рук, срезы ногтевых пластин с пальцев рук ФИО15, изъятые в ходе выемки 15.03.2017 из Семеновского межрайонного отделения ГБУЗ НО НОБ СМЭ ; пара ботинок, брюки, куртка, футболка, срезы ногтевых пластин с правой и левой рук, смывы с ладоней правой и левой руки, смывы тыльной стороны ладоней правой и левой руки, смывы с правой и левой ушной раковины, образец буккального эпителия, изъятые в ходе личного обыска у подозреваемого ФИО1 15.03.2017; патрон 12 калибра (израсходован в ходе экспертизы), гильза от патрона 12 калибр, изъятые 17.03.2017 в ходе осмотра места происшествия в гараже у дома № 26 по адресу: Нижегородская область, ФИО7 г.о., &lt;...&gt; хранящиеся в камере хранения вещественных доказательств Семеновского МСО СУ СК России по Нижегородской области необходимо уничтожить. Ружье ИЖ-12, изъятое 17.03.2017 в ходе осмотра места происшествия в гараже у дома № 26 по адресу: Нижегородская область, ФИО7 г.о., &lt;...&gt; хранящееся в камере хранения оружия ОМВД России по Семеновскому г.о. передать в УОТО ГУ МВД России по Нижегородской области для утилизации. Приговор может быть обжалован в апелляционном порядке в Нижегородский областной суд через Семёновский районный суд Нижегородской области в течение 10 суток со дня его провозглашения, а осужденным в тот же срок со дня вручения копии приговора. В случае подачи апелляционной жалобы осужденный вправе ходатайствовать о своём участии в рассмотрении уголовного дела судом апелляционной инстанции. Судья Е.В.Машкина Суд: Семеновский районный суд (Нижегородская область) (подробнее) Судьи дела: Машкина Елена Владимировна (судья) (подробнее) Последние документы по делу: Приговор от 15 ноября 2017 г. по делу № 1-105/2017 Приговор от 13 ноября 2017 г. по делу № 1-105/2017 Постановление от 8 ноября 2017 г. по делу № 1-105/2017 Приговор от 17 октября 2017 г. по делу № 1-105/2017 Приговор от 2 августа 2017 г. по делу № 1-105/2017 Постановление от 26 июня 2017 г. по делу № 1-105/2017 Приговор от 18 мая 2017 г. по делу № 1-105/2017 Приговор от 10 апреля 2017 г. по делу № 1-105/2017 Приговор от 12 марта 2017 г. по делу № 1-105/2017 Постановление от 12 марта 2017 г. по делу № 1-105/2017 Приговор от 31 января 2017 г. по делу № 1-105/2017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