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один из дней конца февраля 2012 года ФИО33, узнав о том, что ФИО1 желает построить жилой дом в коттеджном поселке «ФИО2» в селе &lt;адрес&gt;, имея умысел на хищение денежных средств ФИО1, созвонился с последней и предложил свои услуги по строительству дома. При этом ФИО33, реализуя свой преступный умысел, действуя умышленно, из корыстных побуждений, путем обмана, выразившегося в сообщении заведомо ложных сведений о том, что он в полном объеме окажет услуги по строительству дома и злоупотребления доверием, выразившегося в отсутствии намерений исполнить взятые на себя договорные обязательства, желая незаконно обогатиться, убедил ФИО1 (ФИО1) Т.С. заключить с ним соответствующий договор от имени генерального директора общества с ограниченной ответственностью ФИО39 ИНН №. После чего ФИО33 на основании предоставленного ФИО1 проекта жилого дома разработал смету на строительство коробки дома. ДД.ММ.ГГГГ, в вечернее время, ФИО33, находясь по месту жительства ФИО1 по адресу: &lt;адрес&gt;, на основании вышеуказанных документов, от имени ФИО39, заключил с ФИО1 договор № на строительство коробки дома, находящегося в коттеджном поселке «ФИО2» на территории поселка &lt;адрес&gt; (на тот период привязка участка №, принадлежащего ФИО1 фактически была к поселку &lt;адрес&gt;). Согласно условиям данного договора ФИО33 обязался в соответствии с техническим заданием построить коробку дома из кирпича и газобетона на фундаментных блоках с гаражом и совместной кровлей согласно исполнительной схемы. К выполнению работ по договору он обязался приступить с момента его подписания, окончание строительства объекта планировалось на ДД.ММ.ГГГГ. Общая стоимость материалов по договору составляла 1 546 438 рублей, стоимость транспортных услуг составляет 114 500 рублей, фонд заработной платы 382 000 рублей, таким образом, общая стоимость по договору работ, материалов и услуг составила 2 042 938 рублей. В период с ДД.ММ.ГГГГ по ДД.ММ.ГГГГ ФИО1 ( ФИО1) Т.С., исполняя условия договора, полностью доверяя ФИО33, не имея опыта в строительстве, считая последнего лицом, имеющим большой опыт в данной сфере, не сомневаясь в истинности его намерений, передала ФИО33 на строительство дома строительные материалы и денежные средства на общую сумму 1 792 416 рублей, о чем ФИО33 писал соответствующие расписки, а именно: - ДД.ММ.ГГГГ, в дневное время, ФИО1 в магазине ФИО36 по адресу: &lt;адрес&gt;, закуплен строительный материал на общую сумму 402 416 рублей, который по доверенности получил ФИО33; - ДД.ММ.ГГГГ, в вечернее время, ФИО1 (ФИО1) Т.С., находясь по адресу: &lt;адрес&gt;, передала ФИО33 денежные средства в сумме 130 000 рублей; - ДД.ММ.ГГГГ, в дневное время, ФИО1 (ФИО1) Т.С., находясь в дополнительном офисе ПАО «ФИО41» по адресу: &lt;адрес&gt;, передала ФИО33 денежные средства в сумме 220 000 рублей; - в период с 17 по ДД.ММ.ГГГГ, ФИО1 (ФИО1) Т.С., находясь по адресу: &lt;адрес&gt;, передала ФИО33 денежные средства в сумме 795 000 рублей; -ДД.ММ.ГГГГ, ФИО1 (ФИО1) Т.С., находясь по адресу: &lt;адрес&gt;, передала ФИО33 денежные средства в сумме 115 000 рублей; - ДД.ММ.ГГГГ, ФИО1 (ФИО1) Т.С., находясь по адресу: &lt;адрес&gt;, передала ФИО33 денежные средства в сумме 70 000 рублей; - ДД.ММ.ГГГГ, ФИО1 (ФИО1) Т.С., находясь по адресу: &lt;адрес&gt;, передала ФИО33 денежные средства в сумме 60 000 рублей. В указанный период ФИО33, продолжая реализацию преступного умысла, создавая видимость исполнения взятых на себя обязательств, частично приобрел на полученные денежные средства строительные материалы и частично произвел строительство коробки дома. Согласно заключению эксперта № от ДД.ММ.ГГГГ на участке ФИО1 сметная стоимость выполненных ФИО33 работ и затрат по объекту незавершенного строительства, расположенному по адресу: &lt;адрес&gt;, коттеджный поселок «ФИО2», участок №, по состоянию на весну-осень 2012 года, с учетом неиспользованных приобретенных материалов составляет 1 148543 рублей 36 копеек. ДД.ММ.ГГГГ, в вечернее время, по адресу: &lt;адрес&gt;, между ФИО1 ( ФИО1) Т.С. и ФИО33, по просьбе последнего, с целью создания видимости исполнения взятых на себя обязательств, заключен договор о продлении сроков строительства до ДД.ММ.ГГГГ. После ДД.ММ.ГГГГ ФИО33, реализуя свой преступный умысел, ссылаясь на различные несуществующие причины о занятости и невозможности продолжения строительства, в том числе ссылаясь на отсутствие финансирования со стороны ФИО1 (ФИО1)Т.С., пытаясь тем самым уйти от ответственности, строительные работы на объекте прекратил, оставшиеся денежные средства и строительные материалы на общую сумму 643872 рубля 64 копейки ФИО33, действуя умышленно из корыстных побуждений, путем обмана и злоупотребления доверием, похитил и распорядился ими по своему усмотрению, причинив ФИО1 материальный ущерб в крупном размере на сумму 643872 рубля 64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один из дней июня 2012 года ФИО33, узнав о том, что ФИО21 желает построить для своей семьи жилой дом в коттеджном поселке «ФИО2» в селе &lt;адрес&gt;, имея умысел на хищение денежных средств ФИО21, предложил последнему свои услуги по строительству дома. При этом ФИО33, реализуя свой преступный умысел, действуя умышленно, из корыстных побуждений, путем обмана, выразившегося в сообщении заведомо ложных сведений о том, что он в полном объеме окажет услуги по строительству дома и злоупотребления доверием, выразившегося в отсутствии намерений исполнить взятые на себя договорные обязательства, желая незаконно обогатиться, убедил ФИО21 заключить с ним соответствующий договор, от имени ограниченной ответственностью «ФИО37 ИНН № (далее по тексту - ФИО37). После чего ФИО33 на основании предоставленного ФИО21 чертежа - схемы с размерами дома разработал смету на строительство дома. ДД.ММ.ГГГГ, в дневное время, ФИО33, находясь по месту жительства ФИО21 по адресу: &lt;адрес&gt;, на основании вышеуказанных документов, от имени ФИО37 заключил с ФИО21 договор подряда на строительство жилого дома. Согласно условиям данного договора ФИО33 обязался в соответствии с техническим заданием принять подряд на строительство жилого дома и приступить к выполнению работ по договору с момента его подписания. Окончание строительства объекта планировалось ДД.ММ.ГГГГ. Общая стоимость работ, материалов и услуг составила 1 463 000 рублей. В период с ДД.ММ.ГГГГ по ДД.ММ.ГГГГ ФИО21, исполняя условия договора, полностью доверяя ФИО33, не имея опыта в строительстве, считая последнего лицом, имеющим большой опыт в данной сфере, не сомневаясь в истинности его намерений, передал ФИО33 на строительство дома денежные средства в общей сумме 1 235 000 рублей, о чем ФИО33 выписывал соответствующие квитанции к приходным кассовым ордерам, а именно: - ДД.ММ.ГГГГ, в дневное время, ФИО21, находясь в помещении офиса ФИО38 по адресу: &lt;адрес&gt;, передал ФИО4 денежные средства в сумме 300 000 рублей; - ДД.ММ.ГГГГ, в дневное время, ФИО21, находясь в помещении офиса ФИО38 по адресу: &lt;адрес&gt;, передал ФИО4 денежные средства в сумме 125 000 рублей; - ДД.ММ.ГГГГ, в дневное время, ФИО21, находясь в помещении офиса ФИО38 по адресу: &lt;адрес&gt;, передал ФИО4 денежные средства в сумме 300 000 рублей; - ДД.ММ.ГГГГ, в дневное время, ФИО21, находясь в помещении офиса ФИО38 по адресу: &lt;адрес&gt;, передал ФИО4 денежные средства в сумме 120 000 рублей; - ДД.ММ.ГГГГ, в дневное время, ФИО21, находясь в помещении офиса ФИО38 по адресу: &lt;адрес&gt;, передал ФИО4 денежные средства в сумме 255 000 рублей; - ДД.ММ.ГГГГ, в дневное время, ФИО21, находясь в помещении офиса ФИО38 по адресу: &lt;адрес&gt;, передал ФИО4 денежные средства в сумме 15 000 рублей; - ДД.ММ.ГГГГ, в дневное время, ФИО21, находясь в помещении офиса ФИО38 по адресу: &lt;адрес&gt;, передал ФИО4 денежные средства в сумме 20 000 рублей; - ДД.ММ.ГГГГ, в дневное время, ФИО21, находясь в помещении офиса ФИО38 по адресу: &lt;адрес&gt;, передал ФИО4 денежные средства в сумме 100 000 рублей. В указанный период ФИО33, продолжая реализацию своего преступного умысла, создавая видимость исполнения взятых на себя обязательств, частично приобрел на полученные денежные средства строительные материалы и частично произвел строительство. Согласно заключению эксперта № от ДД.ММ.ГГГГ сметная стоимость выполненных ФИО33 работ и затрат по объекту незавершенного строительства, расположенному по адресу: &lt;адрес&gt;, коттеджный поселок «ФИО2», участок №, по состоянию на август-сентябрь 2012 года, с учетом неиспользованных приобретенных материалов составляет 668 543 рублей. После чего ФИО33, реализуя свой преступный умысел, ссылаясь на различные несуществующие причины о занятости и невозможности продолжения строительства, в том числе ссылаясь на отсутствие финансирования со стороны ФИО21, пытаясь тем самым уйти от ответственности, в сентябре 2012 года строительные работы на вышеуказанном объекте прекратил, оставшиеся денежные средства и строительные материалы на общую сумму 566 457 рублей ФИО33, действуя умышленно из корыстных побуждений, путем обмана и злоупотребления доверием, похитил и распорядился ими по своему усмотрению, причинив ФИО21 материальный ущерб в крупном размере на сумму 566457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с 2012 года по 2013 год ФИО33, с целью хищения денежных средств граждан, путем обмана, выразившегося в сообщении недостоверных сведений о том, что готов осуществлять в полном объеме строительство коттеджей из кирпича, и злоупотреблении доверием, выразившегося в отсутствии намерений и реальной возможности выполнения работ, разместил в рекламном еженедельнике &lt;данные изъяты&gt; объявление о строительстве коттеджей, желая тем самым привлечь граждан и завладеть их денежными средствами. Так, в один из дней конца января 2013 года - начале февраля 2013 года ФИО22, находясь на территории &lt;адрес&gt;, по номеру телефона, указанному в рекламном еженедельнике &lt;данные изъяты&gt; созвонилась с ФИО33, которому сообщила о своем желании построить индивидуальный жилой дом. ФИО33 с целью реализации преступного умысла, направленного на хищение денежных средств ФИО22, действуя умышленно, из корыстных побуждений, путем обмана, выразившегося в сообщении заведомо ложных сведений о том, что в полном объеме окажет услуги по строительству дома и злоупотребления доверием, выразившегося в отсутствии намерений исполнить взятые на себя договорные обязательства, согласился заключить с ФИО22 соответствующий договор. После чего ФИО33 на основании предоставленного ФИО22 проекта индивидуального жилого &lt;адрес&gt; - 44, разработанного обществом с ограниченной ответственностью &lt;данные изъяты&gt; составил смету на строительство дома, которую по его просьбе утвердил ФИО40 А.Н., не подозревающий о преступных намерениях ФИО33. ДД.ММ.ГГГГ, в вечернее время, ФИО33, находясь по месту жительства ФИО22 по адресу: &lt;адрес&gt;, в то время как ФИО40 А.Н. ждал его на улице, на основании вышеуказанных документов, продолжая реализацию своего преступного умысла, заключил с ФИО22 договор № о строительстве индивидуального жилого дома в &lt;адрес&gt;. При этом указанный договор был составлен от имени бывшего руководителя ФИО37 ( ИНН № ) ФИО40 А.Н., который тут же на улице по просьбе ФИО33, не подозревая о преступных намерениях последнего, данный договор подписал. Согласно условиям указанного договора ФИО33 обязался в соответствии с техническим заданием, проектно-сметной документацией осуществить строительство дома, в том числе кладку стен из газоблоков с облицовкой отделочным кирпичом, устройство перекрытий между первым, вторым этажами, кладку стен и перегородок, устройство лестниц, устройство крыши из пиломатериалов, доски, кровли из металлочерепицы коричневого цвета с коньком, обшивку фронтонов, приступить к выполнению подготовительного этапа работ ДД.ММ.ГГГГ с началом работ на основном этапе ДД.ММ.ГГГГ и окончанием строительства объекта ДД.ММ.ГГГГ. Общая стоимость работ, материалов и услуг по доставке материалов к месту выполнения работ, составила 2 084 000 рублей. В период с ДД.ММ.ГГГГ по ДД.ММ.ГГГГ ФИО22, исполняя условия договора, полностью доверяя ФИО33, не имя опыта в строительстве, считая последнего лицом, имеющим большой опыт в данной сфере, не сомневаясь в истинности его намерений, передала ФИО33 на строительство дома денежные средства в общей сумме 1 864 000 рублей, о чем ФИО33 писал соответствующие расписки, а именно: - ДД.ММ.ГГГГ, в вечернее время, ФИО22, находясь возле &lt;адрес&gt; передала ФИО40 А.Н. денежные средства в сумме 375 000 рублей, о получении которых он, не подозревая о преступных намерениях ФИО33, по просьбе последнего написал расписку от своего имени, после чего указанные денежные средства передал ФИО33; - ДД.ММ.ГГГГ, в вечернее время, ФИО22, находясь по адресу: &lt;адрес&gt;, передала ФИО33 денежные средства в сумме 25 000 рублей; - ДД.ММ.ГГГГ, в вечернее время, ФИО22, находясь по адресу: &lt;адрес&gt;, передала ФИО33 денежные средства в сумме 100 000 рублей; - ДД.ММ.ГГГГ, в вечернее время, ФИО22, находясь по адресу: &lt;адрес&gt;, передала ФИО33 денежные средства в сумме 100 000 рублей; - ДД.ММ.ГГГГ, в вечернее время, ФИО22, находясь по адресу: &lt;адрес&gt;, передала ФИО33 денежные средства в сумме 900 000 рублей, расписку в получении которых тут же написал по просьбе ФИО33 ничего не подозревающий о его преступных намерениях ФИО40 А.Н.; - ДД.ММ.ГГГГ, в вечернее время, ФИО22, находясь по адресу: &lt;адрес&gt;, передала ФИО33 денежные средства в сумме 100 000 рублей; - ДД.ММ.ГГГГ, в вечернее время, ФИО5, находясь на своем земельном участке в &lt;адрес&gt; по просьбе ФИО22 передал ФИО33 денежные средства в сумме 60 000 рублей; - ДД.ММ.ГГГГ, в вечернее время, ФИО5, находясь на своем земельном участке в &lt;адрес&gt; по просьбе ФИО22 передал ФИО33 денежные средства в сумме 60 000 рублей; - ДД.ММ.ГГГГ, в вечернее время, ФИО5, находясь на своем земельном участке в &lt;адрес&gt; по просьбе ФИО22 передал ФИО33 денежные средства в сумме 50 000 рублей; - ДД.ММ.ГГГГ, в дневное время, ФИО22, находясь по адресу: &lt;адрес&gt;, передала ФИО33 на приобретение строительных материалов денежные средства в сумме 94 000 рублей. В указанный период ФИО33, продолжая реализацию преступного умысла, создавая видимость исполнения взятых на себя обязательств, частично приобрел на полученные денежные средства строительные материалы и частично произвел строительство. Согласно заключению эксперта № от ДД.ММ.ГГГГ сметная стоимость выполненных ФИО33 работ и затрат по объекту незавершенного строительства, расположенному по адресу: &lt;адрес&gt;, по состоянию на зиму-осень 2013 года, с учетом неиспользованных приобретенных материалов составляет 914733 рубля 44 копейки. После чего ФИО33, реализуя задуманное, ссылаясь на различные несуществующие причины о занятости и невозможности продолжения строительства, в том числе ссылаясь на отсутствие финансирования со стороны ФИО22 О.Н., пытаясь тем самым уйти от ответственности, в середине августа 2013 года строительные работы на вышеуказанном объекте прекратил, оставшиеся денежные средства на общую сумму 949266 рублей 56 копеек ФИО33, действуя умышленно из корыстных побуждений, путем обмана и злоупотребления доверием, похитил и распорядился ими по своему усмотрению, причинив ФИО22 материальный ущерб в крупном размере на сумму 949266 рублей 56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один из дней начала февраля 2013 года ФИО33, имея умысел на хищение чужих денежных средств, достоверно зная, что у его знакомого ФИО23, являющегося генеральным директором общества с ограниченной ответственностью ФИО35 (далее ООО ФИО35), имеется крупная денежная сумма, обратился к ФИО23 и действуя умышленно, из корыстных побуждений, путем обмана, выразившегося в сообщении заведомо ложных сведений о том, что успешно занимается предпринимательской деятельностью, под предлогом необходимости вложения денежных средств в строительство индивидуального жилого дома в &lt;адрес&gt; для ФИО22, согласно заключенному с последней ДД.ММ.ГГГГ договору, и злоупотребления доверием, выразившегося в отсутствии намерений исполнять взятые на себя договорные обязательства, используя доверительные отношения с ФИО23, желая незаконно обогатиться, обратился к последнему с просьбой предоставить ему денежный займ в сумме 687 000 рублей. ФИО23, не подозревая о преступных намерениях последнего, согласился на данное предложение. ДД.ММ.ГГГГ, в дневное время, ФИО33, находясь в офисе ООО ФИО35 по адресу: &lt;адрес&gt;, офис №, заключил с ФИО23 договор займа денежных средств в рублях. Согласно условиям данного договора ФИО23, не подозревая о преступных намерениях ФИО33, из кассы ООО ФИО38 передал последнему денежные средства в сумме 687 000 рублей со сроком возврата до ДД.ММ.ГГГГ, при условии выплаты 10% от суммы займа на весь период действия договора, о чем ФИО33 написал соответствующую расписку. После чего ФИО33, полученные от ФИО23 денежные средства в сумме 687 000 рублей, не вернул, распорядившись ими по своему усмотрению, в то время как ФИО22 самостоятельно осуществляла финансирование строительства индивидуального жилого дома, согласно вышеуказанному заключенному с ней договору, передавая ФИО33 соответствующие денежные средства под расписку. В последующем в период до ДД.ММ.ГГГГ ФИО33 взятые на себя договорные обязательства по возвращению денежных средств не исполнил, денежные средства в общей сумме 687 000 рублей, действуя умышленно, из корыстных побуждений, путем обмана и злоупотребления доверием, похитил, распорядившись ими по своему усмотрению. В результате преступных действий ФИО33 ФИО19 В.А. причинен ущерб в крупном размере на вышеуказанную сумму.</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один из дней июня 2015 года ФИО24 обратился к своему знакомому ФИО33 с просьбой осуществить строительство индивидуального жилого дома в деревне &lt;адрес&gt; Вологодского района Вологодской области, на что ФИО33 согласился. После чего ФИО33 с целью реализации преступного умысла, направленного на хищение денежных средств ФИО24, находясь в офисе последнего по адресу: &lt;адрес&gt;, офис №, действуя умышленно, из корыстных побуждений, путем обмана, выразившегося в сообщении заведомо ложных сведений о том, что окажет услуги в полном объеме и злоупотребления доверием, выразившегося в отсутствии намерений исполнить взятые на себя договорные обязательства, желая незаконно обогатиться, заключил с ФИО24 устный договор на строительство коробки индивидуального жилого дома в деревне &lt;адрес&gt; Вологодского района, кадастровый номер участка №. После чего ФИО33, создавая видимость исполнения взятых на себя обязательств, ДД.ММ.ГГГГ произвел замеры строительства на участке ФИО24 и разработал смету на постройку коробки дома на сумму 2 378 000 рублей. При этом ФИО33, продолжая реализацию преступного умысла, с целью убедить ФИО24 единовременно и в полном объеме передать ему предназначенные для строительства денежные средства, сообщил ФИО24 заведомо ложные сведения о том, что у него есть возможность приобрести строительные материалы по заниженным ценам, но в данном случае ему требуется вся сумма денежных средств сразу, чтобы закупить материалы, при этом сумма строительства будет ниже установленной сметы и составит 1 900 000 рублей. ФИО24, полностью доверяя ФИО33 и принимая данные сведения за достоверные, согласился на данное предложение. ДД.ММ.ГГГГ, в дневное время, ФИО24, находясь по адресу: &lt;адрес&gt;, офис №, исполняя условия устного договора, полностью доверяя ФИО33, не имея опыта в строительстве, считая последнего лицом, имеющим большой опыт в данной сфере, не сомневаясь в истинности его намерений, передал ФИО33 денежные средства в сумме 1 900 000 рублей, предназначенные для строительства коробки индивидуального жилого дома в деревне &lt;адрес&gt; Вологодского района. После чего ФИО33 к строительству вышеуказанного объекта не приступил, а действуя умышленно, из корыстных побуждений, путем обмана и злоупотребления доверием, денежные средства в общей сумме 1 900 000 рублей похитил, распорядившись ими по своему усмотрению, причинив ФИО24 материальный ущерб в особо крупном размере на сумму 1 900 000 рублей. Подсудимый ФИО33 в судебном заседании вину не признал, пояснил, что умысла на хищение денежных средств не имел. ДД.ММ.ГГГГ от имени ФИО39 им был заключен договор на строительство коробки дома с ФИО1 (ФИО1) на сумму 2042000 рублей. Срок исполнения работ ДД.ММ.ГГГГ, стоимость материалов указана в смете. ДД.ММ.ГГГГ ФИО1 (ФИО1) передала ему 130000 рублей, он приобрел блоки. ДД.ММ.ГГГГ потерпевшая дала ему под расписку 220000 рублей. На заводе он приобрел 65 блоков на сумму 227500 рублей. ДД.ММ.ГГГГ потерпевшая ему передала 795000 рублей. На эти деньги он приобрел необходимые стройматериалы и нанял бригаду и водителя ФИО30. ДД.ММ.ГГГГ ФИО1 (ФИО1) передала ему 115000 рублей на транспортные услуги, он перевез блоки за 29 рейсов. ДД.ММ.ГГГГ ФИО1 (ФИО1) передала ему 70000 рублей на устройство площадки для крана. ДД.ММ.ГГГГ им получено 60000 рублей на фундамент, на которые он приобрел стройматериалы, построил сарай для рабочих. Всего ему было передано 1390000 рублей. В июне 2012 года был построен фундамент. Денег для производства работ ему не хватило. Считает, что им выполнены работы на данном объекте. Деньги в кассу организации он не вносил, поскольку сразу покупал материалы или оплачивал работы. ФИО1 (ФИО1) перестала давать деньги, так как считала, что он ее обманул и вывозил материал на чужие участки. Материалы не увозил, привез свой бывший в употреблении кирпич. Между ним и ФИО1 возникли разногласия по поводу кирпича, поэтому не захотел общаться с ними, отключил телефон. С иском ФИО1 не согласен, так как все приобретенные им материалы использованы. ДД.ММ.ГГГГ с ФИО21 был заключен договор на строительство от имени ФИО37 в лице директора ФИО40. Он являлся прорабом организации, выполняла работы бригада ФИО29. ДД.ММ.ГГГГ ФИО21 передал ему 300000 рублей по приходно – кассовому ордеру. Он приобрел материалы, инструменты, заказал экскаватор. ДД.ММ.ГГГГ договорились с ФИО21 о выполнении дополнительных работ по устройству цокольного этажа на сумму 144000 рублей. ДД.ММ.ГГГГ ФИО21 передал ему 125000 рублей для строительства цокольного этажа. ДД.ММ.ГГГГ ФИО21 передал ему 300000 рублей, из них он выдал зарплату бригаде 70000 рублей, погасил задолженность, приобрел кирпич, газоблоки, выплатил себе аванс 40000 рублей. ДД.ММ.ГГГГ ФИО21 передал ему 120000 рублей, он купил кирпич и оплатил задолженность. ДД.ММ.ГГГГ ФИО21 передал ему 255000 рублей. Он заплатил за газоблоки и кирпич, оплатил доставку 60000 рублей, привез бывшие в употреблении плиты перекрытия на сумму 74000 рублей. ДД.ММ.ГГГГ ФИО21 передал ему 15000 рублей, он отдал их рабочим. Также он передал бригаде ДД.ММ.ГГГГ – 18000 рублей и ДД.ММ.ГГГГ – 100000 рублей. Рабочими был выполнен монтаж фундаментных блоков, устройство цокольного этажа. В конце сентября 2012 года на объекте не хватило строительных материалов. В зимний период дом остался без кровли, так как ему не дали денег. Всего от ФИО21 он получил 1235000 рублей, все потратил на строительство. В торговом центре остался кирпич на 186000 рублей, который забрал ФИО40, увез без его разрешения. Всего на зарплату бригаде им выдано 360000 рублей. Из - за некачественного строительства потребовался демонтаж, который им был произведен ФИО21 бесплатно. С гражданским иском ФИО21 он не согласен. В 2013 году через объявление в газете к нему обратилась ФИО22. Он был прорабом на стройке, по предоставленному ему чертежу составил схему. Договор на строительство заключался с ФИО40, так как у него не было паспорта. ДД.ММ.ГГГГ потерпевшей передано ФИО40 375000 рублей. ДД.ММ.ГГГГ ему передано 25000 рублей. На эту сумму он доставил плиты. ДД.ММ.ГГГГ ему передали 100000 рублей, на которые он приобрел стройматериалы. ДД.ММ.ГГГГ ФИО22 вновь передала ему 100000 рублей. Деньги были потрачены на газоблоки и их доставку. ДД.ММ.ГГГГ с ним приехал ФИО40, последний написал расписку о получении 900000 рублей. Им были приобретены стройматериалы, в том числе кирпич и газоблоки оплачена их доставка. ДД.ММ.ГГГГ ФИО22 выдала 100000 рублей для приобретения бетона. 8 и ДД.ММ.ГГГГ им получено по 60000 рублей для выдачи зарплаты бригаде ФИО29. ДД.ММ.ГГГГ ФИО22 передала ему 50000 рублей для ФИО29. Также ФИО22 в качестве помощи бригаде ФИО29 передала 50000 рублей. ДД.ММ.ГГГГ на заводе ФИО22 приобрела плиты на 94000 рублей, которые он привез на объект. Работы были приостановлены. В июле 2013 года он нашел другую бригаду, попросил для них аванс, ФИО22 ему отказала. Для строительства второго этажа ему требовалось 200000 рублей, потерпевшая деньги не дала. Бригада ушла с объекта. Ему лично было выдано 589000 рублей. В мае 2013 года ФИО22 разрешила ФИО40 забрать восемь блоков на другой объект. Его заработная плата составила 25000 рублей, лично ФИО40 ничего ему не доплачивал. Бригаде ФИО29 он заплатил 340000 рублей. Деньги, полученные от ФИО22 в кассу предприятия, не вносились. По эпизоду с ФИО23 полагает, что деньги в сумме 687000 рублей использованы потерпевшим на строительство объекта на &lt;адрес&gt; А. Деньги для строительства объекта ФИО22 ему не требовались. Договор займа состоит из двух частей, считает, что получен путем наложения разных документов. Летом 2015 года им был заключен договор о намерениях строительства дома в д. &lt;адрес&gt; на сумму 2378000 рублей. ФИО24 передал ему 1900000 рублей. Он приобрел материалы на сумму 1013000 рублей. В д. &lt;адрес&gt; он привез материалы на 132000 рублей, их принимал отец ФИО24. Доставку осуществлял ФИО40. Часть материалов была выгружена на участке, а другая за забором. Им были построены фундаменты в &lt;адрес&gt; по заказу ФИО24 на сумму 1949200 рублей. Для строительства фундаментов ему было разрешено использовать материалы из п. &lt;адрес&gt; и оставшиеся деньги. С иском ФИО24 не согласен, так как ничего ему не должен. Оглашенные показания подтверждает. Из оглашенных показаний ФИО33 следует, что официально трудоустроен в ФИО37 не был, работал по трудовому соглашению. По доверенности от ФИО40 он имел право представлять его интересы, как директора, и самостоятельно заключать договоры. Был заключен устный трудовой договор с бригадой ФИО29, которую приглашали по мере необходимости производства работ на объекте, технику нанимали. В 2013 году по объявлению через газету &lt;данные изъяты&gt; ему позвонила ФИО22. Договор заключался от ООО ФИО37 был подписан ФИО40, он расписался под текстом договора как исполнитель работ. Совместно с ФИО40 ФИО22 составили предварительную смету на сумму 2234000 рублей, а так же впоследствии дополнительно передавались денежные средства на отдельно взятые работы, а именно кирпичная кладку внутренних стен - 90 000 рублей, армопояс - стоимость составила 150 000 рублей, подъездные пути - 240 000 рублей. Часть работ выполнял ФИО40, за что ему отдельно передавались денежные средства, которые не предусматривались сметой. Строительство началось в марте 2013 года, 375 000 рублей были переданы ФИО40 на первоначальные работы и приобретение железобетонных плит. После чего они расчистили дорогу, завезли дорожные плиты, две машины песка и кирпичного боя. Затем ему передали 25 000 рублей, он оплатил доставку плит на участок. Под расписку он получил 100 000 рублей, на которые были закуплены стройматериалы, оплачена доставка. Затем ему ФИО22 передала еще 100000 рублей, он приобрел балки, перемычки, оплатил доставку. ДД.ММ.ГГГГ ФИО40 переданы 900 000 рублей. Совместно с ФИО40 закупили материал. ДД.ММ.ГГГГ им были получены денежные средства на приобретение клея, цемента и инструмента в размере 100 000 рублей. ДД.ММ.ГГГГ на зарплату рабочим деньги ему передал ФИО5. ДД.ММ.ГГГГ по его просьбе ФИО22 передала 60000 рублей для зарплаты рабочим. ДД.ММ.ГГГГ получил от ФИО22 50 000 рублей на зарплату рабочим. До ДД.ММ.ГГГГ был построен первый этаж, перекрыт плитами, дополнительно сделаны две внутренние стены, сделан армопояс, подъездные пути, стоянка для крана и на остатке остался материал примерно на 180 000 рублей. Работы прекратились, так как заказчик отказался выдавать зарплату за произведенные работы. Совместно с ФИО22 ездили на завод, где потерпевшая приобрела плиты на 72 000 рублей, а так же транспортные услуги 22 000 рублей, на 94 000 рублей написал расписку. Им была приглашена другая бригада, но ФИО22 отказалась выплатить аванс, строить не стали. Денежные средства получены совместно с ФИО40 в размере 1 864 000 рублей. Он получил за данную работу 25 000 рублей, ФИО40 25 000 рублей. Дополнительно денежные средства на подъездные пути к дому в размере 240 000 работ, со стоимостью дорожных плит, песка и битого кирпича, за работу были получены 42 000 рублей, расписки по подъездным путям не оформлялись. Договор на строительство дома в д. &lt;адрес&gt; не заключался, денежные средства на строительство дома от ФИО24 не получал. Ранее строил ФИО24 фундаменты домов в &lt;адрес&gt;, расписку писал в счет получения денежных средств на строительство фундаментов. В ходе обыска у него изъята папка с документами по строительству дома ФИО22, с товарными накладными и чеками, на которые был закуплен строительный материал. (т.2, л.д. 149-153, т.3 л.д.57-60) согласно разработанной им смете и соглашений, согласованных с ФИО21 стоимость всех работ на объекте, включая транспортные расходы и денежное вознаграждение составила 1 761 000, 00 рублей, а именно: согласно смете от ДД.ММ.ГГГГ стоимость работ и материалов 1 463000 рублей, согласно смете от ДД.ММ.ГГГГ на реконструкцию входного крыльца 107 000 рублей, согласно дополнительному соглашению № по производству работ в цокольном этаже сумма составила 144 000 рублей, согласно дополнительному соглашению № по строительству гаражного бокса стоимость работ и материалов составила 70 000 рублей. ФИО21 на строительство выделено 1 175 000 рублей. Приходно - кассовые ордера выписаны на общую сумму 1 235 000 рублей, так как включена сумма по обналичиванию ФИО21 денежных средств в сумме 60 000 рублей. Для завершения работ на данном объекте требовалась денежная сумма в размере 586 000 рублей. Строящийся объект остался на зимний период без крыши, в результате чего, после зимних морозов треснули две стены. Им выполнены работы, включая материалы, транспортные расходы и денежное вознаграждение на сумму 1 399 000 рублей, дополнительно затрачены личные денежные средства на сумму 224 000 рублей. Из- за отсутствия финансирования на участке остались строительные материалы. (т. 4 л.д. 46-49) Договор с ФИО1 (ФИО1) им заключен как исполнительным директором ФИО39, стоимость по смете составила 2042 938 рублей. Составителем сметы указан ФИО40, который являлся директором ФИО39, но однако фактически составлена им. Денежные средства передавались по распискам на общую сумму 1 390 000 рублей. Кроме того, в магазине &lt;адрес&gt; ФИО328» им совместно с ФИО1 был закуплен строительный материал на сумму 402 416 рублей - газобетон и облицовочный кирпич красного цвета и цвета «слоновая кость» и клей для газобетона. На него от имени ФИО1 (ФИО1) была выписана доверенность на получение строительного материала, который им в полном объеме доставлен на объект, при этом стоимость доставки составила 70 000 рублей. Денежные средства в сумме 1 390 000 рублей в полном объеме израсходованы на строительство фундамента и цокольного этажа, а так же подъездных путей, транспортные расходы и расходы крана, вознаграждение бригаде рабочих. Работы на объекте выполнялись бригадой ФИО29. В марте 2012 года был вырыт котлован, завезены строительные материалы, затем работы были приостановлены из - за погодных условий. Работы возобновлены в июне 2012 года и закончены в конце августа 2012 года из-за отсутствия финансирования. На участке остались неиспользованные материалы. Налоговая отчетность ФИО39 и ФИО37 сдавалась нулевая, так как работал по наличному расчету, банковскими счетами не пользовался, и были ли они открыты на организации, он не знает. (т. 5 л.д. 6-9) Совместно с ФИО23 планировали совместную деятельность по строительству объектов. Договор займа с ФИО23 им не заключался. Почерк и подпись в договоре займа и расписке принадлежат ему но, считает, что предоставлены фотокопии документов, выполнены путем наложения различных копий документов с его подписью на указанный в расписке текст. Денежные средства от ФИО23 на строительство дома ФИО22 не требовались, так как на тот период строительство не велось, последняя финансировала стройку самостоятельно. (т.5, л.д. 96-98) После обозрения оригинала договора займа денежных средств и расписки от ДД.ММ.ГГГГ, пояснил, что денежные средства не получал. Бланк расписки заполнен им, данные денежные средства получал на строительство дома ФИО23 в д. &lt;адрес&gt;. ( т.5 л.д. 135-137) Дополняет, что от ФИО21 получен 1 235 000 рублей, израсходованы на строительство объекта в полном объеме, в кассу ФИО37 не вносились, тратились наличными. От ФИО22 получены 1 395 000 рублей (исключив 375 000 рублей выданные ФИО40 и 94 000 оплаченные на плиты), израсходованы на строительство объекта в полном объеме, в кассу ФИО37 не вносились, тратились наличными. Денежные средства от ФИО1 (ФИО1) получены в сумме 1 390 000 рублей, израсходованы на строительство объекта в полном объеме, в кассу ФИО39 не вносились, тратились наличными. Расписка ФИО24 написана им, однако согласно указанных документов денежных средств не получал. Данный договор только планировали заключать, поэтому им и составлялась предварительная смета. Договор с ФИО23 и расписка им подписаны, но денежные средства по данным документам не получал. (т. 5, л.д.161-164 ) Считает, что экспертом по объекту ФИО21 не учтены материалы на сумму 170491 рублей 32 копейки. Оставшаяся сумма 395965 рублей 68 копеек, из которых 143833 рублей затрата на демонтаж, 230000 рублей выдано бригаде ФИО29, в которую входили переделка фундамента в цокольный этаж, 40000 рублей зарплата водителю ФИО30. Его заработная плата составила 80000 рублей, в итоге ФИО21 остался ему должен 60426 рублей 32 копейки. Экспертом не учтены по объекту ФИО1 (ФИО1) 608154 рублей 58 копеек. Неверно отражена заработная плата бригаде ФИО29, ФИО30. Считает, что ФИО1 (ФИО1) осталась ему должна. По экспертизе в отношении ФИО22, экспертом не учтено 288250 рублей 50 копеек. Из 661016 рублей 10 копеек его зарплата 25000 рублей, зарплата ФИО40 25000 рублей, зарплата ФИО30, 60000 рублей, зарплата ФИО29 170000 рублей. ФИО22 передала ФИО40 газоблоки на сумму 45600 рублей в счет заработной платы. 378404 рублей 06 копеек потрачены на строительство дороги ФИО40. Задолженности перед ФИО22 не имеет. Денежных средств у ФИО24 и ФИО23 он также не похищал (т. 7, л.д.158-161, т.7 л.д. 208-210 ) Но вина подсудимого ФИО33 полностью подтверждается показаниями потерпевших, свидетелей и исследованными в ходе судебного следствия доказательствами, и всеми материалами дела в их совокупности. Потерпевшая ФИО1 (ФИО1) Т.С. в судебном заседании пояснила, что в феврале 2012 года договорились с ФИО33, как руководителем ФИО39 о строительстве дома на земельном участке в п. ФИО2. ФИО33 сказал им, что не может пригласить в офис, в связи с неисправностью компьютера. Она поверила ФИО33, он показывал ей фотографии готовых объектов. Он приехал к ней домой на &lt;адрес&gt; А, где был заключен договор с ФИО39 на строительство коробки дома на сумму около 2000000 рублей. ФИО33 подписал договор, поставил печать ФИО39. Она передавала деньги ФИО33 в разных местах, в том числе и дома и в банке. ДД.ММ.ГГГГ она оплачивала кирпич на сумму 402416 рублей, затем ФИО33 вывозил по доверенности. Она передавала ФИО33 ДД.ММ.ГГГГ – 130000 рублей; ДД.ММ.ГГГГ – 220000 рублей; в период с 17 по ДД.ММ.ГГГГ 795000 рублей; ДД.ММ.ГГГГ – 115000 рублей; ДД.ММ.ГГГГ – 70000 рублей;ДД.ММ.ГГГГ – 30000 рублей. ФИО33 должен был приступить к строительству в марте 2012 года, но постоянно откладывал, ссылался на различные причины. Когда привезли материалы, начал таять снег, все стало портиться. У нее возникло впечатление, что ФИО33 обманывает. Совместно с мужем приезжали ночью на участок, заметили, что часть материала похищена. ФИО33 оправдывался, говорил, что материалы, вывезенные с их участка, потрачены на другие строительные объекты, но он все вернет. Была договоренность с ФИО33 о строительстве фундамента из новых материалов, но подсудимый использовал бывшие в употреблении. Фундамент был построен неправильно, в связи, с чем пришлось все перекладывать заново, был готов только к августу. Затем ФИО33 начал скрываться, сообщал, что он либо в &lt;адрес&gt; либо находиться в больнице. ФИО33 постоянно просил денег, но она их не давала. Был продлен договор с ФИО33, затем последний исчез. Они выезжали по месту жительства, но ФИО33 там не было, по звонку управляющего ФИО32 находили подсудимого на объекте ФИО21, но он ничего не пояснял, пытался убежать. За период действия договора они с мужем контролировали ход работ, приезжали вечером, строительства почти не видели, работали 2-3 человека. ДД.ММ.ГГГГ она обратилась в полицию. Затем нанимала бригаду, которая построила дом. Просит взыскать с ФИО33 1160 709 рублей 56 копеек. ФИО33 ущерб не возмещен. Кроме того из за проблем в строительстве у нее распалась семья, испортились отношения с дочерью. Настаивает на строгом наказании, в виде реального лишения свободы. Оглашенные показания подтверждает. Из оглашенных показаний потерпевшей ФИО1 следует, что с постановлением о назначении строительно-технической судебной экспертизы и с заключением эксперта в отношении дома знакомиться не желает, полагается на мнение эксперта, в случае изменения стоимости незавершенного строительства и затрат, согласна на корректировку ущерба. ( т.7 л.д. 149-150) Потерпевший ФИО21 в судебном заседании пояснил, что в 2012 году он решил заключить договор на строительство дома с ФИО33. Последний вошел в доверие, рассказывал про свои проекты, показывал фотографии, изготовленных им домов. Договор был составлен на его компьютере, у него (ФИО21) дома, подписан ФИО33, как директором фирмы. Срок окончания работ до августа 2012 года. Деньги передавались ФИО33 ДД.ММ.ГГГГ – 300000 рублей; ДД.ММ.ГГГГ – 125000 рублей; ДД.ММ.ГГГГ – 300000 рублей; ДД.ММ.ГГГГ – 120000 рублей; ДД.ММ.ГГГГ - 255000 рублей; ДД.ММ.ГГГГ – 60000 рублей; ДД.ММ.ГГГГ - 15000 рублей; ДД.ММ.ГГГГ – 20000 рублей; ДД.ММ.ГГГГ на сумму 100000 рублей, а всего на сумму 1295000 рублей. Он ездил на участок, видел бригаду из трех – четырех человек, было построено по уровню верхних окон, работали до сентября. ФИО33 говорил, что ФИО32 не пускает его на участок. Предлагал переговорить с ФИО32, но ФИО33 отказывался. Затем все пропали, на звонки ФИО33 не отвечал. Летом 2013 года он встретил ФИО33 случайно на улице, сказал ему, что на доме образовались трещины. ФИО33 обещал все исправить. Затем ФИО33 все разобрал, на участке остался строительный мусор, газобетонные блоки. В конце июня 2014 года встретил ФИО33, он вновь пообещал все сделать и пропал. После чего было написано заявление в полицию. ФИО33 написал расписку, что все вернет до ДД.ММ.ГГГГ, но ничего не возвращено. На участке котлован, его надо засыпать, кто увез материалы с участка ему не известно, сохранность обеспечивал ФИО33. В ходе бесед ФИО33 говорил о том, что часть его материалов находится на соседних участках. После произошедшего он очень переживал, получил инфаркт, в настоящее время проблемы со здоровьем. По судебному решению к ФИО37 ничего не взыскано. С заключением эксперта согласен. Просит взыскать сумму ущерба 1295000 рублей. Настаивает на строгом наказании, связанным с реальным лишением свободы. Потерпевший ФИО24 в судебном заседании пояснил, что познакомился с ФИО33 в 2014 году. ФИО33 участвовал в подготовке трех фундаментов, все было достроено, полностью с ним рассчитался. Летом 2015 года он вновь обратился к ФИО33 для строительства дома в д. &lt;адрес&gt;. Они вместе посмотрели участок. ФИО33 подготовил смету на сумму 2330000 рублей. Договор не составляли. Изначально ФИО33 предлагал заключить договор на юридическое лицо. В июне 2015 года он передал в своем офисе на &lt;адрес&gt; ФИО33 под расписку 1900000 рублей. ФИО33 просил передать деньги именно в данном объеме, ссылался на изменение валютного курса, он ему доверял. После этого ФИО33 неоднократно переносил сроки строительства, находил разные причины, то бригада уволилась, то проблемы с поставкой материалов. К строительству дома ФИО33 не приступил, материалы не завозились. Договор с ФИО33 не составлялся, так как подсудимый только обещал его подготовить. После этого ФИО33 стал менять номера телефонов, затем перестал отвечать на звонки. Искал по домашнему адресу, но беседовал с его матерью. Потом обратился в полицию. Ущерб не возмещен, просит взыскать 1900000 рублей. Настаивает на строгом наказании в виде реального лишения свободы. Потерпевший ФИО23 в судебном заседании пояснил, что знаком с ФИО33 с 2012 года. В 2013 году ФИО33 пришел к нему в офис и предлагал вложить деньги в строительство, так как он является директором крупной организации ФИО37. Он показывал ему гарантийные письма. Затем ФИО33 попросил денег на строительство дома ФИО22. При этом указывал, что люди потеряли к нему доверие, необходимо его восстановить. Говорил, что ФИО22 ему не платит. В феврале 2013 года он передал ФИО33 по договору займа 687000 рублей. Однако деньги им были выведены из кассы предприятия по согласованию со вторым учредителем. Затем ФИО33 менял номера телефонов, он обратился в полицию. Решением суда в его пользу взыскано 1250000 рублей, исковых требований не имеет. Настаивает на строгом наказании, в виде реального лишения свободы. Потерпевшая ФИО22 в судебном заседании пояснила, что в 2013 году хотели построить дом, искали бригаду. Позвонили по объявлению в газете &lt;данные изъяты&gt;, им ответил ФИО33, сообщивший, что является исполнительным директором ФИО37, но документы не предоставлял. В офис для заключения договора ФИО33 их не приглашал. В феврале был заключен договор с ФИО37 в лице ФИО40, исполнителем являлся ФИО33. По договору срок окончания работ ДД.ММ.ГГГГ. При этом ФИО33 пояснил, что у него нет паспорта, поэтому первая расписка была составлена на ФИО40, переданы деньги по расписке. Они с мужем обращались в ФИО41 за ипотечным займом. Деньги ФИО33 передавали у себя дома ДД.ММ.ГГГГ – 25000 рублей; ДД.ММ.ГГГГ- 100000 рублей; ДД.ММ.ГГГГ – 100000 рублей. ДД.ММ.ГГГГ 900000 рублей были переданы ФИО40 для передачи ФИО33 на приобретение материалов. ДД.ММ.ГГГГ было передано 100000 рублей, затем ФИО33 на зарплату работникам передавали 8 и ДД.ММ.ГГГГ по 60000 рублей; ДД.ММ.ГГГГ 50000 рублей на объекте. ДД.ММ.ГГГГ бригада ушла, ФИО33 обещал, что к работе приступят другие люди. ДД.ММ.ГГГГ совместно с ФИО33 ездили на завод купили плиты на 94000 рублей. ФИО33 обещал, что плиты перекроет, но ничего не сделал. Говорил им, что уедет отдыхать, и после этого пропал. Они поняли, что их обманули. Были факты, когда ФИО33 вывозил стройматериалы с их участка совместно с ФИО40, обещал все вернуть. В конце августа обратились в полицию. ФИО33 отчетов не предоставлял, только говорил на что потрачены деньги, чеков не давал. В настоящее время дом построен. Просит назначить строгое наказание, связанное с реальным лишением свободы, взыскать с ФИО33 1 044198 рублей 58 копеек. Оглашенные показания подтверждает. Из оглашенных показаний потерпевшей ФИО22 следует, что с расчетами в заключении эксперта о сметной стоимости выполненных работ и затрат по объекту незавершенного строительства по адресу: &lt;адрес&gt; д. Новое &lt;адрес&gt; в сумме 914733 рублей 44 копейки согласна. ФИО33 похитил у неё оставшиеся денежные средства и строительные материалы на общую сумму 949266 рублей 56 копеек ( т.7 л.д. 164-166) Свидетель ФИО6 суду пояснила, что в 2012 году совместно с супругом ФИО21 приобрели участок в п. ФИО2. ФИО33 предложил им свои услуги по строительству дома. Был заключен договор на строительство коробки дома на сумму 1400000 рублей, стоимость работ входила в эту сумму. Денежные средства на общую сумму 1 295 000 рублей передавали частями в банке ФИО38 лично ФИО33, а он выписывал приходно- кассовые ордеры. Изначально работы велись, привозили материалы, но не все. До ДД.ММ.ГГГГ строительство продолжалось. Затем ФИО33 пропал, не могли до него дозвониться. В мае 2013 года обнаружили, что стены рухнули, дом не возможно было достроить. Неиспользованные материалы частично оставались на участке. Когда нашли ФИО33, он обещал все достроить, вновь поверили ему. Но он так ничего и не достроил, придумывал различные поводы. ФИО33 написал расписку о том, что разберет дом, материалы продаст и частями отдаст деньги до ДД.ММ.ГГГГ. ФИО33 за транспортные расходы, заработную плату в письменном виде отчет не предоставлял. В настоящее время дом разобран. Однако материалов на участке нет, ФИО33 деньги так и не отдал. Свидетель ФИО7. суду пояснил, что ФИО22 его мать. В 2012 году на участке был построен фундамент, подготовлен к следующему этапу строительства. По объявлению в газете &lt;данные изъяты&gt; искали строителей. ФИО33 приехал к их дому, ему была передана копия проекта дома, он пообещал подготовить смету. Через некоторое время приехал к ним по месту жительства с готовой сметой на сумму около 2000000 рублей. ФИО33 представлялся Андреем Николаевичем, паспорт не представил, пояснив о его замене. ФИО33 пригласил директора ФИО37 ФИО40, который подписал договор на строительство. ФИО40 пояснил, что ФИО33 будет являться исполнителем работ по договору. Затем неоднократно ФИО33 передавались денежные средства. ФИО33 хотел заранее приобрести материалы, так как говорил, что они будут дешевле. ФИО33 приступил к строительству, был расчищен снег, завезены блоки и кирпич. В мае 2013 года в течение двух- трех недель бригада возвела первый этаж до перемычек окон. После чего ФИО33 пропадал, не отвечал на звонки, бригада работала не регулярно. Летом пытались договориться с ФИО33 о продолжении строительства, но он ссылался на разные причины, говорил, что пока не может. Участок был распланирован в 2012 году, дорогу делать не требовалось. Был случай, когда с их участка по указанию ФИО33 вывезли загруженную материалами машину, якобы для замены, но взамен ничего не привозили. Переговоры с ФИО33 вели до осени 2013 года, но он говорил, что в рамках сметы денег у него нет, и перестал отвечать на звонки. Свидетель ФИО5. суду пояснил, что ФИО22 его супруга. После окончания строительства цокольного этажа супруга увидела объявление в газете &lt;данные изъяты&gt; о строительстве домов. ФИО33 приехал к ним в квартиру, обговорили вопросы строительства. Изначально он представился Андреем Николаевичем, говорил, что является подрядчиком. Через некоторое время ФИО33 вновь к ним пришел, показал смету. Затем принес договор, который был подписан ФИО40. Последний выдал доверенность ФИО33. Основная часть денег передавалась в их квартире, другая на строительном объекте. Деньги по первой расписке брал ФИО40, так как у ФИО33 не было паспорта. ФИО40 в их присутствии передал деньги ФИО33. В марте 2013 года ФИО33 расчистил дорогу, завез кирпич, газоблоки и часть плит. С мая 2013 года в течение около двух недель работала бригада из четырех человек. После строительства части первого этажа ФИО33 пропал, не отвечал на звонки. До июня 2013 года бригада работала, после этого случайно видел ФИО33 в городе, который говорил о занятости бригады, об отъезде работников. В августе 2013 года строители вышли на объект на пару дней, ФИО33 в это время уехал в отпуск, затем строительство прекратилось. В июне 2013 года совместно с сыном приезжали на участок, видел ФИО40, поскольку застали отъезжающую с газоблоками машину. ФИО33 говорил, что они неподходящего размера и требуют замены, но обратно их не привезли. Свидетель ФИО8. суду пояснил, что его участок находится рядом с домом ФИО22 Он приобрел участок в мае 2014 года, их дом был построен до крыши. Свидетель ФИО9 суду пояснил, что в мае 2015 года он приехал на участок ФИО24 для выполнения работ. ДД.ММ.ГГГГ на участок приезжали ФИО24 с ФИО33. Последнего ему представил ФИО24. Они размечали участок, понял, что ФИО24 хочет построить дом. Он помог им поставить разметку, затем еще пару раз видел их на участке, обсуждали начало строительства. Больше ФИО33 он не видел. В дальнейшем ФИО24 рассказывал, что не может найти ФИО33, который взял деньги и пропал. Работы им были окончены в середине июля 2015 года. Он не видел, чтобы на участок завозили материалы. Показания на очной ставке подтверждает. Свидетель ФИО10. суду пояснил, что работал с ФИО24 по адресу: &lt;адрес&gt; А. Весной 2015 года ФИО24 представил ФИО33, как человека, который будет заниматься строительством его дома. ФИО24 дал ему план дома. ФИО33 составил смету. ФИО33 говорил, что можно построить дешевле за счет экономии на материалах. В июне 2015 года ФИО24 по расписке передал 1900000 рублей ФИО33 наличными в офисе. Подсудимый пересчитал деньги, сказал, что закупит материалы. ФИО33 говорил, что может завезти материалы, но ФИО24 они не устраивали. В течение двух недель они согласовывали вопросы по строительству в офисе, затем ФИО33 исчез, телефон отключил. По месту регистрации ФИО33 не находился, к строительству не приступил. Показания на очной ставке подтверждает. Свидетель ФИО40 А.Н. суду пояснил, что в 2010 году совместно с ФИО33 открыли ФИО37. Он являлся учредителем, ФИО33 был назначен директором. В штате официально сотрудников не было, работников нанимали для строительства. Он участия в управлении организацией не принимал, работал стропальщиком, всем руководил ФИО33. Заработную плату ему выдавал ФИО33, оплата производилась наличными по 1000 – 2000 рублей. Доход от деятельности как учредитель он не получал. В газете &lt;данные изъяты&gt; был указан и его номер, так как ФИО33 часто находился в командировках. По просьбе ФИО33 он ездил с ним вместе к ФИО22, получал деньги. На его имя была составлена расписка, так как у ФИО33 не было паспорта. Кто получал деньги он не помнит. Выехав на участок с ФИО33, поняли, что необходимо искать плиты и песок для подъезда к участку. Он помогал ФИО33 завозить материалы. ФИО22 в дальнейшем ему звонили, сообщали, что ФИО33 строительство не завершил и пропал. Показания на следствии подтверждает, в том числе и на очной ставке. Из оглашенных показаний свидетеля ФИО40 А.Н. следует, что примерно в 2006-2007 году им было зарегистрировано ФИО37, он являлся единственным учредителем и директором. С 2011 года директором назначен ФИО33. В то время ФИО33 занимался строительством домов. В сентябре 2014 года ФИО33 зарегистрировал ФИО37 на свое имя, а он вышел из числа учредителей. ФИО33 стал единственным учредителем и директором. Печать организации он передал ФИО33 в 2011, когда тот был назначен директором. Документы в &lt;данные изъяты&gt; до 2014 года ФИО33 не предоставлял. ФИО33 постоянно работал с бригадой ФИО29 по устной договоренности, а также привлекал подсобных рабочих для выполнения разовых работ. Ему так же ФИО33 иногда предлагал выполнение работ по доставке материалов на объекты строительства. Ему известно, что ФИО33 подавал объявление в газету &lt;данные изъяты&gt;, где указывал свои номера телефонов, но иногда последний указывал и его номер, но он сообщал о необходимости звонить по второму номеру и договариваться по строительству. Сам он лично никогда строительством домов, коттеджей не занимался, принимал участие как рабочий. В конце января 2013 года ФИО33 попросил его съездить для заключения договора на строительство коттеджа. Он остался ждать в машине, а ФИО33 ушел к клиентам на &lt;адрес&gt; ФИО33 примерно минут сорок, затем вышел и сказал, что с ФИО22 договорился о выезде на объект. Он выезжал с ним в д. Новое. На земельном участке уже был установлен фундамент и цокольный этаж. ФИО33 была составлена смета на строительство коробки с крышей с двумя входами. Впоследствии ФИО33 попросил его подписать договор как директора ФИО37 от его имени, так как у него отсутствовал паспорт и ФИО22 поставили условие, что договор будут заключать только с директором ФИО37, однако документы не проверяли. По просьбе ФИО33 в машине он подписал договор и смету. В первом договоре ФИО33 был указан, как исполнитель работ. В начале февраля 2013 года он поехал с ФИО33 к ФИО22. Через некоторое время ФИО33 вернулся, сказал, что ФИО22 не дают деньги, так как у него нет паспорта. Он написал расписку ФИО22 о получении денежных средств, сумму не помнит. Он денежные средства в руки не брал, их считал ФИО33. В феврале - марте ФИО33 начал строительство, оплачивал материалы, а он (ФИО40) забирал и привозил их на объект. Он видел, когда несколько раз приезжал впоследствии, что ФИО33 были положены дорожные плиты для подъезда к объекту. Ему известно, что ФИО33 покупал бывшие в употреблении плиты. Весной 2013 года к нему вновь обратился ФИО33 попросил получить 900 000 рублей для строительства от ФИО22. В присутствии ФИО22 он написал расписку, ФИО33 подписал, что принял деньги, так же получил денежные средства. Он строительством дома ФИО22 не занимался, только выполнял разовые работы, порученные ФИО33, в общей сложности за работу на объекте он получил 25 000 рублей. Летом 2013 года к нему обращались ФИО22, говорили, что строительство приостановлено, ФИО33 найти не могут, в то время и он не знал, где находится последний, телефоны были отключены. (т.2, л.д. 158- 160) Свидетель ФИО11 суду пояснил, что в 2013 году в офисе ФИО23 он видел ФИО33, который намеревался строить дом потерпевшему. В последующем у ФИО23 возникли проблемы с фундаментом. Ему известно, что ФИО33 брал денежный займ на строительство другого объекта около 700000 рублей. ФИО23 обращался к нему, просил посмотреть договор. ФИО33 деньги не вернул, перестал отвечать на звонки. Видел ФИО33 в городе и просил позвонить ФИО23, но он говорил, что его машина разбита денег нет. Кроме этого видел его в аптеке, позвонил ФИО23, но ФИО33 по телефону ничего ему по существу не смог сообщить. Свидетель ФИО12 суду пояснил, что совместно с супругой ФИО1 (ФИО1) решили построить дом на участке. По рекомендации обратились к ФИО33. Он пояснил, что дом можно построить за 1800000 рублей, но затем сумма увеличилась примерно до 2040000 рублей. С ФИО33 был заключен договор, он поставил печать ФИО39, обещал все построить до сентября 2012 года. ФИО33 построил фундамент, и частично перекрыл плитами. Срок строительства продлевался. ФИО33 перестал отвечать на звонки. Ему известно, что ФИО33 увозил кирпичи с их участка на участок М-вых. Считает, что ФИО33 половину из необходимых материалов так и не привез на участок. Свидетель ФИО28. суду пояснила, что ФИО33 обратился к ФИО23 с просьбой займа денег для строительства, так как ему не хватало денег. ДД.ММ.ГГГГ по решению ФИО35 из кассы предприятия были выданы 687000 рублей ФИО23. После этого ФИО23 по договору займа передал деньги ФИО33. До ДД.ММ.ГГГГ ФИО33 деньги не вернул. ФИО33 доверяли, так как он ранее строил им дом. Свидетель ФИО27. суду пояснил, что в начале лета 2013 года к нему обратилась ФИО1 (ФИО1) с просьбой достроить дом. На участке лежали блоки, плиты, несколько поддонов кирпича, затем еще докупались плиты. Дом был достроен, доделан фундамент, возведены стены, крыша. Свидетель ФИО29. в судебном заседании показал, что знает ФИО33 около 12 лет. В 2012 году он строил 3-4 объекта в п. ФИО2. ФИО33 пригласил его для строительства дома ФИО22. Его бригадой был построен первый этаж дома ФИО22. ФИО40 привозил и увозил материалы, заказывал технику. Подсудимый заплатил ему за работу 220000 – 230000 рублей, документально передача денег не оформлялась. После перекрытия первого этажа возникла задержка с материалами, он перевел бригаду на другой объект. На участке ФИО1 (ФИО1) им был сделан фундамент, рассчитывался за него ФИО33. Блоки на участок завозили ФИО33 и ФИО40. Обычно ФИО33 звонил ему, предлагал заказы, на каком - либо объекте, договоры на выполнение работ не заключались. Количество работников он определял самостоятельно. Знал, что ФИО33 занимается строительством, являлся посредником, был ли ФИО33 руководителем какой либо организации ему не известно. Он помнит, что строил фундамент ФИО24 в &lt;адрес&gt;. Оглашенные показания, в том числе и на очной ставке подтверждает. Из оглашенных показаний свидетеля ФИО29 следует, что в мае-апреле 2012 года, ФИО33 привлек его бригаду для строительства дома в коттеджном поселке «ФИО2» в &lt;адрес&gt;. Предварительно он ездил с ним на участок, который, как ему стало известно позже от сотрудников полиции, принадлежит ФИО1 (ФИО1) Т.С. С ней лично он знаком не был, её участок расположен в правой части поселка. ФИО33 пояснил, что на данном участке необходимо установить фундамент и построить коробку дома под крышу. На тот период на участке уже был вырыт котлован под фундамент, который был заполнен водой. Также на участке уже находился строительный материал: плиты для фундамента, газоблоки, облицовочный кирпич, доски, а также инструменты. Они согласились взяться за данную работу, но предварительно ФИО33 с использованием специальной техники несколько раз откачивал воду из котлована. После этого приступили к укладке фундамента. Когда они выложили основную часть фундамента, ФИО1 не понравилось расположение, другой бригадой был произведен демонтаж. После этого его бригада приступила к изготовлению нового фундамента. Работы продолжали около месяца, за это время они установили цокольный этаж и плиты перекрытия, но не полностью. На этом работа его бригады была приостановлена по инициативе ФИО33. При этом он сказал, что для строительства коробки дома он снова их пригласит. По какой причине ФИО33 не дал указание продолжить строительство, он не знает. Больше он их на данный объект не приглашал. На участок их возил водитель по имени ФИО31. После данного объекта, ФИО33 пригласил их на другой объект ФИО21, в этом же поселке. Там уже был вырыт котлован под фундамент и привезены строительные материалы. Они приступили к работе примерно в августе 2012 года. Ими был построен фундамент с цоколем, затем они приступили к кладке стен из газобетона и облицовочного кирпича. Стены были выложены до перемычек первого этажа. Ввиду того, что отсутствовал уголок для перемычек, примерно в конце сентября 2012 года работы были прекращены, ФИО33 обещал привезти необходимые строительные материалы на участок, но так и не сделал этого. Сколько он заплатил им за работу, не помнит. Больше они на данном объекте не работали. Возможно, они добирались на участок ФИО21 на автомашине &lt;данные изъяты&gt; под управлением ФИО31. Весной 2013 года ФИО33 привлек его бригаду для строительства коробки дома в &lt;адрес&gt; ФИО22. Перед тем, как они приступили к работе, ФИО33 были произведены подготовительные работы. Когда он в первый раз приезжал на участок, то там было очень много глины и земли, которую ФИО33 вывозил, так как она мешала строительству, технике на участок подъехать было невозможно, также отсутствовали подъездные пути. Знает, что на участок завозились плиты, бой кирпича, песок. Кто выполнял работы по подъездным путям, он не знает. После этого силами его бригады был выложен облицовочный кирпич по периметру фундамента, затем пеноплекс, газобетонные плиты, построен первый этаж с двумя входами и тремя внутренними капитальными перегородками. Кроме того, ими был по всему периметру, после первого этажа выложен армопояс, при этом данная работа учитывалась как дополнительная, то есть сверх сметы. Так же дополнительно работы были и внутренние капитальные перегородки. Изначально, когда они приступили к строительству, то необходимо было возвести одну капитальную перегородку, но в процессе строительства, появилась необходимость возведения трех капитальных перегородок. На этом объекте ими был возведен первый этаж полностью с облицовочным кирпичем, перегородками, трубами для дымохода, армопоясом, плитами перекрытия полностью по всей площади. После этого его бригада работы прекратила. Сколько денежных средств получила бригада за данный объект, он не помнит, за работу с ним расплачивался ФИО33. Строительные материалы доставлял ФИО40. Заказчики приезжали на объект, постоянно контролировали ход строительства. Претензий к ним по качеству строительства они не предъявляли. Работали на данном участке менее двух месяцев, затем работы прекратили, так как вовремя не поставлялись материалы. При этом, ФИО33, когда его бригада уходила с объекта, сказал, что через некоторое время снова позовет их для продолжения строительства. Однако на данном объекте они более не работали. Летом ему звонила ФИО22, просила достроить дом, уже без участия ФИО33, но он отказался. В п. &lt;адрес&gt; он домов никому не строил, так как в 2015 году с ФИО33 не работал. Он строил фундамент в &lt;адрес&gt; по указанию ФИО33 в 2012 году. ( т.3 л.д. 26-28, т. 7, л.д. 153-156) Свидетель ФИО13 суду пояснила, что по рекомендации председателя п. ФИО2 обратились к ФИО33 и ФИО40. В 2012 году она заключила договор с ФИО40, но работы производил ФИО33. Ей известно, что ФИО33 составлял смету для ФИО21. На участке ФИО21 был вырыт котлован, завозились материалы. Примерно в августе 2012 года был возведен фундамент. Супруга ФИО21 сообщила ей, что ФИО33 просит денег на блоки. В связи с неисполнением обязательств по договору на ее участке ФИО33 вызывал у нее сомнения. Она предупредила ФИО21, и предложила им самим приобрести блоки. Со слов ФИО21 знает, что они оплатили блоки и хранили их в магазине. Затем блоки завозились частями. В августе 2012 года ФИО33 пропал, не могли его найти. Затем узнали, что он в г. ФИО31 занимается строительством. Зимой 2013 года увидели, что на доме ФИО21 огромные щели по стенам, внизу все в воде. ФИО33 торопил, говорил, что все нужно купить дешевле. ФИО21 деньги, полученные от продажи квартиры, вложили в строительство. ФИО33 ходил к ФИО21 почти каждый день, они к нему очень хорошо относились. Эксперт ФИО14 суду пояснил, что он работает экспертом – строителем 6 лет, стаж работы по специальности инженер строитель промышленного и гражданского строительства 44 года. Он проводил экспертизы по трем объектам по материалам дела, в том числе и записям ФИО33. В случае, если записи ФИО33 подтверждались он их также учитывал при проведении экспертизы. Залоговая стоимость поддонов на участке ФИО21 им не отражалась, поскольку стоимость ничем не подтверждена, являются тарой, их не было на участке на момент осмотра. Стоимость материалов рассчитана по прайсам заводов- изготовителей. По экспертизе объекта ФИО22 им учтены четыре плиты, поскольку наличие двенадцати плит ничем не подтверждено. Количество кирпича и поддонов он считал по накладным. Работы по формированию площади бульдозером и отсыпке дороги им учтены в соответствии с замечаниями ФИО33, кроме того такие работы всегда проводятся. Также им было включено устройство деревянных лестниц и косоуров дома ФИО22, поскольку было запланировано, упоминалось в документах, и было им учтено в пользу ФИО33. На осмотр дома ФИО22 он не выезжал, так как строительство уже было завершено. Им был осмотрен участок ФИО1 (ФИО1), стояла коробка дома, была крыша, окна и двери. Документы, используемые им при проведении экспертиз указаны в исследовательской части. Свидетель защиты ФИО15. суду пояснил, что он разбирал часть дома у ФИО21 по просьбе ФИО33. Последний сказал, что ФИО21 должен ему денег. Технику для разборки предоставил ФИО49 В 2015 году возили материалы ФИО34 на участок, а частично в &lt;адрес&gt;. ФИО34 говорил, что рассчитался с собственником, считал, что с ФИО33. Было увезено материалов на 270000 рублей. ФИО21 никогда не видел. Из оглашенных с согласия сторон показаний свидетеля ФИО25 следует, что он является директором и учредителем ООО ФИО42 В начале 2014 года он через знакомых познакомился с ФИО33, его представили как строителя домов, за работу он берет не дорого. Каких- либо отношений с ФИО33 не поддерживал. Весной 2015 года он заехал в офис по адресу: &lt;адрес&gt;, к ФИО24, он интересовался вопросом строительства жилых домов. Он дал номер телефона ФИО33. Впоследствии ФИО24 рассказал, что с ФИО33 договорился о строительстве дома. ФИО33 составил смету, на основании которой за работу и строительные материалы получил денежные средства. После чего ФИО33 пропал. ФИО24 не мог его найти, по месту регистрации не проживал. (т.2, л.д. 110-111) Из оглашенных с согласия сторон показаний свидетеля ФИО26 следует, что в ее собственности находится земельный участок в д. &lt;адрес&gt;, свидетельство от ДД.ММ.ГГГГ. На данном участке с мужем решили построить дом. В июле 2015 года ФИО24 рассказал, о заключении договора с ФИО33, которому под расписку передал в июне 2015 года 1 900 000 рублей. После чего ФИО33 должен был приступить к строительству дома, однако пропал. (т.2 л.д. 112-113) Из оглашенных с согласия сторон показаний свидетеля ФИО18 следует, что осенью 2012 года через ФИО23 познакомился с ФИО33, который представился руководителем ФИО37. ФИО23 планировал с ФИО33 совместную деятельность, так как, со слов последнего, он занимался строительством. ДД.ММ.ГГГГ, в дневное время в офисе он слышал, что ФИО33 у ФИО23 берет в займ 687 000 рублей. В его присутствии договор займа заполнялся ФИО33, ставились подписи сторон. ФИО23 денежные средства передавал ФИО33 наличными. Со слов ФИО33 целью займа денежных средств являлось строительство. ( т.5 л.д. 124-125) Из оглашенных с согласия сторон показаний свидетеля ФИО30. следует, что летом 2012 года он познакомился с ФИО33, который предложил работать у него, в должности водителя на его автомашине. ФИО33 говорил, что он как частное лицо, занимается строительно-монтажными работами, самостоятельно заключает договоры на строительство и производит строительство объектов. Кроме того подсудимый пояснял, что у него работает бригада. Фактически ФИО33 платил ему 1 000 рублей в день, в обязанности входило: отвозить бригаду рабочих на объект и с объекта, а в течение дня ездил по поручениям ФИО33, так же его возил. На данной автомашине возили строительные материалы и инструмент на объекты строительства либо ФИО33 заказывал транспортные услуги для доставки материала на объект. В апреле - мае 2013 года он возил бригаду ФИО33 на строительный объект в &lt;адрес&gt;. Знает, что когда бригада заканчивала строительство на данном объекте, был возведен только первый этаж. По какой причине прекратилось строительство, не знает. Работал у ФИО33 до июля 2013 года. С ФИО40 не знаком. ФИО33 работал постоянно один. Помнит, что он строил объекты в &lt;адрес&gt;, в ФИО2, но он за время работы у него не видел, чтобы он закончил какой - либо объект. (т. 3 л.д.24-25) Из оглашенных с согласия сторон показаний свидетеля ФИО16 следует, что с 2006 года у него имеется дача, расположенная по адресу: &lt;адрес&gt; Ему известно, что в 2013 году ФИО22 начали строительство дома. В это время ФИО22 ничего не подсыпали к своему участку, не устанавливали плиты, так как земля была сухая, подъехать к их дому можно было беспрепятственно, необходимости строить дорогу не было. (т.7 л.д.177-181) Том 1: - заявлением ФИО22, в котором просит привлечь к уголовной ответственности ФИО33 за невыполнение договорных обязательств, в связи с чем, причинен материальный ущерб в сумме 1 044 198,58 рублей. (т. 1, л.д. 14) - ответом из ФИО43 от ДД.ММ.ГГГГ, согласно которого ФИО37 справки по форме 2- НДФЛ за 2011-2015 года не представлены ( т.1 л.д.163). - ответом из ФИО43 от ДД.ММ.ГГГГ, согласно которого бухгалтерская и налоговая отчетность ФИО37 представлена с момента государственной регистрации по 2010 год включительно ( т. 1 л.д. 166- 167) - ответом из ФИО43 от ДД.ММ.ГГГГ от ДД.ММ.ГГГГ, согласно которого ФИО33 являлся индивидуальным предпринимателем с ДД.ММ.ГГГГ по ДД.ММ.ГГГГ, вся отчетность содержит нулевые показатели, сведения об открытых закрытых счетах отсутствуют ( т. 1 л.д. 169 -172) - ответом из ФИО43 от ДД.ММ.ГГГГ от ДД.ММ.ГГГГ, согласно которого ФИО37 зарегистрировано с ДД.ММ.ГГГГ, по ДД.ММ.ГГГГ директором являлся ФИО40 А.Н. ( т.1 л.д. 174-177) - копиями Устава ФИО37 утвержденного решениями единственного участника от ДД.ММ.ГГГГ и от ДД.ММ.ГГГГ ( т.1 л.д. 180-188, 189-204) Том 2 -заявлением ФИО24, в котором он просит привлечь к уголовной ответственности ФИО33 за невыполнение договорных обязательств, в связи с чем, ему причинен материальный ущерб в сумме 1 900 000 рублей. (т.2 л.д. 10-11) - протоколом обыска по месту жительства ФИО33 по адресу: &lt;адрес&gt;, в ходе которого изъяты: папка «дело № №» с рукописной подписью «ФИО44, 2013 год»; папка «дело №» с подписью ФИО21, папка «дело №» с подписью «ФИО21». (т. 2, л.д. 94-96) - протоколом осмотра документов от ДД.ММ.ГГГГ, согласно которому осмотрены документы: папка «дело № №» с рукописной подписью «ФИО44, 2013 год», в которой находятся: смета на строительство коттеджного дома с двумя гаражами в д. &lt;адрес&gt;, с учетом скидки на сумму 2 084 000 рублей, заказчик ФИО22, подрядчик - генеральный директор ФИО37 ФИО40 А.Н. с приложением: список № на сумму 37220 рублей, 52,500 рублей, список № на сумму 468 000 рублей, 180 000 рублей, список № на сумму 1 288 000 рублей, с указанием строительных материалов, наименования работ и сумм; квитанции, товарные чеки на строительный материал: счета на оплату, товарные накладные за 2013 год всего на общую сумму 678 363, 72 рублей; - папка «дело №» с рукописной подписью «дом, гараж, подъезд, крыльцо, цоколь в п. «ФИО2» у ФИО21, 2012 год» в которой находятся смета от 25.07.2012г. на устройство коробки дома, общая сумма работ и материала составляет 1 463 000 рублей, под текстом подписи сторон исполнителя ФИО33 и заказчика ФИО21. Авансовый отчет по объекту у ФИО21; договор подряда на строительство жилого дома от ДД.ММ.ГГГГ с ФИО37, на строительство жилого дома по адресу: &lt;адрес&gt;, коттеджный поселок «ФИО2», стоимость работ 1 480 000 рублей, срок исполнения договора - ДД.ММ.ГГГГ, подписи сторон от имени ФИО21 и исполнителя ФИО33 с приложением эскиза и размеров дома; протокол договорной цены на постройку коробки дома в ФИО2 у ФИО21 с учетом дополнительных работ цоколя - 144 000 рублей, основной сметы - 1 463 000 рублей и протокола от ДД.ММ.ГГГГ составляет 1 547 000 рублей. Подписи сторон: ФИО21, ФИО33 — подрядчика; смета на реконструкцию входного крыльца на сумму 107 000 рублей от ДД.ММ.ГГГГ, составлена ФИО33; дополнительное соглашение о цокольном этаже к договору подряда от 02.08.2012г между ФИО21 и ФИО37 в лице директора ФИО40 А.Н. на устройство цокольного этажа согласно смете на сумму 144 000 рублей с подписями исполнителя ФИО33 и ФИО21; дополнительное соглашение по гаражу к договору подряда на строительство жилого дома от ДД.ММ.ГГГГ, между ФИО21 и ФИО37 в лице директора ФИО40 А.Н. на строительство гаража согласно смете на сумму 70 000 рублей; копии товарных накладных, товарных чеков, счет на предоплату от июля и августа 2012 года, всего на общую сумму 661 935, 44 рублей; папка «дело №» «ФИО21 &lt;данные изъяты&gt;, гараж, цоколь, 2012 -2013 год», в папке находится дополнительная исполнительная схема дома с указанием размеров (т.2 л.д. 97-101) - протоколом очной ставки от 26.09. 2016 года между ФИО33 и ФИО24, в ходе, которой потерпевший пояснил, что ДД.ММ.ГГГГ по адресу: &lt;адрес&gt; им ФИО33 переданы 1 900 000 рублей под расписку на строительство дома в п. &lt;адрес&gt;. ДД.ММ.ГГГГ выезжали с ФИО33 в д. &lt;адрес&gt;, их разговор слышал ФИО9. ФИО33 пообещал ему договор подготовить и предоставить для подписания. После этого сроки строительства неоднократно переносились ФИО33, так как изначально сказал, что уволилась бригада, затем он пропал, телефоны известные были отключены. ФИО33 с показаниями ФИО24 не согласен, поскольку деньги были переданы за предыдущее строительство фундаментов в &lt;адрес&gt;. (т.2 л.д. 166-170) - протоколом очной ставки между потерпевшей ФИО22 и ФИО33, в ходе которой потерпевшая, пояснила, что ДД.ММ.ГГГГ ФИО33 приехал к ним домой по месту жительства, с подготовленным договором, где было указано, что договор заключается между директором ФИО37 ФИО40. ФИО33 был указан исполнителем работ. ДД.ММ.ГГГГ заключили договор, который впоследствии ею был переделан, так как договор был составлен не тактично, но суть договора осталась прежней. Договор в новой редакции был подписан, стоимость по договору 2 084 000 рублей, срок сдачи объекта до ДД.ММ.ГГГГ. ФИО33 сказал, что необходимо закупить материалы для строительства- блоки, первую сумму она выдала ДД.ММ.ГГГГ в размере 375 000 рублей, расписка была написана ФИО40, так как у ФИО33 не было документов, удостоверяющих личность. Денежные средства она передала ФИО33, ФИО40 только писал расписку. ФИО40 сказал, что все вопросы по строительству следует решать с ФИО33. ДД.ММ.ГГГГ она передала 25 000 рублей лично ФИО33 под расписку на доставку материала. ДД.ММ.ГГГГ ФИО33 сказал, что необходимо закупить материал и попросил 100 000 рублей, написал расписку на данную сумму. ДД.ММ.ГГГГ территория участка была расчищена от снега. В этот день она передала ФИО33 еще 100 000 рублей. В начале марта 2013 года были завезены плиты железобетонные покрытия. ДД.ММ.ГГГГ ФИО33 были получены денежные средства в размере 900 000 рублей, расписку писал ФИО40, без наличия у ФИО33 паспорта она отказалась передать ему данную сумму. Неоднократно с мужем ездили на участок, материалы, завезены частично. ДД.ММ.ГГГГ ей были переданы ФИО33 100 000 рублей на инструменты и клей. В марте — апреле 2013 года работы не в производились, так как ждали теплой погоды. Материалы были завезены частично, но в каких объемах, не знает. ДД.ММ.ГГГГ бригада ФИО33 приступила к работе. ДД.ММ.ГГГГ ФИО33 попросил заработную плату 60 000 рублей для бригады, ДД.ММ.ГГГГ он попросил для зарплаты бригаде 60 000 рублей, так как строили первый этаж. ДД.ММ.ГГГГ авансом для заработной платы рабочих ФИО33 были переданы 50000 рублей. ДД.ММ.ГГГГ работы прекратились. ДД.ММ.ГГГГ ФИО33 обязался достроить дом и в этот же день совместно ездили закупали плиты на 94 000 рублей. С ДД.ММ.ГГГГ бригада работала 2-3 дня, положили частично плиты. В это время ФИО33 уехал из города, бригада с объекта ушла. В августе 2013 года на объект ФИО33 привез других работников, но они проработали 3-4 дня, затем строительство опять прекратилось. ФИО33 с показаниями ФИО22 не согласен, 375 000 рублей он не получал, на данную сумму ФИО40 должен был выполнить подъездные пути. Оставшиеся денежные средства указанные ФИО22 он получал, израсходованы были по назначению согласно смете. (т.2, л.д. 171-177) - протоколом очной ставки между ФИО40 А.Н. и ФИО33, в ходе которой ФИО40 А.Н., пояснил, что ФИО33 попросил его подписать договор с ФИО22, как директора ФИО37 от своего имени, так как у него отсутствовал паспорт. После подписания договора, и согласования сметы, ФИО33 пояснил ФИО22, что необходимо закупить строительный материал. Он встретился с ними и они в его присутствии передали денежные средства, находясь в машине у дома ФИО22. Затем ФИО33 сказал, о необходимости создания подъездного пути, и они поехали еще раз осмотреть участок. При этом ФИО33 сказал, что данный вопрос он решил с ФИО22, что они выделят средства дополнительно, что все согласовано. На данную первую полученную сумму от ФИО22 купили дорожные плиты, бой кирпича, песок, рассчитывался за данный материал ФИО33. Он строительством дома ФИО22 не занимался, только выполнял разовые работы, порученные ФИО33. За работу от ФИО33 на объекте ФИО22 он получил 25 000 рублей. ФИО33 с показаниями ФИО40 согласен (т.2, л.д. 178-182) Том 3 - протоколом очной ставки между ФИО10 и ФИО33, в ходе которой свидетель пояснил, что в его присутствии ФИО24 и ФИО33 обсуждали план строительства дома в д. &lt;адрес&gt;. После чего ФИО24 передал ФИО33 1 900 000 рублей под расписку. ФИО33 с показаниями ФИО10 не согласен, так как ФИО24 объединил все выданные деньги на строительство фундаментов и расходы отнес на свой дом и попросил его оформить расписку. (т.3, л.д. 29-32) - протоколом очной ставки между свидетелем ФИО9 и ФИО33, в ходе которой свидетель пояснил, что ДД.ММ.ГГГГ на участок приехал ФИО24 и ФИО33. На участке ФИО24 с ФИО33 установили разметки будущего строительства дома. ФИО33 показания понятны, но на участке не был, даже не знает, где находится деревня &lt;адрес&gt;. (т.3, л.д. 33-35) - протоколом выемки от ДД.ММ.ГГГГ, согласно которого у потерпевшего ФИО24 изъяты документы: свидетельство о государственной регистрации права на земельный участок на имя ФИО26, расписка от ДД.ММ.ГГГГ от имени, ФИО33, смета на постройку коробки дома в &lt;адрес&gt;, план - схема на строительство дома, фотографии с наименованием населенного пункта и фотографии земельного участка. (т.3, л.д.37-39) - протоколом осмотра документов, изъятых у потерпевшего ФИО24, согласно которому осмотрены: свидетельство о государственной регистрации права на земельный участок ФИО26A. по адресу : &lt;адрес&gt; кадастровый №; расписка от ДД.ММ.ГГГГ от имени ФИО33 о получении 1 900 000 рублей от ФИО24 в счет оплаты строительства жилого дома, включая стоимость необходимых материалов и стоимость работ по строительству жилого дома по адресу: &lt;адрес&gt; смета на постройку коробки дома в &lt;адрес&gt;; план - схема на строительство дома; фотография с наименованием населенного пункта д. &lt;адрес&gt; и фотография земельного участка, обнесенного металлическим забором. (т. 3 л.д. 40-52) - протоколом выемки от ДД.ММ.ГГГГ, согласно которому у потерпевшей ФИО22 изъяты копии двух договоров №, копия двух расписок от имени ФИО40 А.Н. от ДД.ММ.ГГГГ и ДД.ММ.ГГГГ, копии восьми расписок от имени ФИО33, копия свидетельства о государственной регистрации права от ДД.ММ.ГГГГ на земельный участок, копия, кредитного договора № от 18.02.2013г. (т. 3, л.д. 62-65). - протоколом осмотра документов от ДД.ММ.ГГГГ, в ходе которых осмотрены документы, изъятые в ходе выемки у потерпевшей ФИО22: копия договора № на оказание услуг по строительству индивидуального жилого дома в &lt;адрес&gt; от ДД.ММ.ГГГГ, заключенного между ФИО37 ФИО22 Заказчик предоставляет исполнителю проект двухэтажного жилого дома с гаражами. Начало работ на подготовительном этапе с ДД.ММ.ГГГГ, на основном этапе с ДД.ММ.ГГГГ по ДД.ММ.ГГГГ. Общая стоимость работ и материалов и транспорта составляет 2084000 рублей и является неизменной на период строительства коттеджа согласно сметного расчета. Под текстом имеются реквизиты и подписи генерального директора ФИО40 А.Н., исполнителя работ и получателя денежных средств ФИО33, с оттиском печати ФИО37 ; копия расписки от имени ФИО40 А.Н. от 03.02.2013г. о получении денежных средств в сумме 375 000 рублей за железобетон в счет договора и внесение в кассу ФИО37 копией расписки ФИО33 от ДД.ММ.ГГГГ о получении денежных средств 25 000 рублей на транспорт и доставку плит и перекрытий на строительство дома, согласно договору №.; копия расписки ФИО33 от 18.02.2013г. о получении денег на материалы на сумму 100 000 рублей на строительство дома, согласно договору №; копия расписки ФИО33 от ДД.ММ.ГГГГ о получении денежных средств - аванса на материал в сумме 100 000 рублей; копия расписки от имени ФИО40 А.Н. от 06.03.2013г. о получении денег в качестве учредителя ФИО37 для передачи работнику - исполнителю работ ФИО33, для привоза стройматериалов согласно смете и договора - 900 000 рублей. Имеется запись о том, что денежные средства получены и переданы ФИО33; копия расписки ФИО33 от 01.04.2013г. о получении денег в сумме 100 000 рублей на инструменты и клей; копия расписки от ДД.ММ.ГГГГ о получении денег на первый этап по заработной плате в сумме 60 000 рублей; копия расписки ФИО33 от ДД.ММ.ГГГГ о получении аванса на заработную плату в сумме 60 000 рублей на строительство дома; копия расписки от ДД.ММ.ГГГГ ФИО33 о получении денег по договору в сумме 50 000 рублей на заработную плату рабочим; копия расписки ФИО33 от ДД.ММ.ГГГГ о получении денег в сумме 94 000 рублей на строительство дома; копия свидетельства о государственной регистрации права от ДД.ММ.ГГГГ на земельный участок, по адресу: &lt;адрес&gt; на имя ФИО22.; копия кредитного договора № от ДД.ММ.ГГГГ, заключенного между ОАО «ФИО41 и ФИО7, ФИО5, ФИО22 Кредит по программе на строительство жилого дома в сумме 1 500 000 рублей на индивидуальное строительство жилого дома (т. 3, л.д. 66-94). - заявлением ФИО21 в &lt;данные изъяты&gt; в отношении ФИО33, о причинении ему материального ущерба по договору 1480000 рублей и неустойки в размере 960520 рублей. Об уголовной ответственности по ст. 306 УК РФ предупрежден. (т.3 л.д.129) Том 4 - протоколом осмотра документов от ДД.ММ.ГГГГ, согласно которому осмотрены документы, предоставленные по ходатайству ФИО21: договор подряда на строительство жилого дома от ДД.ММ.ГГГГ, между ФИО21 и ФИО37 в лице генерального директора ФИО40 А.Н. на строительство жилого дома по адресу: &lt;адрес&gt;, Подлесного сельского поселения, коттеджный поселок «ФИО2». Стоимость работ по договору определяется договорной ценой и составляет 1 480 000 рублей. Срок сдачи дома ДД.ММ.ГГГГ. Окончание исполнения договора наступает по окончанию возведения дома под крышу и уборки строительного мусора, если между сторонами не было заключено никаких дополнительных соглашений. Под текстом договора имеются подписи сторон и исполнителя ФИО33; решение ФИО37 от ДД.ММ.ГГГГ об утверждении в должности генерального директора ФИО37 ФИО33 с предоставлением права подписи на всех документах; восемь фотографий, выполненных после окончания работ на объекте ФИО33; свидетельство о государственной регистрации права на земельный участок на имя ФИО6, кадастровый № от ДД.ММ.ГГГГ; фотографии дома с проектом, с указанием размеров; смета на устройство коробки дома мансардного типа, общая сумма, работ и материалов по смете составляет 1463 000 рублей, от ДД.ММ.ГГГГ, согласована исполнителем ФИО33 и заказчиком ФИО21; квитанциями к приходному кассовому ордеру на общую сумму 1 235 000 рублей: ДД.ММ.ГГГГ - 300 000 рублей; ДД.ММ.ГГГГ - 125 000 рублей; ДД.ММ.ГГГГ - 300 000 рублей; ДД.ММ.ГГГГ - 120000 рублей; ДД.ММ.ГГГГ -255 000 рублей; ДД.ММ.ГГГГ - 15 000 рублей; ДД.ММ.ГГГГ - 20 000 рублей; ДД.ММ.ГГГГ - 100 000 рублей. (т.4, л.д. 56-75) - протоколом осмотра документов, приобщенных по ходатайству свидетелем ФИО21 Л.Н., согласно которому осмотрены: копии товарных чеков на строительные материалы за июль - август 2012 года ( т.4 л.д. 99-101) - протоколом очной ставки между потерпевшим ФИО21 и ФИО33, согласно которому ФИО21 пояснил, что смета на строительство дома была рассчитана ФИО33 Стоимость по договору 1 463 000 рублей. ФИО33 на строительство переданы в период с ДД.ММ.ГГГГ по ДД.ММ.ГГГГ денежные средства на общую сумму 1 295 000 рублей, из которых наличными 1 235 000 рублей и 60 000 рублей по обналичиванию денежных средств со счета в банке, которые как затраты ФИО33 взял на себя в счет сметы. К строительству, сразу после заключения договора, приступила бригада ФИО33. Была построена коробка первого этажа на высоту расположения окон. В конце сентября 2012 года без объяснения причин ФИО33 прекратил строительство. Материал завезен не в полном объеме, частично завезен газобетон, частично облицовочный кирпич. Когда был вырыт котлован, то ФИО33 предложил дополнительное строительство цокольного этажа, была составлена дополнительная схема - смета на сумму 144 000 рублей, данная сумма проплачена отдельно в дополнение к основной. На момент прекращения строительства осталось достроить высоту первого этажа от перемычек окон, положить перемычки, плиты перекрытия между первым и мансардным этажами, осуществить строительство мансардного этажа и крыши. Срок по договору окончания строительства ДД.ММ.ГГГГ выполнен не был. Уведомлений от ФИО33 о прекращении работ на данном этапе не было. Зимой пошли вертикальные трещины до основания фундамента, что было обнаружено в мае 2013 года. В июне 2014 года он встретил ФИО33 случайно, пригласил к себе домой для разговора, решили, что, так как пошли трещины, то фундамент необходимо демонтировать, ФИО33 привез бригаду летом 2014 года. Был произведен демонтаж полностью отстроенного ФИО33 объекта, материалы пришли в негодность. ФИО33 пообещал достроить дом, но более работы не производились. При встрече ФИО33 в присутствии ФИО6, обещал до июня 2016 года вернуть 1 500 000 рублей поэтапно. Он неоднократно пытался дозвониться до ФИО33, но телефоны были отключены, ездил по адресу: &lt;адрес&gt; но он там не проживает. В настоящее время остался только котлован, демонтированные материалы отсутствуют, на участке остался только строительный мусор. Участок не охранялся, однако согласно заключенному договору с ФИО33, последний брал на себя ответственность за сохранность строительных материалов на объекте, принимая их на ответственное хранение. В случае утраты материалов или их повреждения, он восстанавливал их за свой счет. Он спрашивал у ФИО33 по телефону, тот ответил, что материалы вывез и продает, денежные средства от продажи материала вернет. ФИО33 с показаниями ФИО21 не согласен, так как считает, что все полученные им денежные средства в размере 1 235 000 рублей израсходованы на строительный материал, транспортные расходы, закуп инструмента, вознаграждение рабочих, его заработную плату. Все материалы были им завезены, но были выгружены в связи с тем, что дорога была размыта примерно в 10-14 метрах от участка ФИО21, часть могла быть похищена. Действительно, обсуждали с потерпевшим, что материал он продаст и отдаст деньги от реализации материала, но строительный материал он не вывозил. (т. 4, л.д. 104-108) - заявлением ФИО1, в котором она просит привлечь к уголовной ответственности ФИО33 за мошенничество при строительстве коробки дома в коттеджном поселке «ФИО2» и хищение строительных материалов с её земельного участка (т.4 л.д. 120-121) - протоколом осмотра места происшествия от 07.05 2013, которым установлено, что объектом осмотра является участок, расположенный в поселке индивидуального жилищного строительства «ФИО2», имеет согласно плану застройки №. В центральной части участка установлен блочный фундамент без цокольного этажа, частично перекрытый 14 плитами. На фундаменте лежат 42 поддона газоблоков из красного бывшего в употреблении кирпича и 3,5 поддона нового красного кирпича. С правой стороны от фундамента грунт высотой 3 метра, с левой стороны 5 поддонов нового красного кирпича, песок. В фундаменте проложены трубы водоотведения и кабели - трубки для проведения электричества. (т. 4 л.д. 162-164) - протоколом осмотра места происшествия от 07.05 2013 года с фототаблицей, согласно которому объектом осмотра является земельный участок, расположенный в поселке индивидуального жилищного строительства «ФИО2», имеет условный номер №, согласно плана застройки. В центральной части установлен монолитный фундамент из бетона с щебнем, рядом песок и глина, 28 досок, 15 металлических прутов. ( т.4 л.д. 165-167) Том 5 - протоколом выемки документов от ДД.ММ.ГГГГ, согласно которому у потерпевшей ФИО1 ( ФИО1) Т.С. изъяты документы, в том числе договор о продлении сроков строительства, сметы, товарного чека, дополнительный договор от ДД.ММ.ГГГГ (т.5 л.д. 24-26) - протоколом осмотра документов от ДД.ММ.ГГГГ, согласно которому осмотрены, изъятые у ФИО1 документы: копия свидетельства о государственной регистрации права на земельный участок на имя ФИО1, копия свидетельства от ДД.ММ.ГГГГ о заключении брака между ФИО12 и ФИО1, копия договора № от ДД.ММ.ГГГГ на строительство коробки дома находящегося в &lt;адрес&gt;, в коттеджном поселке «ФИО2», согласно которого ФИО39 обязуется построить коробку дома из кирпича и газобетона на фундаментных блоках, с гаражом и совмещенной кровлей, согласно схемы, стоимость работ 2042938 рублей данная цена является закрытой и пересмотру не подлежит, окончание работ ДД.ММ.ГГГГ; копия договора о продлении сроков строительства от ДД.ММ.ГГГГ до ДД.ММ.ГГГГ; копия сметы на строительство коробки дома из кирпича и газоблоков в поселке «ФИО2» &lt;адрес&gt;, копия товарного чека № от ДД.ММ.ГГГГ ФИО36 на сумму 402 416 рублей, копия расписки ФИО33 как руководителя ФИО39 от ДД.ММ.ГГГГ о получении денежных средств на строительство дома в «ФИО2» от ФИО1 в сумме 130 000 рублей.; копия расписки ФИО33, руководителя ФИО39 от ДД.ММ.ГГГГ о получении 220 000 рублей; копия расписки ФИО33 руководителя ФИО39 о получении денежных средств ДД.ММ.ГГГГ на транспортные дела от ФИО1 в сумме 115 000 рублей на строительство дома в «ФИО2»; копия расписки от имени ФИО33 от ДД.ММ.ГГГГ о получении денежных средств на объект ФИО2 в сумме 60 000 рублей на зарплату на объекте ; копия расписки от имени ФИО33, как руководителя ФИО39 о получении денежных средств на строительство дома в ФИО2 от ФИО1 в сумме 795 000 рублей,; копия дополнительного договора № от ДД.ММ.ГГГГ на дополнительные расходы по устройству площадки для работы крана в коттеджном поселке «ФИО2» участок № на сумму 70 000 рублей, деньги получены ФИО33 (т.5 л.д. 27-41) - протоколом осмотра документов от ДД.ММ.ГГГГ, изъятых в ходе обыска по месту жительства ФИО33 с участием подсудимого ( т. 5 л.д. 45-49) - заявлением ФИО23 о привлечении к уголовной ответственности ФИО33 за хищение денежных средств по договору займа ( т. 5 л.д. 60) - протоколом выемки от ДД.ММ.ГГГГ, согласно которому у потерпевшего ФИО23 изъяты документы (т.5 л.д. 100-102). - протоколом осмотра документов от ДД.ММ.ГГГГ, согласно которому осмотрены, изъятые у ФИО23 документы: протокол № общего собрания учредителей ООО ФИО35 от ДД.ММ.ГГГГ, согласно которому избран генеральным директором ФИО23 В.А. ; копия протокола № общего собрания учредителей ООО ФИО35 от ДД.ММ.ГГГГ, протокол № внеочередного собрания участников ООО ФИО35 об одобрении крупной сделки от ДД.ММ.ГГГГ, согласно которому принято решение одобрить крупную сделку по кредитованию ФИО37, цена сделки 687000 рублей, на следующих условиях: кредитного договора. Сделку планируется заключить ДД.ММ.ГГГГ, выгодоприобретателем по сделке является ООО ФИО35 в лице руководителя ФИО23, действующего на основании устава, за подписью председателя ФИО23 и секретаря ФИО28, расходный кассовый ордер № от 12.02.2013г. на имя ФИО23 в сумме 687 000 рублей. (т.5, л.д. 103-110) - протоколом очной ставки между ФИО23 и ФИО33, в ходе которой потерпевший пояснил, что в феврале 2013 года к нему обратился ФИО33 с просьбой предоставить займ для ФИО37 на строительство жилого дома ФИО22 Доверяя ФИО33 он передал ему 687000 рублей по договору займа в срок до ДД.ММ.ГГГГ. При этом присутствовали ФИО17,, ФИО18 ФИО33 с показаниями не согласен, так как договор займа им не заключался. Считает, что предоставлены фотокопии документов, выполнены путем наложения различных копий документов с его подписью. ( т.5 л.д. 112-115) - протоколом выемки от ДД.ММ.ГГГГ в Вологодском городскому суде, согласно которому изъяты договор займа от ДД.ММ.ГГГГ, расписка, документы упакованы, скреплены печатью. (т.5, л.д. 118-119). - протоколом осмотра документов от ДД.ММ.ГГГГ, согласно которому осмотрены: договор займа денежных средств от ДД.ММ.ГГГГ, согласно договору ФИО23 переданы ФИО33 деньги в сумме 687 000 рублей, за предоставление займа заемщик уплачивает займодавцу 10% от суммы займа на весь период действия договора, возврат производится единовременно до ДД.ММ.ГГГГ, расписка от ДД.ММ.ГГГГ ФИО33 о том, что в соответствии с договором займа от ДД.ММ.ГГГГ им получены от ФИО23 в долг 687 000 рублей. (т. 5, л.д. 120-122) - ответом из ФИО43 от ДД.ММ.ГГГГ, согласно которого сведения о доходах физических лиц по форме 2- НДФЛ за 2011 – 2016 года в отношении ФИО37 отсутствуют ( т.5 л.д. 238) - ответом из ФИО43 от ДД.ММ.ГГГГ, согласно ФИО37 бухгалтерская отчетность за период 2011 – 2016 года не представлялась. ( т.5 л.д. 240) Том 6 - сведениями из ФИО43 от ДД.ММ.ГГГГ о том, что ФИО37 был открыт расчетный счет в ФИО39, счет закрыт ДД.ММ.ГГГГ ( т.6 л.д. 1) Том 7 - протоколом выемки от ДД.ММ.ГГГГ, согласно которому у потерпевшей ФИО22 изъяты счета на оплату, чеки и квитанции, товарные накладные, копия заявки, прайс-листы. (т. 7, л.д. 11-13). - протоколом осмотра документов от ДД.ММ.ГГГГ с приложением, в ходе которого осмотрены документы, изъятые у ФИО22, чеки и квитанции, товарные накладные, копии счетов и прайс- листа о приобретении строительных материалов на дом в &lt;адрес&gt; (т. 7, л.д. 14-30). - заключением эксперта № от ДД.ММ.ГГГГ, согласно которому стоимость выполненных работ и затрат по объекту незавершенного строительства, расположенному по адресу: &lt;адрес&gt;, потерпевшей ФИО22 по состоянию на зиму-осень 2013 года с учетом неиспользованных приобретенных материалов составляет 914 733,44 руб. Объемы фактически выполненных работ не соответствуют имеющейся в уголовном деле проектно-сметной документации. Выявленные несоответствия представлены в Ведомости сопоставления объемов. ( т.7 л.д. 60-84), - заключением эксперта № от ДД.ММ.ГГГГ с фототаблицей, согласно которому стоимость выполненных работ и затрат по объекту незавершенного строительства, расположенному по адресу: &lt;адрес&gt;, коттеджный поселок «ФИО2», участок №, потерпевшей ФИО1 (ФИО1 ) Т.С. - по состоянию на весну-осень 2012 года, с учетом неиспользованных приобретенных материалов составляет 1 148 543,36 руб. Объемы фактически выполненных работ не соответствуют имеющейся в уголовном деле проектно-сметной документации. Выявленные несоответствия представлены в Ведомости сопоставления объемов. (т. 7 л.д. 93-109) - заключением эксперта № от ДД.ММ.ГГГГ, с фототаблицей согласно которому стоимость выполненных работ и затрат по объекту незавершенного строительства, расположенному по адресу: &lt;адрес&gt;, коттеджный поселок «ФИО2», участок №, потерпевшего ФИО21 по состоянию на август-сентябрь 2012 года, с учетом неиспользованных приобретенных материалов составляет 668 543 руб. Объемы фактически выполненных работ не соответствуют имеющейся в уголовном деле проектно-сметной документации. Выявленные несоответствия представлены в Ведомости сопоставления объемов. (т. 7, л.д. 119-140) - протоколом осмотра места происшествия от ДД.ММ.ГГГГ, согласно которому местом происшествия является земельный участок № ( со слов потерпевшего ФИО21), расположенный в коттеджном поселке «ФИО2» на &lt;адрес&gt; на территории &lt;адрес&gt;. На границе у правого ближнего угла участка расположены семь пустотных плит перекрытия с трещинами. В границах участка обломки пустотных плит и блоков, в дальней части участка расположен битый кирпич. От центра к правому краю участка вырыт котлован, заполненный водой, непригодный к строительству. (т.7, л.д. 144-148) Том 9 - выпиской из Единого государственного реестра юридических лиц от ДД.ММ.ГГГГ, согласно которой учредителем ФИО39 ИНН №, является ФИО33, деятельность организации прекращена ДД.ММ.ГГГГ (т.9, л.д. 25-26) - выпиской из Единого государственного реестра юридических лиц от ДД.ММ.ГГГГ, согласно которой учредителем ФИО37 ИНН №, являлся ФИО33 с ДД.ММ.ГГГГ, сведения о прекращении ДД.ММ.ГГГГ. (т.9, л.д. 27-32) - копией решения &lt;данные изъяты&gt; от ДД.ММ.ГГГГ, согласно которого с ФИО33 взыскана в пользу ФИО19 задолженность по договору займа от ДД.ММ.ГГГГ, в том числе основной долг 687000 рублей ( т. 9 л.д. 51) - копией решения &lt;данные изъяты&gt; от ДД.ММ.ГГГГ, согласно которого с ФИО37 взысканы в пользу ФИО21 денежные средства по договору подряда в сумме 1295000 рублей ( т. 9 л.д. 52-53) Исследовав собранные по делу доказательства, суд пришел к выводу о доказанности вины ФИО33 в совершенных преступлениях. Государственный обвинитель исключила из объема обвинения ФИО33 по преступлениям в отношении потерпевших ФИО1, ФИО21, ФИО22, ФИО20 квалифицирующий признак с причинением значительного ущерба гражданину, как излишне вмененный. Считает необходимым исключить из объема обвинения квалифицирующий признак, с использованием служебного положения, мотивируя тем, что по эпизодам в отношении потерпевших ФИО1, ФИО21, ФИО22, установлено, что ФИО33 являлся номинальным директором ФИО39, ФИО37, денежные средства, полученные от потерпевших в кассу организаций им не вносились, налоговую отчетность не предоставлял, деятельность не велась,; а также по эпизодам в отношении ФИО23 и ФИО24, поскольку ФИО33 вменяется совершение преступлений, как физическому лицу. Суд считает, что действия ФИО33 по каждому из двух преступлений в отношении потерпевших ФИО1 и ФИО21 следует квалифицировать по ч. 3 ст. 159 УК РФ ( в ред. Федерального закона № 420- ФЗ от 07.12.2011 года) - мошенничество, то есть хищение чужого имущества путем обмана и злоупотребления доверием, совершенное в крупном размере. Судом установлено, что ФИО33, действуя умышленно, путем обмана и злоупотребления доверием похитил денежные средства потерпевших ФИО1 (ФИО1) в сумме 643872 рубля 64 копейки в период с конца февраля 2012 года по сентябрь 2012 года, ФИО21 в сумме 566457 рублей в период с июня 2012 года по сентябрь 2012 года. Квалифицирующий признак с использованием своего служебного положения по обоим преступлениям, подлежит исключению, поскольку не нашел своего подтверждения в ходе судебного следствия. Квалифицирующий признак с причинением значительного ущерба по данным эпизодам, подлежит исключению из объема обвинения, как излишне вмененный. Потерпевшая ФИО1 (ФИО1) в судебном заседании показала, что доверяла ФИО33, он представился директором организации ФИО39, ему были переданы денежные средства и стройматериалы на сумму 1 7 92416 рублей, сроки строительства переносились, однако работы были не выполнены, материалы завезены на участок не в полном объеме. ФИО33 прекратил работы и исчез. Для строительства дома она нанимала другую бригаду. Свидетель ФИО1 суду пояснил, что ФИО33 обещал построить дом до сентября 2012 года, срок строительства продлевался, но последний исчез, перестал отвечать на звонки. Допрошенный свидетель ФИО27 пояснил о том, что он достраивал дом ФИО1 (ФИО1). Доводы ФИО33 о том, что им не получены материалы от ФИО1 (ФИО1) на сумму 402416 рублей суд считает необоснованными, поскольку ранее будучи допрошенным в качестве подозреваемого (т.5 л.д. 6-9) указывал о том, что совместно с ФИО1 в магазине &lt;данные изъяты&gt; на &lt;адрес&gt; им был закуплен строительный материал на сумму 402416 рублей. В ходе следствия потерпевшей представлен товарный и кассовый чеки на сумму 402416 рублей. Потерпевший ФИО21 суду пояснил о том, что обратились к ФИО33 по рекомендации в июне 2012 года, подсудимый убедил его заключить договор от имени ФИО37 Он передал ФИО33 деньги частями на общую сумму 1 235 000 рублей. Затем частично были произведены работы по строительству, после чего ФИО33 исчез, на звонки не отвечал, по месту регистрации не находился. Зимой 2014 года стены треснули. ФИО33 обещал все исправить, но разобрал дом, в итоге ничего не построил, деньги не возместил, материалы были увезены с его участка. Свидетель ФИО21 пояснила о передаче ФИО33 денежных средств в банке ФИО38 свои обязательства по договору подсудимый не исполнил, обманул их. Согласно показаний свидетеля ФИО29, его бригаду для выполнения единовременных работ привлекал ФИО33 как физическое лицо. На участке ФИО1 (ФИО1) его бригадой был выполнен ряд работ, но ФИО33 остановил строительство по какой причине ему неизвестно. После данного объекта ФИО33 пригласил его бригаду для строительства дома ФИО21, они выложили стены до перемычек первого этажа, в сентябре 2012 года работы были прекращены, так как отсутствовали необходимые материалы. Больше на данный объект их не приглашали. К представленному Малышевым авансовому отчету об оплате труда рабочим суд относится критически, поскольку не содержит даты его составления. В судебном заседании потерпевший ФИО21 пояснил, что авансовый отчет он не видел. Показания свидетеля защиты суд не принимает во внимание, поскольку ФИО15 непосредственным очевидцем событий произошедших при строительстве дома ФИО21 не являлся. Суд считает, что действия ФИО33 по преступлению в отношении потерпевшей ФИО22 следует квалифицировать по ч. 3 ст. 159 УК РФ - мошенничество, то есть хищение чужого имущества путем обмана и злоупотребления доверием, совершенное в крупном размере. Судом установлено, что ФИО33, действуя умышленно, путем обмана и злоупотребления доверием похитил денежные средства ФИО22 в сумме 949266 рублей 56 копеек. Из объема обвинения следует исключить квалифицирующие признаки с использованием своего служебного положения, как не нашедший своего подтверждения в ходе судебного следствия, и с причинением значительного ущерба гражданину, как излишне вмененный. Потерпевшая ФИО22 суду пояснила, что по объявлению в газете обратились к ФИО33. Последний представился директором ФИО37, в последующем договор составлялся и основная часть денежных средств была переданы у нее дома. Всего ФИО33 передано 1864000 рублей. В феврале 2013 года и ДД.ММ.ГГГГ деньги были переданы ФИО33, но расписку писал ФИО40, так как у подсудимого не было паспорта. ФИО33 ее обманул, дом не построил. Данные обстоятельства полностью подтверждаются показаниями свидетелей Пластинных. Кроме того свидетели ФИО5 и ФИО7 указали, что ФИО33 изначально представился им другим именем. Свидетель ФИО40 суду пояснил, что участия в управлении ФИО37 он не принимал, ФИО33 платил ему заработную плату наличными денежными средствами, по 1000 – 2000 рублей. В сентябре 2014 года ФИО33 зарегистрировал ФИО37 на себя, ранее в 2011 году он передал ему печать организации. Договор с ФИО22 подписал он, так как у ФИО33 не было паспорта. В феврале 2013 года и весной 2013 года деньги от ФИО22 получал ФИО33, а он лишь писал расписку. Из показаний свидетеля ФИО29 следует, что его бригадой был построен первый этаж на участке ФИО22, после чего работы были прекращены, так как своевременно не предоставлялись материалы. Из показаний свидетеля ФИО30 следует, что он не видел завершения строительства какого - либо объекта ФИО33, последний предлагал ему работу, как частное лицо. К позиции ФИО33, отрицающего получение 375000 рублей, от ФИО22 суд относится критически, так как переданы ему на приобретение железобетонных блоков, а не на устройство подъездных путей. Потерпевшая ФИО22 и свидетель ФИО5 подтвердили о получении денег именно ФИО33. Свидетель ФИО40 в суде также пояснил о том, что денег от потерпевшей не получал. Таким образом, ФИО33, создавая видимость выполнения договорных обязательств, не имея намерений построить дома, частично произвел строительство на участках ФИО1 (ФИО1), ФИО21, ФИО22, а оставшиеся денежные средства похитил. Утверждение ФИО33 о том, что экспертом не были учтены его транспортные расходы, в том числе из другой области и заработная плата являются необоснованными, поскольку документов, подтверждающих данные расходы подсудимым не представлено. Доводы ФИО33 и защиты о несогласии с оценкой выполненных работ при расчете суммы строительных работ, произведенных на объектах, суд считает необоснованными, так как заключения эксперта отвечают требованиям ст. 204 УПК РФ , являются полными, мотивированными, обоснованными, выполнены экспертом с достаточно большим стажем работы в экспертной области, в связи, с чем сомнений не вызывают. Экспертом Бужинским произведены расчеты, в том числе и с учетом неиспользованных приобретенных материалов. По всем трем объектам экспертом установлено о том, что объем выполненных работ не соответствует проектно- сметной документации. В судебном заседании эксперт дал полные и понятные ответы, о произведенных им расчетах. Необходимости в проведении дополнительной судебной строительно- технической экспертизы судом не установлено. Об умысле подсудимого на хищение чужого имущества, путём обмана и злоупотребления доверием свидетельствует характер совершенных им действий, их направленность. ФИО33, изначально имел умысел на хищение денежных средств потерпевших, поскольку, не достроив объект ФИО1 (ФИО1) приступил к объекту ФИО21, а затем к объекту ФИО22. Утверждение ФИО33 о невозможности окончания строительства в связи с отсутствием финансирования суд считает несостоятельным, поскольку в соответствии с личными расчетами подсудимого в сметах и договорах потерпевшие регулярно передавали ему денежные средства. Суд, приходит к выводу, что ФИО39 и ФИО37 фактически предпринимательской деятельности не осуществлялось, ФИО33 не обладал финансово – хозяйственными знаниями, требующимися для руководителя фирмы, деятельность в качестве директора не осуществлял, поскольку налоговая отчетность не сдавалась, деньги от потерпевших в кассу организаций не вносились, договоры заключались по месту жительства ФИО1 (ФИО1), ФИО21, ФИО22. Кроме того в организации не было штатных сотрудников и строительной бригады. После прекращения статуса ФИО39 ДД.ММ.ГГГГ, ФИО33 был заключен ДД.ММ.ГГГГ договор о продлении сроков строительства с ФИО1 (ФИО1). Часть расписок с потерпевшими ФИО1, ФИО22 оформлена от имени ФИО33, а не должностного лица коммерческой организации. Таким образом, у ФИО39 и ФИО37 отсутствовали необходимые условия для осуществления производственно – хозяйственной деятельности, что указывает на невозможность осуществления указанными организациями строительных работ. Следовательно, обманное завладение денежными средствами, совершенное ФИО33, не относится к предпринимательской деятельности, не сопряжено с преднамеренным неисполнением договорных обязательств. Суд считает, что действия ФИО33 по преступлению в отношении потерпевшего ФИО23 следует квалифицировать по ч. 3 ст. 159 УК РФ - мошенничество, то есть хищение чужого имущества путем обмана и злоупотребления доверием, совершенное в крупном размере. Квалифицирующий признак с использованием своего служебного положения по данному эпизоду подлежит исключению как излишне вмененный. Суд, считает правомерным уточнить о причинении ущерба ФИО23, как физическому лицу, согласно условий договора займа, что не искажает существо обвинения. Судом установлено, что ФИО33, используя доверительные отношения с ФИО23, обратился к нему с просьбой предоставить денежный займ, мотивируя необходимостью вложения в строительство дома ФИО22. ДД.ММ.ГГГГ ФИО23 передал ФИО33 687000 рублей с условием возврата до ДД.ММ.ГГГГ. Однако ФИО33 денежные средства похитил, распорядился по своему усмотрению. В судебном заседании ФИО23 подтвердил факт передачи денежных средств ФИО33 по договору займа, указал о том, что договор и расписка подписаны им лично. Подсудимый просил деньги для строительства дома ФИО22, показывал гарантийное письмо. В данный период времени потерпевшей ФИО22 для строительства дома передавались собственные денежные средства. Из оглашенных показаний свидетеля ФИО18 следует, что он присутствовал при разговоре о предоставлении займа для строительства ФИО33 ФИО23, и видел передачу денежных средств, заполнение расписки подсудимым. Указание в оглашенных показаниях ФИО18 на 2012 год не свидетельствует о их ложности, суд считает, что данные противоречия устранены в ходе судебного следствия, поскольку в договоре указан 2013 год. Свидетель ФИО23 суду пояснила о выделении денег из кассы предприятия ФИО23 для передачи займа ФИО33. Свидетель ФИО46 показал, что в 2013 году к нему обращался ФИО23 просил посмотреть договор займа ФИО33, в дальнейшем потерпевший говорил, что долг так и не был возвращен. Версия ФИО33 о том, что денежные средства в сумме 687000 рублей потрачены ФИО23 на строительство другого объекта проверялась судом и не нашла своего подтверждения. Доводы ФИО33 о том, что расписка является фальсифицированной и состоит из двух частей, суд считает несостоятельными, поскольку полностью опровергаются исследованными по делу доказательствами, показаниями свидетелей ФИО23, ФИО18, ФИО46 Суд считает, что действия ФИО33 по преступлению в отношении потерпевшего ФИО24 следует квалифицировать по 4 ст. 159 УК РФ - мошенничество, то есть хищение чужого имущества путем обмана и злоупотребления доверием, совершенное в особо крупном размере. Квалифицирующие признаки с использованием своего служебного положения и с причинением значительного ущерба по данному эпизоду подлежат исключению как излишне вмененные. ФИО33, действуя умышленно, из корыстных побуждений путем обмана и злоупотребления доверием, заключил с ФИО24 устный договор на строительство коробки жилого дома в д. &lt;адрес&gt;, после чего произвел замеры на участке, затем сообщил потерпевшему заведомо ложные сведения о необходимости приобретения материалов единовременно по заниженной цене, при этом сумма строительства будет ниже указанной в смете. ФИО24, доверяя ФИО33 передал ему 1900000 рублей, однако последний данные денежные средства похитил, к строительству не приступил. Потерпевший ФИО24 суду пояснил, что доверял ФИО33, в связи с намерением заключить договор на строительство и приобретением материалов по заниженной цене он передал ему 1900 000 рублей. ФИО33 денежные средства взял, но материалы на участок не завез, дом не построил. Расчеты за фундаменты в &lt;адрес&gt; были произведены в 2014 году. Допрошенный в судебном заседании свидетель ФИО47 пояснил, что ДД.ММ.ГГГГ на участок в д. &lt;адрес&gt; приезжали ФИО24 с ФИО33, они ставили разметки, обсуждали строительство. За время его работы материалы на участок не завозили. Свидетель ФИО10 суду пояснил о передаче в июне 2015 года в офисе ФИО24 денежных средств ФИО33, по истечении двух недель последний исчез, телефон отключил. Доводы ФИО33 о том, что денежные средства им получены в счет ранее произведенных работ по строительству фундаментов в &lt;адрес&gt;, являются необоснованными, так как опровергаются показаниями потерпевшего ФИО24, свидетелей ФИО10 и ФИО9 Суд приходит к выводу, что ФИО33, получив, денежные средства от потерпевшего ФИО24 мер к исполнению договорных обязательств не предпринимал, денежными средствами распорядился по своему усмотрению. Согласно п. 4 примечания к ст. 158 УК РФ ущерб причиненный потерпевшим ФИО21, ФИО1 (ФИО1), ФИО22, ФИО23 является крупным, ущерб причиненный потерпевшему ФИО24 особо крупным. Обстоятельств для оговора ФИО33 со стороны потерпевших, свидетелей обвинения судом не установлено и стороной защиты, не представлено. Приведенные доказательства получены в соответствии с действующим уголовно-процессуальным законом и являются допустимыми. ФИО33, как на следствии, так и в судебном заседании давал противоречивые и непоследовательные показания. К показаниям ФИО33, отрицающего причастность к совершению преступлений, суд относится критически, поскольку его вина в совершении преступлений, полностью подтверждается совокупностью исследованных доказательств, которые получены с соблюдением требований уголовно – процессуального закона и согласуются между собой по фактическим обстоятельствам, не содержат существенных противоречий, являются достоверными и допустимыми. Доводы защиты и ФИО33 о вынесении оправдательного приговора являются несостоятельными, поскольку полностью опровергаются совокупностью исследованных в ходе судебного следствия доказательств. При назначении наказания ФИО33 суд учитывает характер и степень общественной опасности совершенных преступлений, которые относятся к категории тяжких, данные о личности подсудимого, который по месту жительства характеризуется удовлетворительно. &lt;данные изъяты&gt; привлекался к административной ответственности ( т. 7 л.д. 216-218) не судим ( т.7 л.д.215-216). Согласно заключению комиссии судебно-психиатрических экспертов от ДД.ММ.ГГГГ № ФИО33 каким-либо психическим расстройством во время совершения инкриминируемых ему деяний не страдал и в настоящее время не страдает. Он мог во время совершения инкриминируемых ему деяний и может в настоящее время в полной мере осознавать фактический характер и общественную опасность своих действий и руководить ими. Он способен правильно воспринимать обстоятельства, имеющие значение для дела, и давать о них показания. Имеющиеся у ФИО33 индивидуально-психологические особенности не оказали существенного влияния на его поведение в момент совершения инкриминируемых ему деяний. В применении принудительных мер медицинского характера ФИО33 не нуждается. (т.8, л.д.214-221). Следовательно, вменяем и подлежит уголовной ответственности за содеянное. В качестве обстоятельств, смягчающих наказание ФИО33 суд учитывает, наличие на иждивении несовершеннолетнего ребенка, состояние здоровья, состояние здоровья матери. Обстоятельств, отягчающих наказание и исключительных, предусмотренных ст. 64 УК РФ , судом не установлено. Фактических правовых оснований для применения ч.6 ст. 15 УК РФ и изменения категории преступлений с тяжкого на менее тяжкую, суд не усматривает. Учитывая вышеизложенное, данные о личности подсудимого, суд полагает правомерным назначить ему наказание в виде реального лишения свободы. Оснований для применения ст. 73 УК РФ суд не усматривает. В соответствии с п. «б» ч.1 ст. 58 УК РФ ФИО33 подлежит направлению для отбывания наказания в исправительную колонию общего режима. В соответствии с ч. 1 ст. 44 УПК РФ гражданским истцом является физическое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Таким образом, по смыслу закона, преступный результат при хищении состоит в причинении собственнику реального материального ущерба, размер которого определяется стоимостью изъятого имущества. Следовательно, исковые требования потерпевшей ФИО1 в размере 1160709 рублей 56 копеек, потерпевшего ФИО21 в размере 1290 000 рублей, потерпевшей ФИО22 в размере 1044 198 рублей 42 копеек к ФИО33 о возмещении материального ущерба подлежат удовлетворению частично в сумме ущерба причиненного преступлениями. С ФИО33 следует взыскать в пользу ФИО1 денежные средства 643872 рублей 64 копейки, в пользу ФИО21 в размере 566 457 рублей, ФИО22 949 266 рублей 56 копеек. В удовлетворении остальной части исковых требований потерпевшим ФИО1, ФИО21, ФИО22 следует отказать. Исковые требования потерпевшего ФИО24 о возмещении материального ущерба в размере 1900 0000 рублей являются законными и обоснованными и подлежат взысканию с подсудимого ФИО33 в полном объеме. ФИО23 исковые требования не заявлены. На основании изложенного и руководствуясь ст. 307,308,309 Уголовно-процессуального кодекса Российской Федерации, суд ПРИГОВОРИЛ: признать виновным ФИО33 в совершении двух преступлений предусмотренных ч.3 ст. 159 УК РФ (в ред. Федерального закона от 07.12.2011 №420-ФЗ), двух преступлений, предусмотренных ч.3 ст. 159 УК РФ , одного преступления, предусмотренного ч.4 ст. 159 УК РФ и назначить ему наказание: - за каждое из двух преступлений по ч.3 ст. 159 УК РФ (в ред. Федерального закона от 07.12.2011 №420-ФЗ) в виде лишения свободы на срок 3 (три) года, - за каждое из двух преступлений по ч.3 ст. 159 УК РФ в виде лишения свободы на срок 3 (три) года - по ч.4 ст. 159 УК РФ в виде лишения свободы на срок 4 (четыре) года. На основании ч.3 ст. 69 УК РФ по совокупности преступлений, путем частичного сложения назначенных наказаний, окончательно назначить ФИО33 наказание в виде лишения свободы на срок 5 (пять) лет с отбыванием наказания в исправительной колонии общего режима. Меру пресечения ФИО33 на апелляционный период изменить с подписки о невыезде и надлежащем поведении на заключение под стражу, арестовав немедленно в зале суда. Срок отбывания наказания ФИО33 исчислять с 6 февраля 2018 года Зачесть ФИО33 в срок отбытия наказания время содержания в ИВС с 20 сентября 2016 года по 22 сентября 2016 года. Взыскать с ФИО33 в пользу ФИО1 в возмещение материального ущерба денежные средства в сумме 643 872 (шестьсот сорок три тысячи восемьсот семьдесят два) рубля 64 копейки. Взыскать с ФИО33 в пользу ФИО21 в возмещение материального ущерба денежные средства в сумме 566457 (пятьсот шестьдесят шесть тысяч четыреста пятьдесят семь) рублей. Взыскать с ФИО33 в пользу ФИО22 в возмещение материального ущерба денежные средства в сумме 949 266 (девятьсот сорок девять тысяч двести шестьдесят шесть) рублей 56 копеек. В удовлетворении остальной части исковых требований о взыскании материального ущерба ФИО1, ФИО21, ФИО22 – отказать. Взыскать с ФИО33 в пользу ФИО24 в возмещение материального ущерба денежные средства в сумме 1900 000 (один миллион девятьсот тысяч) рублей. Вещественные доказательства: - папка «дело №» с рукописной подписью &lt;данные изъяты&gt; папка «дело №» на скоросшивателе с рукописной подписью «дом, гараж, подъезд, крыльцо, цоколь в п. «ФИО2» у ФИО21, 2012 год»; папка «дело №» на скоросшивателе с рукописной подписью «ФИО21 &lt;данные изъяты&gt; дог. - коттедж, гараж, цоколь, 2012 -2013 год»; копия экспертного исследования по результатам обследования от ДД.ММ.ГГГГ, выполненного ФИО48 копия свидетельства о допуске к определенному виду или видам работ- хранить при материалах уголовного дела, - лицензионный договор № о предоставлении прав на практическую реализацию архитектурного проекта от ДД.ММ.ГГГГ, проект индивидуального жилого &lt;адрес&gt; - оставить в распоряжении ФИО22 - свидетельство о государственной регистрации права на земельный участок, на имя ФИО26, расписка от ДД.ММ.ГГГГ от имени ФИО33 смета на постройку коробки дома в &lt;адрес&gt;, план- схема на строительство дома, фотографии с наименованием населенного пункта и фотографии земельного участка – оставить в распоряжении ФИО24 - копия договора № на оказание услуг по строительству индивидуального жилого дома в &lt;адрес&gt; от ДД.ММ.ГГГГ, копия договора № на оказание услуг по строительству индивидуального жилого дома в &lt;адрес&gt; от ДД.ММ.ГГГГ, копия расписки от имени ФИО40 А.Н. от ДД.ММ.ГГГГ,копия расписки от имени ФИО33 от ДД.ММ.ГГГГ, копия расписки от имени ФИО33 от ДД.ММ.ГГГГ, копия расписки от имени ФИО33 от ДД.ММ.ГГГГ, копия расписки от имени ФИО40 А.Н. от ДД.ММ.ГГГГ, копия расписки от имени ФИО33 от ДД.ММ.ГГГГ, копия расписки от имени ФИО33 от ДД.ММ.ГГГГ, копия расписки от имени ФИО33 от ДД.ММ.ГГГГ, копия расписки от имени ФИО33 от ДД.ММ.ГГГГ, копия расписки от имени ФИО33 от ДД.ММ.ГГГГ, копия свидетельства о государственной регистрации права от ДД.ММ.ГГГГ на земельный участок, расположенный по адресу: &lt;адрес&gt; на имя ФИО22 копия, кредитного договора № от ДД.ММ.ГГГГ; договор подряда на строительство жилого дома от ДД.ММ.ГГГГ, решение ФИО37 от ДД.ММ.ГГГГ, 8 фотографий, выполненных после окончания работ на объекте ФИО33, свидетельство о государственной регистрации права на земельный участок, фотографии дома с проектом, сметы, квитанций к приходному кассовому ордеру на сумму 1 235 000 рублей – хранить при материалах уголовного дела - копия товарного чека № от ДД.ММ.ГГГГ, копия товарного чека без номера от ДД.ММ.ГГГГ, копия товарного чека № от ДД.ММ.ГГГГ, копия товарного чека без номера от ДД.ММ.ГГГГ, копия товарного чека без номера от ДД.ММ.ГГГГ, копия товарного чека № ДД.ММ.ГГГГ, копия товарного чека № от ДД.ММ.ГГГГ, копия товарного чека на сумму 4 275,00 рублей; копия товарного чека на сумму 1 600 рублей; копия счета на оплату № от ДД.ММ.ГГГГ, копия товарного чека № от ДД.ММ.ГГГГ, копия товарного чека № от ДД.ММ.ГГГГ, копия товарного чека без номера от ДД.ММ.ГГГГ, копия товарного чека без номера от ДД.ММ.ГГГГ, копия товарного чека № от ДД.ММ.ГГГГ, копия товарного чека № от ДД.ММ.ГГГГ, копи товарного чека № от ДД.ММ.ГГГГ, копия чека № от ДД.ММ.ГГГГ, копия товарного чека без номера от ДД.ММ.ГГГГ, копия товарного чека без номера от ДД.ММ.ГГГГ, копия товарной накладной № от ДД.ММ.ГГГГ – хранить при материалах уголовного дела - копия свидетельства о государственной регистрации права на земельный участок на имя ФИО1, копия свидетельства от ДД.ММ.ГГГГ о заключении брака между ФИО12 и ФИО1, копия договора № от ДД.ММ.ГГГГ на строительство коробки дома находящегося в &lt;адрес&gt;, в коттеджном поселке «ФИО2», копия договора о продлении сроков строительства от ДД.ММ.ГГГГ, копия сметы на строительство коробки дома из кирпича и газоблоков в поселке «ФИО2» &lt;адрес&gt;, копия товарного чека № от ДД.ММ.ГГГГ ФИО36 на сумму 402 416,00 рублей, копия расписки от имени ФИО33 - руководителя ФИО39 о получении денежных средств на строительство дома в «ФИО2» от ФИО1 в сумме 130 000 рублей, дата - ДД.ММ.ГГГГ, копия расписки от имени ФИО33 - руководителя ФИО39 о получении денежных средств на объект &lt;адрес&gt; от ФИО1 в сумме 220 000 рублей, дата - ДД.ММ.ГГГГ ; копия расписки от имени ФИО33 - руководителя ФИО39 о получении денежных средств на транспортные дела от ФИО1 в сумме 115 000 рублей на строительство дома в «ФИО2», дата - ДД.ММ.ГГГГ; копия расписки от имени ФИО33 о получении денежных средств на объект «ФИО2» в сумме 60 000 рублей, дата - ДД.ММ.ГГГГ; копия расписки от имени ФИО33 - руководителя ФИО39 о получении денежных средств на строительство дома в &lt;адрес&gt; от ФИО1 в сумме 795 000 рублей, дата не указана; копия доп. договора № от ДД.ММ.ГГГГ на дополнительные расходы по устройству площадки для работы крана в коттеджном поселке «ФИО2» участок № на сумму 70 000 рублей, дата - ДД.ММ.ГГГГ – хранить при материалах уголовного дела - протокол № общего собрания учредителей ООО ФИО35 от ДД.ММ.ГГГГ, копия протокола № общего собрания учредителей ООО ФИО35 от ДД.ММ.ГГГГ, копия свидетельства о постановке на учет российской организации в налоговом органе по месту нахождения на территории РФ ООО ФИО35, копия свидетельства о государственной регистрации юридического лица ООО ФИО35, протокол № внеочередного собрания участников ООО ФИО35 об одобрении крупной сделки от ДД.ММ.ГГГГ, расходный кассовый ордер № от 12.02.2013г. на имя ФИО23; договор займа денежных средств в рублях от ДД.ММ.ГГГГ, заключенный между ФИО23 и ФИО33, расписка от ДД.ММ.ГГГГ от имени ФИО33 – хранить при материалах уголовного дела - счет на оплату &lt;данные изъяты&gt; товарная накладная &lt;данные изъяты&gt;, чек и квитанция &lt;данные изъяты&gt;, чек и квитанция &lt;данные изъяты&gt;, товарная накладная &lt;данные изъяты&gt; копия заявки ФИО22 на проведение экспертного исследования &lt;данные изъяты&gt; копия прайс-листа &lt;данные изъяты&gt; копия счета на оплату №Т0500000081 ООО «РЖДстрой» от ДД.ММ.ГГГГ – оставить в распоряжении ФИО22 - расписки в получении денежных средств ФИО33, предоставленные ФИО22 от 03.02,2013 на 375 000 руб., от ДД.ММ.ГГГГ на 25000 руб., от ДД.ММ.ГГГГ на 100000 руб., от ДД.ММ.ГГГГ на 100000 руб. от ДД.ММ.ГГГГ на 900000 руб., от ДД.ММ.ГГГГ на 100000 руб., от ДД.ММ.ГГГГ на 60000 руб., от ДД.ММ.ГГГГ на 600000 руб., от ДД.ММ.ГГГГ на 50000, от ДД.ММ.ГГГГ на 94000 руб.; пять расписок, в получении ФИО33 денежных средств от ФИО1 в сумме 130 000 рублей от ДД.ММ.ГГГГ, в сумме 115000 рублей от ДД.ММ.ГГГГ, в сумме 220000 рублей от ДД.ММ.ГГГГ, в сумме 795000 рублей, в сумме 60000 рублей от ДД.ММ.ГГГГ, договор о продлении сроков строительства от ДД.ММ.ГГГГ в 2 экз., копия договора о продлении сроков строительства от ДД.ММ.ГГГГ, дополнительный договор № от ДД.ММ.ГГГГ в 2 экз.,заказ № от ДД.ММ.ГГГГ, договор № от ДД.ММ.ГГГГ со сметой на строительство коробки дома из кирпича и газоблоков в 3 экз., копия договора № от ДД.ММ.ГГГГ без сметы, претензия ФИО1 в 3 экз., товарный чек № от ДД.ММ.ГГГГ; квитанции ФИО37 к приходным кассовым ордерам, принято от ФИО21, а именно: приходные кассовые ордера от ДД.ММ.ГГГГ на сумму 100 000 рублей, от ДД.ММ.ГГГГ на сумму 120 000 рублей, от ДД.ММ.ГГГГ на сумму 20 000 руб., от ДД.ММ.ГГГГ на сумму 255 000 рублей, от ДД.ММ.ГГГГ на сумму 300 000 рублей, от ДД.ММ.ГГГГ на сумму 125 000 руб., от ДД.ММ.ГГГГ на сумму 300000 рублей, ДД.ММ.ГГГГ на сумму 15000 рублей - хранить при материалах уголовного дела. Приговор может быть обжалован в апелляционном порядке в Вологодский областной суд через Вологодский городской суд в течение 10 суток со дня его провозглашения, а осужденным в тот же срок и в том же порядке с момента его получения. В случае подачи апелляционной жалобы, осужденный вправе: - ходатайствовать о своем участии в рассмотрении уголовного дела судом апелляционной инстанции; -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Н.К. Абдалова Апелляционным определением судебной коллегии Вологодского областного суда № 22-633/2018 от 19 апреля 2018 года приговор Вологодского городского суда &lt;адрес&gt; от ДД.ММ.ГГГГ в отношении ФИО33 – изменить. Переквалифицировать его действия по каждому из эпизодов в отношении потерпевших ФИО1 и ФИО21 с ч.3 ст. 159 УК РФ (в редакции Федерального закона № 420-ФЗ от 07 декабря 2011 года) на ч. 3 ст. 160 УК РФ , по которой назначить наказание 3 (три) года лишения свободы за каждое преступление. Переквалифицировать его действия с ч. 3 ст. 159 УК РФ (по эпизоду в отношении потерпевшей ФИО22) на ч. 3 ст. 160 УК РФ , по которой назначить наказание 3 (три) года лишения свободы. На основании ч.3 ст. 69 УК РФ по совокупности преступлений, путем частичного сложения назначенных наказаний, назначенных за три преступления по ч. 3 ст. 160 УК РФ , за преступление по ч. 3 ст. и ч. 4 ст. 159 УК РФ окончательно ФИО33 назначить наказание в виде 5 (пяти) лет лишения свободы с отбыванием в исправительной колонии общего режима. В остальной части приговор суда оставить без изменения, апелляционную жалобу осужденного – без удовлетворения. Судья Н.К. Абдалова Подлинный документ вшит в дело № 1-10/2018 Вологодского городского суда Вологодской области «КОПИЯ ВЕРНА» Подпись судьи:________________Абдалова Н.К. Секретарь:_________________________ Белых Н.В. (Инициалы, фамилия) «___» _____________ 2018 г. Суд: Вологодский городской суд (Вологодская область) (подробнее) Судьи дела: Абдалова Надира Кенгесовна (судья) (подробнее) Последние документы по делу: Приговор от 11 июля 2018 г. по делу № 1-10/2018 Постановление от 17 июня 2018 г. по делу № 1-10/2018 Приговор от 15 мая 2018 г. по делу № 1-10/2018 Приговор от 9 мая 2018 г. по делу № 1-10/2018 Приговор от 15 февраля 2018 г. по делу № 1-10/2018 Приговор от 8 февраля 2018 г. по делу № 1-10/2018 Приговор от 5 февраля 2018 г. по делу № 1-10/2018 Приговор от 5 февраля 2018 г. по делу № 1-10/2018 Приговор от 1 февраля 2018 г. по делу № 1-10/2018 Показать все документы по этому делу Судебная практика по: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