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преступление в отношении потерпевшей ФИО9) ФИО2 совершил кражу, то есть тайное хищение чужого имущества, совершенную с причинением значительного ущерба гражданину с незаконным проникновением в жилище, а именно: В период времени с 12 часов 00 минут 11.12.2015 года до 14 часов 30 минут 11.12,2015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приисканными отверткой и ломом отжал расположенную на втором этаже дома &lt;адрес&gt; дверь балкона, через которую незаконно проник в вышеуказанный дом, где, воспользовавшись отсутствием наблюдения со стороны посторонних лиц, тайно похитил: из помещения кухни, расположенной на втором этаже, денежные средства в сумме 17 000 рублей; хранившиеся в конверте в спальне расположенной на третьем этаже денежные средства в сумме 50 000 рублей и 1000 евро (что согласно данным ЦБ РФ на 11.12,2015 года составляет 76.07 рублей за 1 евро, а всего 76070 рублей); хранившиеся в шкатулке на кухне,- три золотые цепочки стоимостью 7000 рублей каждая, 5 золотых колец стоимостью 3000 рублей каждое, одно золотое обручальное кольцо стоимостью 15 000 рублей, серьги из серебра с фианитами в виде цветов в количестве 2-х штук стоимостью за комплект 1000 рублей, три комплекта по две штуки серебряных серег стоимостью 1000 рублей каждый, один комплект из двух штук серебряных серег в виде бабочек стоимостью 1000 рублей за комплект, один кулон из серебра в виде червячка на лепестке стоимостью 3000 рублей, а всего тайно похитил имущество, принадлежащее потерпевшей ФИО9 на общую сумму 202070 рублей, чем причинил потерпевшей значительный ущерб,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преступление в отношении потерпевшей ФИО10) Он же (ФИО2) совершил кражу, то есть тайное хищение чужого имущества, совершенную с причинением значительного ущерба гражданину с незаконным проникновением в жилище, а именно: В период времени с 14 часов 00 минут 17.12.2015 года до 20 часов 15 минут 17.12,2015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приисканными отверткой и ломом отжал раму окна &lt;адрес&gt;, через которое незаконно проник в вышеуказанную квартиру, где, воспользовавшись отсутствием наблюдения со стороны посторонних лиц. тайно похитил: из тумбочки, расположенной в спальне - золотые серьги в виде сердца в количестве двух штук стоимостью 10 000 рублей за комплект, золотые серьги круглой формы в количестве двух штук стоимостью 6000 рублей за комплект, золотые серьги в виде колец в количестве двух штук стоимостью 5000 рублей за комплект, серьги из золота в количестве двух штук стоимостью 3000 рублей за комплект, золотую цепочку стоимостью 5000 рублей, цепочку из золота стоимостью 5000 рублей, два золотых креста стоимостью 5000 рублей каждый, золотое обручальное кольцо стоимостью 5000 рублей, золотое кольцо в виде веч очки стоимостью 8000 рублей, золотое кольцо мужское стоимостью 5000 рублей, денежные средства в сумме 150000 рублен, а всего тайно похитил имущество, принадлежащее потерпевшей ФИО10 на общую сумму 210000 рублей, чем причинил потерпевшей значительный ущерб,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преступление в отношении потерпевшего ФИО11 ) Он же (ФИО2) совершил кражу, то есть тайное хищение чужого имущества, совершенную с причинением значительного ущерба гражданину с незаконным проникновением в жилище, а именно: В период времени с 16 часов 00 минут 17.01.2016 года до 00 часов 00 минут 18.01.2016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 ломом разбил стекло окна первого этажа &lt;адрес&gt;, через которое незаконно проник в вышеуказанный дом, где, воспользовавшись отсутствием наблюдения со стороны посторонних лиц, тайно похитил: кольцо золотое в виде печатки с бриллиантами стоимостью 20 000 рублей, кольцо золотое с бриллиантом стоимостью 15000 рублей, кольцо золотое с бриллиантами стоимостью 20 000 рублей, кольцо из белого золота с бриллиантами стоимостью 8000 рублей, кольцо из золота с бриллиантами и жемчужиной стоимостью 17 000 рублей, ноутбук фирмы «Самсунг» стоимостью 40 000 рублей, а всего тайно похитил имущество, принадлежащее потерпевшему ФИО11 на общую сумму 120000 рублей, чем причинил потерпевшему значительный ущерб,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преступление в отношении потерпевшего ФИО12) Он же (ФИО2) совершил покушение на преступление, то есть умышленные действия лица, непосредственно направленные на совершение кражи, то есть тайного хищения чужого имущества, совершенной с незаконным проникновением в жилище, однако преступление не было доведено до конца по независящим от этого лица обстоятельствам, а именно: 17.01.2016 года около 20 часов 40 минут он (ФИО2), имея умысел на совершение тайного хищения чужого имущества, из корыстных побуждений, в целях извлечения материальной выгоды, ранее приисканным ломом разбил стекло окна &lt;адрес&gt;, через которое незаконно проник в вышеуказанный дом, где, воспользовавшись отсутствием наблюдения со стороны посторонних лиц, намеревался тайно похитить хранившиеся в шкатулке в спальной комнате: кольцо из золота стоимостью 15 000 рублей, кольцо из золота с узорами стоимостью 9 000 рублей, два кольца из золота стоимостью 5 000 рублей каждое, кольцо из золота с рубином стоимостью 8 000 рублей, серьги из золота в количестве двух штук стоимостью за комплект 3000 рублей, корпус от часов из золота стоимостью 10 000 рублей, а всего имущества на общую сумму 55 000 рублей, принадлежащее потерпевшему ФИО12, намереваясь причинить последнему значительный ущерб, однако не довел свой преступный умысел до конца, по независящим от него обстоятельствам, так как не обнаружил вышеуказанное имущество,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преступление в отношении потерпевшей ФИО13) Он же (ФИО2) совершил покушение на преступление, то есть умышленные действия лица, непосредственно направленные на совершение кражи, то есть тайного хищения чужого имущества, совершенной с незаконным проникновением в жилище, однако преступление не было доведено до конца по независящим от этого лица обстоятельствам, а именно: Около 21 часа 00 минут 18.01.2016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приисканными отверткой и ломом сломал замки входной двери &lt;адрес&gt;, через которое незаконно проник в вышеуказанный дом, где, воспользовавшись отсутствием наблюдения со стороны посторонних лиц, намеревался тайно похитить денежные средства, ювелирные украшения и иное ценное имущество, принадлежащее потерпевшей ФИО13, однако не довел свой преступный умысел до конца, по независящим от него обстоятельствам, так как не обнаружил ценного имущества,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преступление в отношении потерпевшего ФИО14) Он же (ФИО2) совершил покушение на преступление, то есть умышленные действия лица, непосредственно направленные на совершение кражи, то есть тайного хищении чужого имущества, совершенной с незаконным проникновением в жилище, в крупном размере, однако преступление не было доведено до конца по независящим от этого лица обстоятельствам, а именно: Около 21 часа 20 минут 17.01.2016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 ломом разбил стекло окна веранды &lt;адрес&gt;, через которое незаконно проник в вышеуказанный дом, где, воспользовавшись отсутствием наблюдения со стороны посторонних лиц, намеревался тайно похитить хранившиеся в шкатулке в спальной комнате на комоде, принадлежащие потерпевшему ФИО3: золотые часы стоимостью 200 000 рублей, 3 золотые цепочки стоимостью 10500 рублей каждая, цепочка из золота с золотым кулоном с сапфиром и бриллиантом стоимостью за комплект 20 000 рублей, цепочку из золота с золотым кулоном в виде цветка стоимостью за комплект 15 000 рублей, 3 браслета из золота стоимостью 7000 рублей каждый, 1 браслет из золота с бриллиантами и сапфирами стоимостью 25 000 рублей, 3 пары золотых сережек с бриллиантами и сапфирами стоимостью 30 000 рублей за комплект, 1 пару золотых сережек с феонитами стоимостью 15 000 рублей, 1 пару золотых сережек с изумрудами стоимостью 17 000 рублей, 1 женское кольцо из золота с бриллиантами стоимостью 30 000 рублей, 2 женских золотых кольца с сапфирами и бриллиантами стоимостью 25 000 рублей каждое, 4 женских золотых кольца с бриллиантами стоимостью 20 000 каждое, одно золотое кольцо ( печатка ) стоимостью 15 500 рублей, два золотых кольца ( печатки) стоимостью 45 000 рублей каждое, а всего имущества на общую сумму 700 000 рублей, то есть в крупном размере, намереваясь причинить потерпевшему ущерб на вышеуказанную сумму, однако не довел свой преступный умысел до конца, по независящим от него обстоятельствам, так как не смог обнаружить вышеуказанного имущества,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преступление в отношении потерпевшего ФИО15) Он же (ФИО2) совершил кражу, то есть тайное хищение чужого имущества, совершенную с причинением значительного ущерба гражданину с незаконным проникновением в жилище, а именно: В период времени с 10 часов 00 минут до13 часов 00 минут 23.01.2016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приисканными отверткой и ломом отжал раму окна первого этажа &lt;адрес&gt;, через которое незаконно проник в вышеуказанный дом, где, воспользовавшись отсутствием наблюдения со стороны посторонних лиц, тайно похитил из шкатулок, находившихся в комнате, денежные средства в сумме 15 000 рублей, золотое кольцо стоимостью 6000 рублей, две золотые цепочки стоимостью 6000 рублей каждая, одну серьгу с красным камнем стоимостью 4000 рублей, одну золотую серьгу в виде цветка стоимостью 3000 рублей, золотой кулон в виде знака зодиака стоимостью 5000 рублей, а также из кухни тайно похитил ноутбук «Асус» стоимостью 14590 рублей, а всего тайно похитил имущество, принадлежащее потерпевшему ФИО15 на общую сумму 59590 рублей, чем причинил ему значительный ущерб, после чего с места совершения преступления скрылся;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преступление в отношении потерпевшего ФИО16) Он же (ФИО2) совершил кражу, то есть тайное хищение чужого имущества, совершенную с незаконным проникновением в жилище, в крупном размере, а именно: В период времени с 08 часов 35 минут до 17 часов 00 минут 08.02.2016 года он (ФИО2), имея умысел на совершение тайного хищения чужого имущества, из корыстных побуждений, в целях извлечения материальной выгоды, ранее приисканными отверткой и ломом отжал раму окна первого этажа &lt;адрес&gt;, через которое незаконно проник в вышеуказанный дом, где, воспользовавшись отсутствием наблюдения со стороны посторонних лиц, тайно похитил из комода, расположенного в комнате: денежные средства в сумме 380 000 рублей, золотое кольцо стоимостью 50 000 рублей, золотое кольцо с гранатом стоимостью 20 000 рублей, золотое кольцо с аметистом стоимостью 40 000 рублей, золотое кольцо стоимостью 10 000 рублей, золотой кулон ( подвеска) стоимостью 15 000 рублей, золотой кулон (подвеска) с фианитом стоимостью 5000 рублей, две золотые цепочки (скрученные) стоимостью 10 000 рублей каждая, золотая цепочка стоимостью 15 000 рублей, три золотые цепочки, стоимостью 8000 рублей каждая, золотой крестик стоимостью 30 000 рублей, золотой гарнитур ( колье и браслет) стоимостью 50 000 рублей, золотое ожерелье с жемчугом стоимостью 40 000 рублей, позолоченные часы фирмы « Гесс» стоимостью 60 000 рублей, серебряный гарнитур (колье и браслет) стоимостью 25 000 рублей, а всего тайно похитил имущество, принадлежащее потерпевшему ФИО16 на общую сумму 784 000 рублей, то есть в крупном размере, после чего с места совершения преступления скрылся; В ходе судебного заседания ФИО2 заявил ходатайство о постановлении приговора без проведения судебного разбирательства, и заявил о своем согласии с предъявленным ему обвинением в совершении преступлений предусмотренных ст.ст. ч.3 п. А, ч.3 п. А, ч. 3 п. А, ч. 3, 158 ч. 3 п. А, ч. 3, 158 ч. 3 п. А, ч. 3,158 ч. 3 п. А,В, ч. 3 п. А, ч. 3 п. А,В УК РФ, за каждое из которых наказание не превышает десяти лет лишения свободы. Защитник поддержал ходатайство ФИО2 Государственный обвинитель согласился с применением особого порядка принятия судебного решения по настоящему уголовному делу. Потерпевшие, надлежащим образом уведомленные о явке в судебное заседание – не возражали против рассмотрения уголовного дела в особом порядке, о чем оглашены из заявления. Суд, выслушав подсудимого и удостоверившись, что он действительно осознает характер и последствия заявленного им ходатайства об особом порядке принятия судебного решения по уголовному делу, то есть о постановлении приговора без проведения судебного разбирательства в связи с согласием с предъявленным обвинением, удостоверившись, что данное ходатайство было заявлено им добровольно, после консультации с защитником, пришел к выводу о том, что обвинение в указанных преступлениях, с которым согласился подсудимый, обоснованно, подтверждается доказательствами, собранными по уголовному делу, и принял решение о постановлении приговора без проведения судебного разбирательства. Действия ФИО2 суд квалифицирует: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ст. ч. 3 п. А УК РФ (преступление в отношении потерпевшей ФИО9) - как совершение кражи, то есть тайного хищения чужого имущества, совершенного с причинением значительного ущерба гражданину с незаконным проникновением в жилище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ст. ч. 3 п. А УК РФ ( преступление в отношении потерпевшей ФИО10) – как совершение кражи, то есть тайного хищения чужого имущества, совершенного с причинением значительного ущерба гражданину с незаконным проникновением в жилище;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ст. ч. 3 п. А УК РФ ( преступление в отношении потерпевшего ФИО11 ) - как совершение кражи, то есть тайного хищения чужого имущества, совершенного с причинением значительного ущерба гражданину с незаконным проникновением в жилище;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ст.ст. ч. 3, 158 ч. 3 п. А УК РФ ( преступление в отношении потерпевшего ФИО12) – как покушение на преступление, то есть умышленные действия лица, непосредственно направленные на совершение кражи, то есть тайного хищения чужого имущества, совершенной с незаконным проникновением в жилище, однако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ст. ч. 3, 158 ч. 3 п. А УК РФ ( преступление в отношении потерпевшей ФИО13) – как покушение на преступление, то есть умышленные действия лица, непосредственно направленные на совершение кражи, то есть тайного хищения чужого имущества, совершенной с незаконным проникновением в жилище, однако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ст. ст. ч. 3, 158 ч. 3 п. А,В УК РФ ( преступление в отношении потерпевшего ФИО14) - как покушение на преступление, то есть умышленные действия лица, непосредственно направленные на совершение кражи, то есть тайного хищении чужого имущества, совершенной с незаконным проникновением в жилище, в крупном размере, однако преступление не было доведено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ст. ч. 3 п. А УК РФ ( преступление в отношении потерпевшего ФИО15) – как совершение кражи, то есть тайного хищения чужого имущества, совершенного с причинением значительного ущерба гражданину с незаконным проникновением в жилище;</w:t>
      </w:r>
    </w:p>
    <w:p>
      <w:pPr>
        <w:pStyle w:val="Heading3"/>
      </w:pPr>
      <w:r>
        <w:rPr>
          <w:rFonts w:ascii="Times New Roman" w:hAnsi="Times New Roman" w:eastAsia="Times New Roman" w:cs="Times New Roman"/>
          <w:b/>
          <w:i w:val="0"/>
          <w:sz w:val="22"/>
        </w:rPr>
        <w:t>Пункт 8.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ст. ч. 3 п. А,В УК РФ ( преступление в отношении потерпевшего ФИО16) – как совершение кражи, то есть тайного хищения чужого имущества, совершенного с незаконным проникновением в жилище, в крупном размере; При назначении наказания суд учитывает характер и степень общественной опасности преступлений, а также данные о личности виновного, наличие смягчающих и отягчающих вину обстоятельств. При исследовании личности ФИО2 установлено, что он на учете в НД и ПНД не состоит, по месту жительства характеризуется удовлетворительно, дело в отношении ФИО2 рассмотрено судом в особом порядке, в связи с чем наказание ему должно быть назначено с учетом требований ст. 316 УПК РФ , ст. 66 УК РФ , а так же с учетом требования ст. ч. 3 УК РФ, путем частичного сложения назначенных наказаний. Смягчающими обстоятельствами в действиях Даниловича, в соответствии со ст. 61 УК РФ суд расценивает его явки с повинной, активное способствование раскрытию и расследованию преступлений, его раскаяние в содеянном. Отягчающим обстоятельством в соответствии со ст. 63 УК РФ в действиях ФИО4 является опасный рецидив преступлений, в связи с чем при назначения наказания ему следует применить требования ст. ч. 2 УК РФ. Учитывая все обстоятельства дела в совокупности, принцип соразмерности и справедливости наказания, не усматривая оснований для применения при назначении наказания требований ст. ч. 6 УК РФ, суд приходит к выводу о необходимости назначения ФИО2 наказания в виде лишения свободы, без применения требований ст. 73 УК РФ , с учетом смягчающих обстоятельств – без дополнительных видов наказания в виде штрафа и ограничения свободы. Оснований для применения ст.ст. , ч. 3 УК РФ суд не усматривает. В настоящее время ФИО4 осужден приговором от 08.12.2016 года Тосненского городского суда Ленинградской области, по которому ему было назначено наказание ( с применением ст. ч. 5 УК РФ с частичным сложением наказаний по приговору Василеостровского районного суда Санкт-Петербурга от 20.10.2016 года, по которому, в свою очередь, в порядке ст. ч. 5 УК РФ было учтено наказание по приговору от 31.05.2016 года Чудовского районного суда Новгородской области) в виде 9 лет 6 месяцев лишения свободы, а так же осужден 29.05.2017 года Октябрьским районным судом Санкт-Петербурга за совершение преступлений до вынесения указанных приговоров - к 6 годам лишения свободы, в связи с чем окончательное наказание ФИО5 надлежит назначить с применением требований ст. ч. 5 УК РФ, по совокупности совершенных преступлений путем частичного сложения назначенного вновь наказания с наказаниями по выше указанным приговорам от 08.12.2016 года и от 29.05.2017 года, с отбыванием наказания в исправительной колони строгого режима. В связи с тем, что в настоящее время приговор Пушкинского районного суда Санкт—Петербурга от 25.07.2017 года в законную силу не вступил ( в связи с его апелляционным обжалованием), суд полагает возможным не применять требования ст. ч. 5 УК РФ по данному приговору при назначении ФИО4 наказания. На основании изложенного и руководствуясь ст.ст. - , , - 316 УПК РФ , суд ПРИГОВОРИЛ: Признать ФИО2 виновным в совершении преступлений, предусмотренных ст. ст. ч. 3 п. А, ч. 3 п. А, ч. 3 п. А, ч. 3, 158 ч. 3 п. А, ч. 3, 158 ч. 3 п. А, ч. 3, 158 ч. 3 п. А,В, ч. 3 п. А, ч. 3 п. А, В УК РФ и назначить ему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ст. ч. 3 п. А УК РФ (преступление в отношении потерпевшей ФИО9) - в виде 2(ДВУХ) лет 6(ШЕСТИ) месяцев лишения свободы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ст. ч. 3 п. А УК РФ ( преступление в отношении потерпевшей ФИО10) – в виде 2(ДВУХ) лет 6 (ШЕСТИ) месяцев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ст. ч. 3 п. А УК РФ ( преступление в отношении потерпевшего ФИО11 ) - в виде 2(ДВУХ) лет 6 (ШЕСТИ) месяцев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ст.ст. ч. 3, 158 ч. 3 п. А УК РФ ( преступление в отношении потерпевшего ФИО12) – в виде 2 (ДВУХ) лет лишения свободы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ст. ч. 3, 158 ч. 3 п. А УК РФ (преступление в отношении потерпевшей ФИО13) – в виде 2(ДВУХ) лет лишения свободы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ст. ст. ч. 3, 158 ч. 3 п. А,В УК РФ ( преступление в отношении потерпевшего ФИО14) - в виде 2(ДВУХ) лет лишения свободы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ст. ч. 3 п. А УК РФ ( преступление в отношении потерпевшего ФИО15) – в виде 2(ДВУХ) лет 6(ШЕСТИ) месяцев лишения свободы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ст. ч. 3 п. А,В УК РФ ( преступление в отношении потерпевшего ФИО16) – в виде 2(ДВУХ) лет 6 (ШЕСТИ) месяцев лишения свободы ; На основании ст. ч. 3 УК РФ по совокупности преступлений, путем частичного сложения назначенных за данные преступления наказаний, назначить ФИО4 наказание в виде 6(ШЕСТИ) лет лишения свободы; На основании ст. ч. 5 УК РФ по совокупности преступлений путем частичного сложения назначенного наказания с наказанием, назначенным по приговору от 08.12.2016 года Тосненского городского суда Ленинградской области и назначенного по приговору от 29.05.2017 года Октябрьского районного суда Санкт-Петербурга, окончательно к отбытию назначить ФИО4 наказание в виде 10(ДЕСЯТИ) лет 6(ШЕСТИ) месяцев лишения свободы с отбыванием наказания в исправительной колонии СТРОГОГО режима. Срок отбывания наказания ФИО4 исчислять с 07 августа 2017 года. В соответствии со ст. 72 УК РФ , зачесть ФИО4 в срок отбытия наказания: - наказание, отбытое им по приговору от 31.05.2016 года Чудовского районного суда Новгородской области в период с 28.02.2016 года по 19.10.2016 года; -наказание, отбытое им по приговору от 20.10.2016 года Василеостровского районного суда Санкт-Петербурга в период с 20.10.2016 года по 07.12.2016 года; - наказание, отбытое им по приговору от 08.12.2016 года Тосненского городского суда Ленинградской области в период с 08.12.2016 по 28.05.2017 года; - наказание, отбытое им по приговору от 29.05.2017 года Октябрьского районного суда Санкт-Петербурга в период с 29.05.2017 года по 06 августа 2017 года; До вступления приговора в законную силу меру пресечения ФИО4 подписку о невыезде и надлежащем поведении изменить на заключение под стражу с дальнейшим содержанием в ФКУ СИЗО-4 УФСИН России по СПб и ЛО, взяв ФИО4 под стражу в зале суда. По вступлению приговора в законную силу : Вещественные доказательства, хранящиеся у потерпевших, оставить у последних, освободив от обязанности хранения; Освободить осужденного от выплаты процессуальных издержек, связанных с оплатой работы адвоката по оказанию им юридической помощи, участвовавшего в деле по назначению суда, на основании ч. 10 ст. 316 УПК РФ . Приговор может быть обжалован в Санкт-Петербургский городской суд в течение 10 суток со дня провозглашения с учетом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о предоставлении ему защитника. Судья: Суд: Приморский районный суд (Город Санкт-Петербург) (подробнее) Судьи дела: Веденина Рита Германовна (судья) (подробнее) Последние документы по делу: Приговор от 6 августа 2017 г. по делу № 1-1006/2016 Приговор от 7 февраля 2017 г. по делу № 1-1006/2016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