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07 августа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ФИО2 совершил покушение, на незаконный сбыт наркотических средств с использованием электронных и информационно-телекоммуникационных сетей (включая сеть «Интернет»), совершенное группой лиц по предварительному сговору, в особо крупном размере, при этом преступление не было доведено до конца по независящим от него обстоятельствам при следующих обстоятельствах. ____ 2017 года в период времени с 18 часов 00 минут до 21 часа 00 минут ФИО2, передвигаясь на территории г. Якутска на автомашине марки «Toyota Crown» встретил своего знакомого – неустановленное следствием лицо «К1», которое, имеющиеся при нем наркотические средства, именуемые на сленге лиц, употребляющих наркотические средства, как «рега» и «скорость», весом около 1 килограмма, предложило ФИО2 обменять на автомашину марки «Toyota Crown», находящуюся в пользовании ФИО2, на что ФИО2, с целью последующей розничной перепродажи наркотических средств, осознавая высокую доходность преступлений в сфере незаконного оборота наркотических средств и стремясь к незаконному обогащению для приобретения нового автомобиля, осознавая, что посягает на здоровье населения и общественную нравственность, согласился на совершение вышеуказанной незаконной сделки. ____ 2017 года в период времени с 22 часов 00 минут до 22 часов 10 минут ФИО2 вновь встретился с неустановленным следствием лицом «К1», а также ранее неизвестным ему неустановленным следствием лицом «К2» на участке местности у съезда на автомобильную ледовую переправу Белого озера, напротив дома № по ул. Можайского г. Якутска, где в салоне автомашины марки «Toyota Crown», неустановленное следствием лицо «К1» умышлено, незаконно передало ФИО2 три полимерных свертка с наркотическими средствами: - Метиловый эфир 3-метил-2-[1-(4-фторбензил)-1Н-индазол-3-карбоксамидо] бутановой кислоты - производное Метилового эфира 3-метил-2-(1-бензил-1Н-индазол-3-карбоксамидо) бутановой кислоты массой не менее 533,106 гр., в особо крупном размере; - смесь наркотических средств ?-Пирролидиновалерофенон – производное N-метилэфедрон и Метиловый эфир 3-метил-2-[1-(4-фторбензил)-1Н-индазол-3-карбоксамидо] бутановой кислоты - производное Метилового эфира 3-метил-2-(1-бензил-1Н-индазол-3-карбоксамидо)бутановой кислоты с никотином, который не является наркотическим средством, массой не менее 0,266 гр., в крупном размере; - смесь наркотических средств ?-Пирролидиновалерофенон – производное N-метилэфедрон и Метиловый эфир 3-метил-2-[1-(4-фторбензил)-1Н-индазол-3-карбоксамидо] бутановой кислоты - производное Метилового эфира 3-метил-2-(1-бензил-1Н-индазол-3-карбоксамидо)бутановой кислоты массой не менее 3,040 гр., в крупном размере. Тем самым, ФИО2, умышлено, незаконно приобрел с целью последующего незаконного сбыта вышеуказанные свертки с наркотическими средствами и взамен передал неустановленным следствием лицам «К1» и «К2» автомашину марки «Toyota Crown» без составления каких-либо договоров и выполнения последующих регистрационных действий. Приобретенные наркотические средства ФИО2 привез к себе домой по адресу: &lt;...&gt; № км, д. № кв. №, где стал умышленно незаконно хранить с целью незаконного сбыта. Далее, ____ 2017 года в период времени с 22 часов 30 минут до 00 часов 00 минут ФИО2, находясь в своем жилище по адресу: &lt;...&gt; № км, д. №, кв. №, реализуя свой преступный умысел, направленный на незаконный сбыт всей полученной партии наркотических средств, осознавая, что один не сможет достичь желаемого результата, решил вовлечь в качестве соисполнителя свою подругу - лицо «В», являющуюся потребителем наркотических средств, предложив ей совместно заняться незаконным сбытом наркотических средств кругу лиц из числа своих знакомых, мотивировав последнюю извлечением материальной прибыли, приобретением новой автомашины, а также предоставлением ей наркотических средств для личного употребления. При этом, ФИО2 показал лицу «В» приобретенные им накануне наркотические средства в трех свертках, в особо крупном размере. Затем, ____ 2017 года в период времени с 22 часов 30 минут до 00 часов 00 минут лицо «В», являясь подругой ФИО2, состоящей с ним в близких отношениях, имея общие доходы и расходы, а также являясь потребителем наркотических средств, будучи заранее осведомленной о том, что оборот наркотических средств запрещен законом под угрозой уголовной ответственности, не желая заниматься законной трудовой деятельностью, не имея постоянного официального источника дохода, с целью быстрого материального обогащения, разделяя со ФИО2 общую систему личностных ценностей и устремлений, ориентированную на быстрое достижение материального благополучия, пренебрегая общесоциальными нормами поведения, обладая необходимой информацией о способах незаконного сбыта наркотических средств, дала свое согласие ФИО2 на участие в незаконном сбыте наркотических средств, тем самым, вступила в преступный сговор, объединившись со ФИО2 в группу лиц для совершения преступлений, связанных с незаконным сбытом наркотических средств, а именно для незаконного сбыта всей партии наркотических средств. Вышеуказанные наркотические средства ФИО2 и лицо «В» стали совместно, незаконно хранить для последующего незаконного сбыта по адресу: &lt;...&gt; № км, д. №, кв. №, при этом употребили неустановленную следствием часть наркотических средств, а также по мере возникновения необходимости, пересыпали их в различные упаковки. Так, в период с ____ 2017 года по 02 апреля 2017 года они пересыпали часть наркотического средства Метиловый эфир 3-метил-2-[1-(4-фторбензил)-1Н-индазол-3-карбоксамидо] бутановой кислоты - производное Метилового эфира 3-метил-2-(1-бензил-1Н-индазол-3-карбоксамидо) бутановой кислоты массой не менее 45,158 гр., в крупном размере, в полимерный сверток. ____ 2017 года в период времени с 23 часов 00 минут до 23 часов 50 минут ФИО2, взяв с собой полимерный сверток с наркотическим средством Метиловый эфир 3-метил-2-[1-(4-фторбензил)-1Н-индазол-3-карбоксамидо] бутановой кислоты - производное Метилового эфира 3-метил-2-(1-бензил-1Н-индазол-3-карбоксамидо) бутановой кислоты массой не менее 45,158 гр., с целью сбыта, пришел в гости к своей знакомой - лицу «С», в кв. № &lt;...&gt; с целью отдохнуть и поспать после длительного употребления наркотических средств. При этом ФИО2, находясь в том же месте, продемонстрировал лицу «С» имеющийся при нем сверток с наркотическим средством Метиловый эфир 3-метил-2-[1-(4-фторбензил)-1Н-индазол-3-карбоксамидо] бутановой кислоты - производное Метилового эфира 3-метил-2-(1-бензил-1Н-индазол-3-карбоксамидо) бутановой кислоты массой не менее 45,158 гр., в крупном размере, а лицо «С», будучи потребителем наркотических средств, увидев, что у ФИО2 имеется при себе наркотическое средство в крупном размере, попросила у него часть наркотического средства для личного употребления, на что у ФИО2, на почве приятельских отношений с ней, возник преступный умысел, направленный на безвозмездный незаконный сбыт наркотического средства лицу «С», и ФИО2 дал лицу «С» свое устное разрешение на безвозмездное приобретение последней части принадлежащего ему наркотического средства. Получив от ФИО2 разрешение безвозмездно забрать часть ранее приобретенного им наркотического средства, лицо «С» отсыпала и взяла себе часть принесенного ФИО2 наркотического средства общим весом не менее 1,613 гр., в крупном размере. Тем самым, ____ 2017 года в период времени с 23 часов 00 минут до 23 часов 50 минут ФИО2, находясь в кв. № &lt;...&gt; умышленно, незаконно сбыл лицу «С» наркотическое средство Метиловый эфир 3-метил-2-[1-(4-фторбензил)-1Н-индазол-3-карбоксамидо] бутановой кислоты - производное Метилового эфира 3-метил-2-(1-бензил-1Н-индазол-3-карбоксамидо) бутановой кислоты весом не менее 1,613 гр., в крупном размере, которое лицо «С» упаковав в семь бумажных свертков от инструкции сотового телефона марки «Nokia», стала хранить их с целью личного употребления. Оставшуюся часть наркотического средства Метиловый эфир 3-метил-2-[1-(4-фторбензил)-1Н-индазол-3-карбоксамидо] бутановой кислоты - производное Метилового эфира 3-метил-2-(1-бензил-1Н-индазол-3-карбоксамидо)бутановой кислоты весом 43,545 гр., в крупном размере, находящуюся в полимерном свертке, ФИО2 спрятал в женскую сумочку, которую положил на полку шкафа в кв. № &lt;...&gt; с целью последующего умышленного незаконного сбыта. В период со ____ 2017 года по ____ 2017 года лицо «С» самостоятельно употребила неустановленную следствием часть приобретенного у ФИО2 наркотического средства, содержащегося в двух свертках, путем курения. ____ 2017 года лицо «С», в связи с внезапно возникшим корыстным умыслом, направленным на незаконный сбыт наркотических средств, решила сбыть все оставшееся у нее наркотическое средство, содержащееся в пяти свертках, своим знакомым и в тот же день в период времени с 19 часов 00 минут до 19 часов 20 минут, находясь на лестничной площадке возле лифта на ___ этаже дома № по ул. ФИО4 г. Якутска, лицо «С» умышленно, незаконно сбыла своему знакомому лицу «М» бумажный сверток с наркотическим средством Метиловый эфир 3-метил-2-[1-(4-фторбензил)-1Н-индазол-3-карбоксамидо]бутановой кислоты - производное Метилового эфира 3-метил-2-(1- бензил-1Н-индазол-3-карбоксамидо)бутановой кислоты весом 0,396 гр., в крупном размере. Далее, ____ 2017 года в период времени с 21 часа 02 минут до 22 часов 15 минут лицо «С», находясь в подъезде дома 1 по ул. Кальвица г. Якутска, незаконно сбыла своему знакомому лицу «В1» бумажный сверток с наркотическим средством Метиловый эфир 3-метил-2-[1-(4-фторбензил)-1Н-индазол-3-карбоксамидо]бутановой кислоты - производное Метилового эфира 3-метил-2-(1- бензил-1Н-индазол-3-карбоксамидо)бутановой кислоты весом 0,185 гр., в значительном размере. В результате совершенных противоправных действий лицом «С», связанных с незаконным сбытом наркотических средств, наркотическое средство Метиловый эфир 3-метил-2-[1-(4-фторбензил)-1Н-индазол-3-карбоксамидо] бутановой кислоты - производное Метилового эфира 3-метил-2-(1-бензил-1Н-индазол-3-карбоксамидо)бутановой кислоты было изъято: - ____ 2017 года в период времени с 19 часов 40 минут до 20 часов 00 минут возле дома № по ул. ФИО4 г. Якутска в ходе проведения личного досмотра лица «М» весом 0,396 гр.; - ____ 2017 года в период времени с 22 часов 30 минут до 22 часов 50 минут возле дома № по ул. Кальвица г. Якутска в ходе проведения личного досмотра лица «В1» весом 0,185 гр.; - ____ 2017 года в период времени с 22 часов 39 минут до 23 часов 20 минут в подъезде дома № по ул. Кальвица г. Якутска в ходе проведения личного досмотра лица «С» в трех свертках общим весом 1,032 гр. ____ 2017 года около 09 часов 00 минут ФИО2 и лицо «В», находясь по адресу: &lt;...&gt; № км, д. №, кв. №, обнаружили, что хранившиеся для незаконного сбыта наркотические средства заканчиваются, а прибыль от незаконного сбыта они не извлекли, решили в кратчайшие сроки сбыть оставшиеся наркотические средства, в том числе через других лиц и в тот же день, около 10 часов 00 минут, ФИО2 и лицо «В», находясь в кв. № дома № по ул. Петра Алексеева г. Якутска, продолжая реализовывать свой преступный умысел, направленный на незаконный сбыт наркотических средств, осознавая, что самостоятельно не могут достичь желаемого результата, решили вовлечь в качестве соисполнителя общую знакомую лицо «М1», также являющуюся потребителем наркотических средств, предложив ей заняться незаконным сбытом наркотических средств кругу лиц из числа своих знакомых, мотивировав последнюю извлечением материальной прибыли, на что лицо «М1», находясь в том же месте и в то же время, будучи заранее осведомленной о том, что оборот наркотических средств запрещен законом под угрозой уголовной ответственности, не желая заниматься законной трудовой деятельностью, не имея постоянного официального источника дохода, с целью быстрого материального обогащения, разделяя со ФИО2 и лицом «В» общую систему личностных ценностей и устремлений, ориентированную на быстрое достижение материального благополучия, пренебрегая общесоциальными нормами поведения, обладая необходимой информацией о способах незаконного сбыта наркотических средств, дала свое согласие на участие в незаконном сбыте наркотических средств, тем самым вступила в преступный сговор, объединившись со ФИО2 и лицом «В» в группу лиц для совершения преступлений, связанных с незаконным сбытом наркотических средств. При этом лицо «М1», во исполнение общего со ФИО2 и лицом «В» умысла, направленного на незаконный сбыт наркотических средств, сказала им, чтобы они приготовили для нее три свертка по 1 грамму наркотического средства «рега» в каждом к 14 часам 00 минутам ____ 2017 года, и обещала приехать в кв. № дома №, на № км. Сергеляхского шоссе г. Якутска. ____ 2017 года лицо «М1», испугавшись возможного задержания и привлечения себя к уголовной ответственности, решила добровольно отказаться от совершения преступления, тем самым прекратила свое приготовление к преступлению, прекратила действия, непосредственно направленные на совершение преступления, осознавая при этом возможность доведения преступления до конца, и не поехала к ФИО2 и лицу «В» с целью получения трех свертков с наркотическим средством для последующего незаконного сбыта. Далее, ____ 2017 года, в период времени с 13 часов 00 минут до 14 часов 00 мминут ФИО2 и лицо «В», находясь по адресу: &lt;...&gt; № км, д. №, кв. №, действуя в составе группы лиц по предварительному сговору, с целью извлечения материальной выгоды, из корыстных побуждений, заведомо осознавая противоправность своих преступных действий, согласно ранее достигнутой договоренности с лицом «М1», имея общий преступный умысел, направленный на незаконный сбыт наркотических средств в особо крупном размере разным лицам, умышленно, незаконно, расфасовали, поместив часть наркотического средства Метиловый эфир 3-метил-2-[1-(4-фторбензил)-1Н-индазол-3-карбоксамидо] бутановой кислоты - производное Метилового эфира 3-метил-2-(1-бензил-1Н-индазол-3-карбоксамидо) бутановой кислоты из пластиковой бутылки ___ количеством 2,670 гр., в крупном размере, в три полимерных свертка, а оставшуюся часть наркотических средств продолжили хранить: 1) в квартире №, дома №, на № км. Сергеляхского шоссе г. Якутска: - в пластиковой бутылке ___ наркотическое средство Метиловый эфир 3-метил-2-[1-(4-фторбензил)-1Н-индазол-3-карбоксамидо] бутановой кислоты - производное Метилового эфира 3-метил-2-(1-бензил-1Н-индазол-3-карбоксамидо) бутановой кислоты массой 293 гр., в крупном размере; - в металлической бутылке ___ наркотическое средство Метиловый эфир 3-метил-2-[1-(4-фторбензил)-1Н-индазол-3-карбоксамидо] бутановой кислоты - производное Метилового эфира 3-метил-2-(1-бензил-1Н-индазол-3-карбоксамидо)бутановой кислоты массой 191 гр., в крупном размере; - в полимерной упаковке наркотическое средство Метиловый эфир 3-метил-2-[1-(4-фторбензил)-1Н-индазол-3-карбоксамидо] бутановой кислоты - производное Метилового эфира 3-метил-2-(1-бензил-1Н-индазол-3-карбоксамидо) бутановой кислоты массой 1,010 гр., в крупном размере; - в крышке ___ наркотическое средство Метиловый эфир 3-метил-2-[1-(4-фторбензил)-1Н-индазол-3-карбоксамидо] бутановой кислоты - производное Метилового эфира 3-метил-2-(1-бензил-1Н-индазол-3-карбоксамидо) бутановой кислоты массой 0,268 гр., в крупном размере; - в пачке из-под сигарет ___ смесь наркотических средств наркотических средств ?-Пирролидиновалерофенон – производное N-метилэфедрон и Метиловый эфир 3-метил-2-[1-(4-фторбензил)-1Н-индазол-3-карбоксамидо] бутановой кислоты - производное Метилового эфира 3-метил-2-(1-бензил-1Н-индазол-3-карбоксамидо) бутановой кислоты с никотином, который не является наркотическим средством массой не менее 0,266 гр., в крупном размере; - в полимерном свертке смесь наркотических средств ?-Пирролидиновалерофенон – производное N-метилэфедрона и Метиловый эфир 3-метил-2-[1-(4-фторбензил)-1Н-индазол-3-карбоксамидо] бутановой кислоты - производное Метилового эфира 3-метил-2-(1-бензил-1Н-индазол-3-карбоксамидо) бутановой кислоты массой 3,040 гр., в крупном размере. 2) в квартире №, дома № по ул. ФИО4 г. Якутска: - в полимерном свертке наркотическое средство Метиловый эфир 3-метил-2-[1-(4-фторбензил)-1Н-индазол-3-карбоксамидо] бутановой кислоты - производное Метилового эфира 3-метил-2-(1-бензил-1Н-индазол-3-карбоксамидо) бутановой кислоты весом 43,545 гр., в крупном размере. Тем самым, ФИО2, действуя в составе группы лиц по предварительному сговору совместно с лицом «В», покушались умышленно, незаконно сбыть с приобретенной партии наркотическое средство Метиловый эфир 3-метил-2-[1-(4-фторбензил)-1Н-индазол-3-карбоксамидо] бутановой кислоты - производное Метилового эфира 3-метил-2-(1-бензил-1Н-индазол-3-карбоксамидо) бутановой кислоты массой не менее 533,106 гр., в особо крупном размере; смесь наркотических средств ?-Пирролидиновалерофенон – производное N-метилэфедрон и Метиловый эфир 3-метил-2-[1-(4-фторбензил)-1Н-индазол-3-карбоксамидо] бутановой кислоты - производное Метилового эфира 3-метил-2-(1-бензил-1Н-индазол-3-карбоксамидо)бутановой кислоты с никотином, который не является наркотическим средством массой не менее 0,266 гр., в крупном размере; смесь наркотических средств ?-Пирролидиновалерофенон – производное N-метилэфедрон и Метиловый эфир 3-метил-2-[1-(4-фторбензил)-1Н-индазол-3-карбоксамидо] бутановой кислоты - производное Метилового эфира 3-метил-2-(1-бензил-1Н-индазол-3-карбоксамидо) бутановой кислоты, массой не менее 3,040 гр., в крупном размере, однако не смогли довести свой преступный умысел, направленный на незаконный сбыт наркотических средств, до конца по независящим от них обстоятельствам, так как наркотические средства были изъяты сотрудниками полиции и преступная деятельность которых пресечена в результате их задержания сотрудниками полиции. ____ 2017 года в период времени с 02 часов 13 минут до 02 часов 23 минут в ходе оперативно-розыскного мероприятия «Обследование помещений, зданий, сооружений, участков местности и транспортных средств» в кв. №, &lt;...&gt; обнаружено и изъято приготовленное к незаконному сбыту ФИО2 и лицом «В» наркотическое средство Метиловый эфир 3-метил-2-[1-(4-фторбензил)-1Н-индазол-3-карбоксамидо] бутановой кислоты - производное Метилового эфира 3-метил-2-(1-бензил-1Н-индазол-3-карбоксамидо)бутановой кислоты весом 43,545 гр., в крупном размере ___. ____ 2017 года в период времени с 16 часов 06 минут до 21 часа 00 минут в ходе обыска в жилище, расположенном по адресу: &lt;...&gt; № км, д. №, кв. № обнаружены и изъяты приготовленные к незаконному сбыту ФИО2 и лицом «В» наркотические средства: - Метиловый эфир 3-метил-2-[1-(4-фторбензил)-1Н-индазол-3-карбоксамидо] бутановой кислоты - производное Метилового эфира 3-метил-2-(1-бензил-1Н-индазол-3-карбоксамидо) бутановой кислоты массой 2,670 гр., в крупном размере, упакованное в три полимерных свертка; - Метиловый эфир 3-метил-2-[1-(4-фторбензил)-1Н-индазол-3-карбоксамидо] бутановой кислоты - производное Метилового эфира 3-метил-2-(1-бензил-1Н-индазол-3-карбоксамидо)бутановой кислоты массой 293 гр., в крупном размере, упакованное в пластиковую бутылку ___ - Метиловый эфир 3-метил-2-[1-(4-фторбензил)-1Н-индазол-3-карбоксамидо] бутановой кислоты - производное Метилового эфира 3-метил-2-(1-бензил-1Н-индазол-3-карбоксамидо)бутановой кислоты массой 191 гр., в крупном размере, упакованное в металлическую бутылку ___; - Метиловый эфир 3-метил-2-[1-(4-фторбензил)-1Н-индазол-3-карбоксамидо] бутановой кислоты - производное Метилового эфира 3-метил-2-(1-бензил-1Н-индазол-3-карбоксамидо)бутановой кислоты массой 1,010 гр., в крупном размере, упакованное в полимерную упаковку; - Метиловый эфир 3-метил-2-[1-(4-фторбензил)-1Н-индазол-3-карбоксамидо] бутановой кислоты - производное Метилового эфира 3-метил-2-(1-бензил-1Н-индазол-3-карбоксамидо)бутановой кислоты массой 0,268 гр., в крупном размере, упакованное в крышку ___; - смесь наркотических средств ?-Пирролидиновалерофенон – производное N-метилэфедрон и Метиловый эфир 3-метил-2-[1-(4-фторбензил)-1Н-индазол-3-карбоксамидо] бутановой кислоты - производное Метилового эфира 3-метил-2-(1-бензил-1Н-индазол-3-карбоксамидо)бутановой кислоты с никотином, который не является наркотическим средством массой не менее 0,266 гр., упакованные в пачку из-под сигарет ___»; - смесь наркотических средств ?-Пирролидиновалерофенон – производное N-метилэфедрона и Метиловый эфир 3-метил-2-[1-(4-фторбензил)-1Н-индазол-3-карбоксамидо] бутановой кислоты - производное Метилового эфира 3-метил-2-(1-бензил-1Н-индазол-3-карбоксамидо)бутановой кислоты массой 3,040 гр., в крупном размере, упакованные в полимерный сверток. Согласно «Перечню наркотических средств, психотропных веществ и их прекурсоров, подлежащих контролю в Российской Федерации», утвержденному Постановлением Правительства РФ 30 июня 1998 года № 681 «Об утверждении перечня наркотических средств, психотропных веществ и их прекурсоров, подлежащих контролю в Российской Федерации» (в ред. Постановления Правительства РФ от 30.10.2010 № 882, от 09.12.2014 № 1340) N – метилэфедрон и его производные, Метиловый эфир 3-метил-2-(1-бензил-1Н-индазол-3-карбоксамидо)бутановой кислоты и его производные отнесены к наркотическим средствам (список № 1). Согласно Постановления Правительства РФ от 1 октября 2012 года № 1002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 228.1 , и 229.1 Уголовного кодекса Российской Федерации» (в ред. Постановления Правительства РФ от 30.10.2010 № 882, от 09.12.2014 № 1340) вес наркотического средства Метиловый эфир 3-метил-2-(1-бензил-1Н-индазол-3-карбоксамидо)бутановой кислоты и его производных свыше 500 г. относится к особо крупному размеру; вес наркотического средства N-метилэфедрон и его производных весом от 1 г. до 200 г. относится к крупному размеру.</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Он же, ФИО2 содержал притон и систематически предоставлял помещение для потребления наркотических средств при следующих обстоятельствах. ____ 2017 года ФИО2, умышленно, незаконно, заведомо зная, что содержание притона и систематическое предоставление помещения для потребления наркотических средств запрещены уголовным законодательством РФ, осознавая общественную опасность своих действий, предвидя и желая их наступления, имея доступ и возможность свободно распоряжаться помещением своего жилища, расположенного по адресу: &lt;...&gt; № км, д. №, кв. № будучи потребителем наркотических средств, испытывая необходимость в постоянном доступе к наркотическим средствам, с целью получения разовых доз наркотических средств для личного потребления, решил содержать в своей квартире притон и систематически предоставлять помещения для потребления наркотических средств своим знакомым и ____ 2017 года в период времени с 18 часов 00 минут до 21 часа 00 минут ФИО2, находясь в своей квартире, расположенной по адресу: &lt;...&gt; № км, д. № кв. №, подыскал и предложил собравшимся у него в квартире наркозависимым лицам «В», «С», «М1», «Д», «К», «П», «К1» систематически потреблять наркотические средства в этой его квартире и разъяснил им, что для посещения его притона они должны будут приносить с собой наркотические средства ?-Пирролидиновалерофенон – производное N-метилэфедрона, именуемое на сленге как «скорость», и Метиловый эфир 3-метил-2-[1-(4-фторбензил)-1Н-индазол-3-карбоксамидо] бутановой кислоты - производное Метилового эфира 3-метил-2-(1-бензил-1Н-индазол-3-карбоксамидо) бутановой кислоты, ___, для совместного употребления, часть ингредиентов для внутривенного употребления наркотических средств ___; им запрещалось выносить наркотические средства из притона для потребления его вне притона; им разрешалось во время приготовления наркотических средств находиться в притоне и пользоваться мебелью ___, туалетом; им запрещалось выходить из притона во время употребления наркотических средств; после потребления наркотических средств, им разрешалось находиться в притоне продолжительное время в состоянии наркотического опьянения; часть приготовленных наркотических средств ФИО2 будет оставлять себе для личного потребления. В свою очередь ФИО2 будет выделять им для потребления наркотических средств все помещения квартиры: комнату, кухню, коридор, санузел, для неоднократного потребления наркотических средств. Также, ФИО2 для потребления наркотических средств решил воспользоваться имеющейся у него в квартире мебелью: ___ бытовыми приборами: ___ и иными предметами: ___. В период с ____ 2017 года до ____ 2017 для полноценного функционирования притона, обеспечения безопасности и предотвращения пресечения деятельности данного притона ФИО2 не допускал в притон лиц, которые могли сообщить о притоне сотрудникам правоохранительных органов, осуществлял меры конспирации, а именно, запирал дом и не открывал его на время потребления наркотических средств, открывал двери в дом после визуальной проверки территории двора и подъезда, зашторивал окна во время употребления наркотических средств, не открывал двери, не убедившись в том, что это посетители притона, самостоятельно изготавливал наркотические средства для внутривенного употребления, осуществлял уборку, проветривание помещения притона после изготовления и потребления наркотических средств и для удобства посетителей он самостоятельно изготавливал смесь наркотических средств ___ а также создавал все необходимые условия для изготовления и неоднократного беспрепятственного потребления наркотических средств у него в притоне по адресу: &lt;...&gt; № км, д. №, кв. №. Так, в период с ____ 2017 года до ____ 2017 года, точные дата и время следствием не установлены, ФИО2, осознавая незаконный характер своих действий, действуя умышленно и незаконно, с периодичностью 3 - 4 раза в неделю предоставлял свою квартиру, расположенную по адресу: &lt;...&gt; № км, д. №, кв. №, для потребления наркотических средств, лицам «В», «С», «М1», «Д», «К», «П», «К1», которые систематически, не менее 10 раз, каждый посещали квартиру ФИО2, по вышеуказанному адресу на оговоренных ранее условиях для потребления наркотических средств. При этом ФИО2 получал для личного потребления часть принесенных наркотических средств за предоставление им притона вышеуказанным лицам. В период с ____ 2017 года до ____ 2017 года ФИО2 ввиду сложившихся дружеских отношений стал самостоятельно угощать посетителей притона – лица «В», «С», «М1», «Д», «К», «П», «К» появившимися у него наркотическими средствами «скорость» и «рега». В период с ____ 2017 года до ____ 2017 года после потребления наркотических средств, в целях последующего комфортного использования притона для потребления наркотических средств лицами, находящимися в притоне, ФИО2 осуществлял уборку помещения, мыл посуду, используемую для изготовления смеси с наркотическими средствами, проветривал дом и организовывал вынос мусора, оставшегося после изготовления смеси и потребления наркотических средств. ____ 2017 года преступная деятельность ФИО2 по содержанию притона и систематическому предоставлению помещения для потребления наркотических средств была пресечена сотрудниками полиции, когда при производстве обыска в жилище по адресу: &lt;...&gt; № км, д. №, кв. №, обнаружены и изъяты наркотическое средство: - Метиловый эфир 3-метил-2-[1-(4-фторбензил)-1Н-индазол-3-карбоксамидо] бутановой кислоты - производное Метилового эфира 3-метил-2-(1-бензил-1Н-индазол-3-карбоксамидо)бутановой кислоты массой 487,948 гр., в крупном размере; - смесь наркотических средств ?-Пирролидиновалерофенон – производное N-метилэфедрон и Метиловый эфир 3-метил-2-[1-(4-фторбензил)-1Н-индазол-3-карбоксамидо] бутановой кислоты - производное Метилового эфира 3-метил-2-(1-бензил-1Н-индазол-3-карбоксамидо)бутановой кислоты с никотином, который не является наркотическим средством массой 0,266 гр., в крупном размере; - смесь наркотических средств ?-Пирролидиновалерофенон – производное N-метилэфедрон и Метиловый эфир 3-метил-2-[1-(4-фторбензил)-1Н-индазол-3-карбоксамидо] бутановой кислоты - производное Метилового эфира 3-метил-2-(1-бензил-1Н-индазол-3-карбоксамидо)бутановой кислоты массой 3,040 гр., в крупном размере; а также приспособления для употребления наркотических средств (инсулиновые шприцы, фрагменты бутылок, лампа, трубочки, фрагменты проволоки, фрагменты картона, фрагменты фольги, различная посуда и т.д.) со следовыми количествами наркотических средств ?-Пирролидиновалерофенон – производное N-метилэфедрон и Метиловый эфир 3-метил-2-[1-(4-фторбензил)-1Н-индазол-3-карбоксамидо] бутановой кислоты - производное Метилового эфира 3-метил-2-(1-бензил-1Н-индазол-3-карбоксамидо)бутановой кислоты. В соответствии со ст. 1 главы 1 Федерального закона РФ от 8 января 1998 года№3-ФЗ «О наркотических средствах и психотропных веществах» наркотические средства – вещества синтетического или естественного происхождения, препараты, растения, включенные в «Перечень наркотических средств, психотропных веществ или их прекурсоров, подлежащих контролю в Российской Федерации». Согласно «Перечню наркотических средств, психотропных веществ и их прекурсоров, подлежащих контролю в Российской Федерации», утвержденному Постановлением Правительства РФ 30 июня 1998 года № 681 «Об утверждении перечня наркотических средств, психотропных веществ и их прекурсоров, подлежащих контролю в Российской Федерации» (в ред. Постановления Правительства РФ от 30.10.2010 № 882, от 09.12.2014№ 1340) N – метилэфедрон и его производные, метиловый эфир 3-метил-2-(1-бензил-1Н-индазол-3-карбоксамидо)бутановой кислоты и его производные отнесены к наркотическим средствам (список № 1). В судебном заседании установлено, что ходатайство о заключении досудебного соглашения о сотрудничестве заявлено ФИО2 (___). Досудебное соглашение о сотрудничестве между ФИО2 и заместителем прокурора Республики Саха (Якутия) ФИО3 заключено ____ 2017 года в присутствии защитника адвоката. Согласно данному соглашению ФИО2 обязался: - дать правдивые показания по поводу покушения на сбыт наркотических средств; - дать изобличающие показания в отношении своих соучастников преступления, подтвердить свои показания на очных ставках с ними; - сообщить в другом преступлении, а именно об организации и содержании притона; - дать показания о происхождении наркотических средств, сбытом которых он занимался; - дать показания в отношении лиц, сбывших ему наркотические средства, подтвердить эти показания на очных ставках. В судебном заседании государственный обвинитель старший помощник прокурора г. Якутска Республики Саха (Якутия) ФИО1 подтвердил, что ФИО2 активно способствовал следствию в раскрытии преступления, дал правдивые показания, способствовал изобличению и уголовном преследовании других соучастников преступления, сообщил о совершении им преступлении, неизвестном органу следствия. В судебном заседании подсудимый ФИО2 подтвердил обстоятельства совершения им преступлений, полное выполнение им условий досудебного соглашения активное способствование расследованию и раскрытии преступления, изобличении и уголовном преследовании других соучастников преступления, признал вину, в содеянном раскаялся. Согласившись с предъявленным обвинением, подсудимый ФИО2 в судебном заседании пояснил, что с 2015 года после освобождения ___ попробовал наркотики. В конце 2016 года появилась зависимость к употреблению наркотических средств, употреблял наркотики постоянно. Приобретал наркотические средства в интернет магазине «___», «___» через приложение «___» -, осуществлял оплату через «___». Получал наркотическое средство бесконтактным способом после оплаты. Передвигался он транспортном средстве № «Кроун». В ____ 2017 года во дворе улицы Дзержинского д.№ г. Якутска встретился с лицом Н., который ему предложил поменять машину на наркотические средства. Предложил поменять автомобиль на наркотики «скорость» и «рега» весом около килограмма, он сказал, покурит. Подъехал на Белое Озеро, тот был с парнем по имени К. Они дали ему наркотики, он попробовал и обменял машину на наркотики. Договор не составляли. Ему были переданы 3 пакета наркотических средств. Приобретенные наркотические средства он хранил дома, по адресу: &lt;...&gt; № км, д.№, кв.№. Первой целью было для личного потребления. По розничной цене наркотики в деньгах выходили на сумму около 3 000 000 рублей, поэтому он хотел употребить и остаться при бизнесе, его машина стоила дешевле. Лицо В. знает с конца 2015 года, может быть с начала 2016 года. До этого года с ней виделся три раза, тоже совместно употребляли наркотики, в этом году начали чаще видеться. С ней проживали вместе по адресу: &lt;...&gt; д.№ кв.№. С лицом С. он познакомился в новогодние праздники, она также является потребителем наркотических средств, употребляли наркотические средства, встречались у него и у нее дома по адресу: &lt;...&gt; д.№, кв.№. Вместе курили, безвозмездно передавал ей наркотики, угощал, сколько раз, не может сказать, наверное, где-то 10 раз. Знает лицо М1 с начала 2017 года или с конца 2016 года, она также употребляет наркотические средства. Второго числа он приехал к лицу С. на ФИО4, д.№, кв.№ и хотел поспать у нее, отдохнуть после долгого употребления наркотиков и у него с собой было наркотическое средство. Вместе употребили наркотическое средство, он уснул, потом проснулся, она не спала, и они еще раз употребили наркотическое средство, потом она попросила дать ей. Не помнит сколько передал, она сама взяла с его разрешения сколько хотела. С лицом В. они вместе распоряжались наркотиками, находящимися у него дома. Все с собой не таскали, на глаз фасовали в полиэтиленовые пакеты, чтобы удобнее было с собой таскать. Осуществлялась передача наркотических средств тем, что вместе курили, за денежные средства не передавали наркотические средства. Дом по Сергеляхскому шоссе принадлежит его отцу, а он пользуется им с весны 2016 года и кроме него из родственников никто в этом доме не проживал. С ____.2017 данная квартира находилась в его пользовании как притон для совместного потребления со своими знакомыми наркотических средств, вместе праздновали новый год, являлось платой за пользование этим помещением то, что они приходили со своими наркотиками, целью было совместное употребление наркотических средств. Правила нахождения в этом притоне определяли все те, кто там находился. Самые главные правила: смотреть, незнакомые машины есть, нет во дворе, там незнакомых машин редко бывает, это и есть меры конспирации. Предпринимали действия, чтобы соседи не услышали запах - курили в туалете, где есть вытяжка. Подготавливали смеси для внутривенного употребления наркотических средств когда как. Осуществлял уборку помещения после употребления наркотиков иногда он, иногда кто-нибудь другой. Доступ к этой квартире имели лица В., М1, К, С, П, К1 и Д. Приходили только те, которых он знал лично. О притоне он все рассказал правоохранительным органам, давал правдивые показания, на очной ставке все показания совпадали, участвовал при проверке показаний на месте, рассказал, где оставляли, где хранили наркотические средства. В целях определения характера и пределов содействия подсудимого следствию в раскрытии и расследовании преступления, изобличении и уголовном преследовании других соучастников преступления, а также значение сотрудничества с подсудимым для раскрытия и расследования преступления исследованы доказательства: - протокол дополнительного допроса обвиняемого от ____ 2017 года (___), в котором ФИО2 признается, что после освобождения от мест лишения свободы он на постоянной основе стал употреблять наркотические средства и, не имея денег, создал у себя дома притон, приглашая из числа своих знакомых с наркотиками, чтобы последние его угощали, в связи с чем, стал приглашать их с начала ____ 2017 года. Для сокрытия от полиции данного обстоятельства, он запирал двери, проветривал помещение жилья, по возможности убирался в квартире и выносил мусор. - протокол очной ставки от ____ 2017 года, согласно которому лицо С. показала, что ____ 2017 года к ней домой на ул. ФИО4 д. №, кв. № пришел ФИО2, попросился отдохнуть в связи с тем, что долго употреблял наркотики и принес с собой большой сверток с наркотиками «рега» примерно 50 грамм, на ее просьбу угостить её тремя граммами «___», подсудимый ФИО2 согласился, отсыпал ей около трех граммов «___», которую она расфасовала в семь бумажных свертков, примерно по 0,5 грамм и меньше во фрагменты бумаги из инструкции сотового телефона, то есть ФИО2 сбыл ей около трех граммов наркотика «___». ФИО2 сказал, что остальные наркотики в свертке оставляет на хранение, на что лицо С. согласилась и вместе спрятали сверток в ее комнате на полке шкафа, положив в женскую сумочку. В ____ 2017 года она сбыла по одному свертку своим знакомым М. и В1., в тот же день ее задержали и дома изъяли наркотик, оставленный для хранения. Лицо С. также показала, что в квартире ФИО2 собрались с целью употребить наркотики и в целях безопасности ФИО2 предложил ежедневно приходить к нему домой употреблять наркотики, а ему рем приносили в квартиру наркотики, которые тот тоже бы употреблял с ними. Указанные показания подсудимый ФИО2 подтвердил. (___). - протокол проверки показания на месте от ____ 2017 года с фототаблицей, согласно которому ФИО2 указал период времени и место обмена его транспортного средства на наркотические средства, когда и где передал незаконно приобретенное им наркотическое средство, места хранения незаконно приобретенных наркотических средств и где предложил своим знакомым посещать его квартиру постоянно для употребления наркотических средств и приносить наркотики с собой (___). - протокол дополнительного допроса ФИО2, согласно которому он дал полные признательные показания относительно совершенных им преступлений; полные изобличающие показания в отношении его соучастников преступления; подтвердил показания в ходе очных ставок (___). Данные протокола допросов подсудимый в судебном заседании подтвердил; - рапорт о проводении оперативно-розыскных мероприятий. Следовательно, ФИО2 соблюдены все условия и выполнены все обязательства, предусмотренные заключенным соглашением о сотрудничестве. Суд, выслушав государственного обвинителя, мнения сторон, считает возможным в соответствии с ч. 5 ст. 317.7 УПК РФ постановить обвинительный приговор в отношении ФИО2, с которым заключено досудебное соглашение, рассмотрев дело в особом порядке судопроизводства. Обвинение, с которым согласился подсудимый, обоснованно, подтверждается доказательствами, собранными по уголовному делу. Суд действия ФИО2 квалифицирует: - по ч. 3 ст. – ч. 5 ст. 228.1 УК РФ как покушение, то есть умышленное действия лица, непосредственно направленные на совершение незаконного сбыта наркотических средств, совершенное группой лиц по предварительному сговору, в особо крупном размере, если при этом преступление не было доведено до конца по независящим от этого лица обстоятельствам; - по ч. 1 ст. 232 УК РФ как содержание притона и систематическое предоставление помещения для потребления наркотических средств. Назначая наказание в соответствии с требованиями ч. 1 ст. , ч. 3 ст. 60 УК РФ суд учитывает характер и степень общественной опасности содеянного, всех смягчающих и отягчающее наказание обстоятельств, в том числе данных о личности виновного, влияния назначенного наказания на его исправление и условия жизни его семьи. Обстоятельствами, смягчающими наказание, по обоим преступлениям судом, на основании п. «и» ч. 1 ст. 61 УК РФ , признается активное способствование раскрытию и расследованию преступления, на основании ч. 2 ст. 61 УК РФ , полное признание вины, раскаяние в содеянном, молодой возраст, состояние здоровья, инвалидность II группы. Суд признает смягчающим наказание обстоятельством по первому преступлению, на основании п. «и» ч. 1 ст. 61 УК РФ , изобличение и уголовное преследование других соучастников преступления, по второму преступлению, на основании п. «и» ч. 1 ст. 61 УК РФ явку с повинной, поскольку подсудимый представил сведения о совершении им преступления, неизвестную органу следствия. Преступления подсудимым ФИО2 совершены в период не погашенной и не снятой судимости по предыдущим приговорам Якутского городского суда Республики Саха (Якутия) от 20 апреля 2001 года и 26 апреля 2002 года, в связи с чем, суд признает в действиях ФИО2 по обоим преступлениям наличие отягчающего наказание обстоятельства – рецидива преступлений, в соответствии с п. «а» ч. 1 ст. 63 УК РФ . По первому преступлению суд усматривает в действиях подсудимого ФИО2 особо опасный рецидив, согласно п. «б» ч. 3 ст. 18 УК РФ , поскольку последний совершил особо тяжкое преступление, будучи ранее осужденным за особо тяжкое преступление. По второму преступлению суд усматривает в действиях подсудимого ФИО2 рецидив преступлений, согласно ч. 1 ст. 18 УК РФ , так как последний совершил умышленное преступление средней тяжести, имея судимость за ранее совершенные преступления. Наличие обстоятельств, смягчающих наказание, которые предусмотрены п. «и» ч. 1 ст. 61 УК РФ , при заключении досудебного соглашения, являются основанием для назначения наказания с применением положений ч. 2 ст. 62 УК РФ , при отсутствии отягчающих наказание обстоятельств. Вместе с тем, в действиях подсудимого имеются отягчающие наказание обстоятельства по обоим преступлениям, в связи с чем, данные положения уголовного закона судом не применяются. Суд, изучив личность подсудимого ФИО2 установил, что последний имеет постоянное место жительство, в котором проживает один и характеризуется отрицательно, замечания со стороны соседей неоднократно поступали, приводит домой посторонних лиц, нигде не работает, неоднократно привлекался к административной ответственности по линии ГИБДД, на учете в ОУУП и ПДН ОП № 1 МУ МВД РФ «Якутское» не состоит, что следует из бытовой характеристики. Подсудимый ФИО2 не состоит в браке, не имеет детей. По месту отбывания наказания по предыдущему приговору ФИО2 по состоянию на март 2015 года характеризовался посредственно, имел 30 взысканий, 4 из которых устные. В ГБУ «Якутский республиканский наркологический диспансер», ГБУ «Якутский Республиканский психоневрологический диспансер» подсудимый ФИО2 на учёте не состоит, ранее судим, привлекался к административной ответственности. Таким образом, как личность, подсудимый ФИО2, в целом, характеризуется отрицательно. С учётом того, что ФИО2 на учёте у врача психиатра не состоит по психическим заболеваниям, в судебном заседании ведёт себя адекватно, суд приходит к выводу, что он является вменяемым, в связи с чем, подлежит наказанию за совершённое преступление. Оснований для постановления приговора в отношении ФИО2 без назначения наказания или освобождения его от наказания, суд не усматривает. При определении вида и размера наказания суд руководствуется ст. 43 УК РФ в целях восстановления социальной справедливости и исправления виновного, предупреждения совершения новых преступлений. С учётом обстоятельств совершённого преступления, степени его общественной опасности, а также наступивших последствий, суд не находит оснований для изменения категории совершённого подсудимым ФИО2 преступления на менее тяжкую в соответствии с ч. 6 ст. 15 УК РФ . Поскольку с подсудимым заключено досудебное соглашение, то в соответствии с требованиями ч. 4 ст. 62 УК РФ , суд исключает назначения наказания в виде пожизненного лишения свободы. По неоконченному преступлению суд применяет положения ч. 3 ст. 66 УК РФ . Имеется остаток штрафа в размере 4 054,42 рублей по приговору суда от 26.04.2002 года, однако в постановлении Якутскогого городского суда Республики Саха (Якутия) от 22.06.2011 года о применении ст. 10 УК РФ , данный вид наказания не указан в качестве дополнительного наказания, суд не учитывает его при назначении наказания. Суд не усматривает оснований для применения ст. 64 УК РФ и назначения наказания ниже низшего предела, поскольку при наличии отягчающего наказания совокупность смягчающих наказание обстоятельств, установленных судом, не признаются исключительными. Учитывая отношения подсудимого к содеянному, его личности, активного способствования раскрытию и расследованию преступления, изобличению и уголовному преследованию других соучастников преступления, полного признания вины и раскаяния в содеянном, явки с повинной под одному преступлению (ч. 1 ст. 232 УК РФ ), а также целенаправленности преступных действий, тяжесть совершённых деяний, связанных с незаконным оборотом наркотических средств, направленных против здоровья и нравственности населения, повышенной общественной опасности содеянного, в целях восстановления социальной справедливости, исправления ФИО2 и предупреждения совершения новых преступлений, суд пришел к выводу о возможности его исправления в условиях изоляции от общества. С учетом вышеприведенных обстоятельств оснований для применения правил ст. 73 УК РФ суд не находит. Решая вопрос о дополнительных наказаниях суд, учитывая совокупность смягчающих наказание обстоятельств и возможность исправления ФИО2 в ходе отбытия им основного наказания, считает возможным не назначать ему дополнительных наказаний по ч. 3 ст. - ч. 5 ст. 228.1 УК РФ в виде лишения права занимать определенные должности или заниматься определенной деятельностью и штрафа, по ч. 1 ст. 232 УК РФ в виде ограничения свободы. Поскольку одно из преступлений, совершенных ФИО2 является преступлением средней тяжести, второе неоконченное особо тяжкое преступление, то окончательное наказание по совокупности преступлений должно быть назначено по правилам ч. 2 ст. 69 УК РФ . Подсудимому ФИО2 следует, согласно п. «г» ч. 1 ст. 58 УК РФ , определить местом отбывания наказания исправительную колонию особого режима. Судебные издержки, связанные с оплатой труда адвоката осуществляющего защиту подсудимого в судебном заседании по назначению суда, подлежат возмещению за счёт средств федерального бюджета, о чём вынести отдельное постановление. Иных судебных издержек по делу не имеется. На основании изложенного и руководствуясь ст.ст. , 317.1 - 317.7 УПК РФ , суд ПРИГОВОРИЛ: Признать ФИО2 виновным в совершении преступлений, предусмотренных ч. 3 ст. – ч. 5 ст. 228.1 УК РФ , ч. 1 ст. 232 УК РФ и, назначить наказание по ч. 3 ст. – ч. 5 ст. 228.1 УК РФ в виде лишения свободы 08 (восемь) лет без лишения права занимать определенные должности или заниматься определенной деятельностью, без штрафа. по ч. 1 ст. 232 УК РФ в виде лишения свободы 01 (один) год 06 (месяцев) без ограничения свободы. На основании ч. 2 ст. 69 УК РФ по совокупности преступлений путем частичного сложения назначенных наказаний окончательно назначить наказание в виде лишения свободы на срок 08 (восемь) лет 06 (шесть) месяцев, с отбыванием наказания в исправительной колонии особого режима, без лишения права занимать определенные должности или заниматься определенной деятельностью, без штрафа и без ограничения свободы Меру пресечения ФИО2 в виде содержания под стражей оставить без изменения. Срок наказания ФИО2 исчислять с 07 августа 2017 года. Зачесть в срок отбывания наказания время содержания ФИО2 под стражей с 11 апреля 2017 года до 06 августа 2017 года включительно. Судебные издержки, связанные с оплатой труда адвоката осуществляющего защиту подсудимого в судебном заседании по назначению суда, подлежат возмещению за счёт средств федерального бюджета, о чём вынести отдельное постановление. Иных судебных издержек по делу не имеется. Приговор может быть обжалован в апелляционном порядке в Верховный суд Республики Саха (Якутия) в течение 10 (десяти) суток со дня провозглашения, а осуждённым – в тот же срок со дня вручения ему копии приговора. В случае обжалования приговора, осуждённому разъяснить право заявить ходатайство о своём участии при рассмотрении уголовного дела судом апелляционной инстанции, право поручать осуществление своей защиты избранному им защитнику, либо ходатайствовать перед судом о назначении защитника, право пригласить адвоката (защитника) по своему выбору, отказаться от защитника, ходатайствовать о назначении другого защитника (ст. 16 ч. 4). Разъяснить, что в случае неявки приглашённого защитника в течение 5 суток, суд вправе предложить пригласить другого защитника, а в случае отказа – принять меры по назначению защитника по своему усмотрению. При получении копий апелляционных жалоб и представления, затрагивающих интересы подсудимого, последний в течение 10 (десяти) суток вправе заявить ходатайство о своём участии в рассмотрении уголовного дела судом апелляционной инстанции. Судья п/п А.А. Горохов Копия верна Судья А.А. Горохов Суд: Якутский городской суд (Республика Саха (Якутия)) (подробнее) Судьи дела: Горохов Альберт Альбертович (судья) (подробнее) Судебная практика по: Контрабанда Судебная практика по применению норм ст. 200.1, 200.2, 226.1, 229.1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