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 Обвиняемого в совершении преступления предусмотренного п. «а» ч. 3 ст. 158 УК РФ У С Т А Н О В И Л: ДД.ММ.ГГГГ, около 10 часов, ФИО3 ФИО1, будучи в состоянии алкогольного опьянения, имея умысел на &lt;данные изъяты&gt; хищение чужого имущества, подошел к &lt;адрес&gt;, принадлежащую ФИО2, после чего путем разбития локтем стекла в оконной раме веранды, через оконный проем, незаконно проник в помещение вышеуказанной квартиры, откуда из корыстных побуждений, в отсутствии посторонних лиц, &lt;данные изъяты&gt; из кладового помещения похитил бензопилу марки «&lt;данные изъяты&gt; стоимостью № 70 метров медного двухжильного провода стоимостью № за 1 метр на сумму №, принадлежащие ФИО2, чем причинил потерпевшему ФИО2 материальный ущерб на общую сумму №. После чего похищенным имуществом ФИО3 распорядился по своему усмотрению. В судебном заседании при рассмотрении дела по существу подсудимым ФИО3 в присутствии защитника также, было поддержано ходатайство об особом порядке судебного разбирательства. ФИО3 пояснил, что с предъявленным обвинением он полностью согласен, свою вину в совершении преступления признает в полном объеме, осознает характер и последствия заявленного им ходатайства, ему была предоставлена квалифицированная юридическая помощь, и он заявляет данное ходатайство добровольно, после проведения консультации с защитником. Порядок обжалования приговора, вынесенного в особом порядке ему понятен. Защитник Морозова Е.Р. поддержала заявленное подсудимым ходатайство. Государственный обвинитель помощник прокурора Краснобаковского района Нижегородской области Исаев И.И., не возражал против рассмотрения дела в особом порядке. Потерпевший не возражает о рассмотрении уголовного дела в особом порядке, о чем представил суду заявление. Выслушав в судебном заседании подсудимого ФИО3 пояснившего, что предъявленное обвинение ему понятно, он с ним полностью согласен, вину признаёт, своё ходатайство о постановлении приговора без проведения судебного разбирательства поддерживает, оно заявлено им добровольно, после консультации с защитником, последствия постановления приговора без проведения судебного разбирательства осознаёт, а также выслушав мнение защитника и государственного обвинителя, не возражавших о рассмотрении дела в особом порядке, суд приходит к выводу, что основания для отказа в удовлетворении ходатайства подсудимому ФИО3 о постановлении приговора без проведения судебного разбирательства отсутствуют, предъявленное обвинение обоснованно и подтверждается содержащимися в материалах дела доказательствами, собранными без нарушений уголовно-процессуального законодательства. Проверив материалы уголовного дела и имеющиеся в нем доказательства на предмет допустимости и достаточности, суд, квалифицирует действия подсудимого ФИО3 по п. «а» ч. 3 ст. 158 УК РФ - как кражу, то есть &lt;данные изъяты&gt; хищение чужого имущества, совершенная с незаконным проникновением в жилище. При назначении наказания суд, в соответствии со ст. , ст. , ст. 60 УК РФ , руководствуясь принципом справедливости, учитывает мотивы и способы совершения преступления, характер и степень общественной опасности совершенного преступления, которое относится к категории тяжких преступлений, а также данные о личности подсудимого, ранее судим, под диспансерным наблюдением в психиатрической больнице не находится, под диспансерным наблюдением у нарколога не находится, по месту жительства характеризуется положительно. Смягчающим по делу обстоятельством в соответствии с п. «и» ч. 1 ст. 61 УК РФ суд признает явку с повинной, активное способствование раскрытию и расследованию преступления, в соответствии с п. «к» ч. 1 ст. 61 УК РФ добровольное возмещение имущественного ущерба потерпевшему,в соответствии с ч.2 ст. 61 УК РФ признание вины, раскаяние,состояние здоровья ФИО3 С учетом характера и степени общественной опасности преступления, фактических обстоятельств его совершения, а также в связи с отсутствием в деле сведений, свидетельствующих о том, каким образом состояние алкогольного опьянения способствовало совершению ФИО3 преступления, суд считает возможным не признавать обстоятельством, отягчающим наказание ФИО3, совершение им преступления в состоянии опьянения, вызванного потреблением алкоголя в соответствии с ч.1.1 ст. 63 УК РФ . Отягчающих по делу обстоятельств судом не установлено. Преступление совершенное ФИО3 относится к категории тяжких, оснований для изменения категории преступления на менее тяжкую, в соответствии с ч.6 ст. 15 УК РФ , не имеется. Судом также установлено, что подсудимый ФИО3 судим, приговором Краснобаковского районного суда Нижегородской области ДД.ММ.ГГГГ по ст. ч.1, ст. ч.2 п. «б» УК РФ, по ст. ч.2, ст. 71 УК РФ , окончательно к одному году лишения свободы без ограничения свободы, с применением ст. 73 УК РФ , условно, с испытательным сроком один год. С учетом изложенного, суд считает, что в соответствии со ст. ч.5 УК РФ условное осуждение должно быть отменено и наказание назначено в соответствии с ч.1 ст. 70 УК РФ , путем частичного присоединения к назначенному наказанию не отбытой части наказания по предыдущему приговору, без учета ч.3 и ч. 2 ст. 68 УК РФ , с применением ч. 1 ст. 62, без применения ст. 64 УК РФ , с применением ч. 5 ст. 62 УК РФ , с отбыванием наказания в исправительной колонии общего режима в соответствии с п. «б» ч.1 ст. 58 УК РФ без ограничения свободы и без штрафа. Меру пресечения до вступления приговора в законную силу в отношении ФИО3 изменить, с подписки о невыезде и надлежащем поведении на заключение под стражу, взять подсудимого ФИО3 под стражу в зале суда. Срок отбытия наказания исчислять с ДД.ММ.ГГГГ, Гражданский иск по делу не заявлен. На основании ч. 3 ст. 81 УПК РФ , суд, разрешая вопрос о вещественных доказательствах по делу определил следующее: - бензопилу марки «&lt;данные изъяты&gt; хранящуюся у потерпевшего ФИО2 /л.д.38 / - оставить у потерпевшего по принадлежности. Процессуальные издержки взысканию с подсудимых не подлежат на основании ч. 10 ст. 316 УПК РФ , поскольку дело рассматривалось в особом порядке. На основании изложенного и руководствуясь ст.ст. - , ст. 316 УПК РФ , суд П Р И Г О В О Р И Л: Признать ФИО3 ФИО1 виновным в совершении преступления предусмотренного п. «а» ч.3 ст. 158 УК РФ и назначить наказание с учетом требований ч.1 ст. , ч. 5 ст. 62 УК РФ в виде лишения свободы сроком на 2 (два) года, без штрафа, без ограничения свободы, с отбыванием наказания в исправительной колонии общего режима. В соответствии со ст. ч.5 УК РФ условное осуждение ФИО3 по приговору Краснобаковского районного суда Нижегородской области от ДД.ММ.ГГГГ отменить и в соответствии с ч.1 ст. 70 УК РФ путем частичного присоединения к назначенному наказанию неотбытой части наказания по приговору Краснобаковского районного суда Нижегородской области от ДД.ММ.ГГГГ окончательно к отбытию определить 2(два) года 4(четыре) месяца с отбытием наказания в соответствии с п. «б» ч.1 ст. 58 УК РФ в исправительной колонии общего режима, без ограничения свободы и без штрафа. Меру пресечения подписку о невыезде и надлежащем поведении отменить, взять под стражу в зале суда. Срок отбывания наказания ФИО3 исчислять с ДД.ММ.ГГГГ. Гражданский иск по делу не заявлен. Процессуальные издержки взысканию с подсудимого не подлежат на основании ч. 10 ст. 316 УПК РФ , поскольку дело рассматривалось в особом порядке. На основании ч. 3 ст. 81 УПК РФ , суд, разрешая вопрос о вещественных доказательствах по делу определил следующее: бензопилу марки «PATRIOT» 3816 хранящуюся у потерпевшего ФИО2 /л.д.38 / - оставить у потерпевшего по принадлежности. Приговор может быть обжалован в Нижегородский областной суд города Нижний Новгород Нижегородской области через Краснобаковский районный суд Нижегородской области в течение десяти суток со дня провозглашения, а осужденному содержащемуся под стражей в тот же срок со дня вручения ему копии приговора. В тот же срок, в случае подачи апелляционной жалобы, также, со дня вручения копии апелляционного представления или апелляционной жалобы, затрагивающих интересы осужденных, они вправе в апелляционной жалобе, отдельном ходатайстве, или возражениях на жалобу заявить о желании участвовать в заседании суда апелляционной инстанции, путем личного присутствия, а также, поручить осуществление своей защиты избранному защитнику, либо заявить ходатайство суду апелляционной инстанции о назначении защитника, при этом в соответствии с п. 5 ч.2 ст. и ст. 132 УПК РФ суммы, выплаченные адвокату за оказание юридической помощи в случае участия адвоката по назначению относятся к процессуальным издержкам, которые суд вправе взыскать с осужденного. Судья: Шмырина Г.В. Суд: Краснобаковский районный суд (Нижегородская область) (подробнее) Судьи дела: Шмырина Галина Владимировна (судья) (подробнее) Последние документы по делу: Приговор от 18 декабря 2017 г. по делу № 1-44/2017 Приговор от 30 ноября 2017 г. по делу № 1-44/2017 Постановление от 8 ноября 2017 г. по делу № 1-44/2017 Постановление от 8 октября 2017 г. по делу № 1-44/2017 Приговор от 8 октября 2017 г. по делу № 1-44/2017 Приговор от 27 сентября 2017 г. по делу № 1-44/2017 Приговор от 6 сентября 2017 г. по делу № 1-44/2017 Приговор от 17 августа 2017 г. по делу № 1-44/2017 Приговор от 6 августа 2017 г. по делу № 1-44/2017 Постановление от 19 июня 2017 г. по делу № 1-44/2017 Приговор от 16 мая 2017 г. по делу № 1-44/2017 Приговор от 1 мая 2017 г. по делу № 1-44/2017 Приговор от 14 марта 2017 г. по делу № 1-44/2017 Приговор от 31 января 2017 г. по делу № 1-44/2017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