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Казань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08 августа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