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ДД.ММ.ГГГГ по ДД.ММ.ГГГГ, ФИО2 незаконно приобрел путем присвоения найденного, в специально оборудованном месте, являющемся тайником-закладкой, расположенном в кустах у &lt;адрес&gt; в &lt;адрес&gt;, в границах &lt;адрес&gt; железной дороги, сверток с порошкообразным веществом белого цвета, являющимся наркотическим средством - &lt;данные изъяты&gt;, общей массой не менее 27,919 грамма. Затем, ДД.ММ.ГГГГ около 12 часов 00 минут, ФИО2, находясь в состоянии наркотического опьянения, согласно акта медицинского освидетельствования на состояние опьянения № от ДД.ММ.ГГГГ, имея в распоряжении незаконно приобретенное наркотическое средство, и ФИО1, находясь в состоянии наркотического опьянения, согласно акта медицинского освидетельствования на состояние опьянения № от ДД.ММ.ГГГГ, от которого ФИО2 получил информацию о намерении приобрести ФИО17 части вышеуказанного наркотического средства в обмен на сотовый телефон марки «Филипс» IMEI:№, №, находясь по адресу: &lt;адрес&gt;, в ходе устной беседы вступили в предварительный преступный сговор, направленный на незаконный сбыт части данного наркотического средства, распределив при этом роли каждого в совершении преступления. Реализуя свой преступный умысел, направленный на незаконный сбыт наркотического средства, в период времени с 12 часов 00 минут до 13 часов 00 минут, ФИО1 и ФИО2 встретились около подъезда № &lt;адрес&gt;, с ФИО8, который подтвердил свое намерение приобрести у них наркотическое средство в обмен на сотовый телефон, и тут же передал телефон для осмотра. ФИО1 и ФИО2, действуя совместно и согласованно, осмотрели указанный телефон и дали согласие ФИО8 сбыть последнему наркотическое средство. Затем ФИО1 и ФИО2 вернулись в квартиру ФИО1, где ФИО2 отсыпал часть имеющегося у него вещества, которое согласно заключения эксперта №-х от ДД.ММ.ГГГГ содержит в своем составе наркотическое средство - &lt;данные изъяты&gt;, массой 1,912 грамма, что, согласно Постановления Правительства РФ № от ДД.ММ.ГГГГ относится к крупному размеру, упаковал его в газетную бумагу и передал ФИО1 Последний, в свою очередь, согласно отведенной ему роли, находясь на лестничной площадке между 4 и 5 этажами подъезда №, вышеуказанного дома, действуя умышленно, из корыстных побуждений, реализуя единый преступный умысел, действуя совместно и согласованно с ФИО2, из рук в руки сбыл ФИО8 вышеуказанное наркотическое средство.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в период с ДД.ММ.ГГГГ по ДД.ММ.ГГГГ, ФИО2, незаконно приобрел, путем присвоения найденного, в специально оборудованном месте, являющемся тайником-закладкой, расположенном в кустах у &lt;адрес&gt; в &lt;адрес&gt;, в границах &lt;адрес&gt; железной дороги, сверток с порошкообразным веществом белого цвета, являющимся наркотическим средством - ?-&lt;данные изъяты&gt;, общей массой не менее 27,919 грамма. Затем, ДД.ММ.ГГГГ около 12 часов 00 минут, ФИО2, находясь в состоянии наркотического опьянения, согласно акта медицинского освидетельствования на состояние опьянения № от ДД.ММ.ГГГГ, имея в распоряжении незаконно приобретенное наркотическое средство, и ФИО1, будучи в состоянии наркотического опьянения, согласно акта медицинского освидетельствования на состояние опьянения № от ДД.ММ.ГГГГ, от которого ФИО2 получил информацию о намерении приобрести часть вышеуказанного наркотического средства ФИО6 за денежные средства в сумме 1000 рублей, находясь по адресу: &lt;адрес&gt;, в ходе устной беседы вступили в предварительный преступный сговор, направленный на незаконный сбыт части данного наркотического средства, распределив при этом роли каждого в совершении преступления. Далее ФИО6, ДД.ММ.ГГГГ в период времени с 12 часов 00 минут до 15 часов 30 минут, находясь в &lt;адрес&gt;, передал ФИО1 денежные средства в сумме 1000 рублей, которые тот в свою очередь передал ФИО2 Последний, действуя совместно и согласованно с ФИО1, отсыпал часть имеющегося у него вещества, которое согласно заключения эксперта №-х от ДД.ММ.ГГГГ содержит в своем составе &lt;данные изъяты&gt; 0,895 грамма, что, согласно Постановления Правительства РФ № от ДД.ММ.ГГГГ относится к значительному размеру, упаковал его в газетную бумагу и передал ФИО1 ФИО1, в свою очередь, согласно отведенной ему роли, находясь в вышеуказанной квартире, действуя умышленно, из корыстных побуждений, реализуя единый преступный умысел, действуя совместно и согласованно с ФИО2, из рук в руки сбыл ФИО6, ДД.ММ.ГГГГ года рождения, вышеуказанное наркотическое средство.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в период с ДД.ММ.ГГГГ по ДД.ММ.ГГГГ, ФИО2, осознавая общественную опасность своих противоправных действий, направленных против здоровья населения и общественной нравственности, предвидя неизбежность наступления общественно-опасных последствий и желая их наступления, из корыстных побуждений, в нарушение Федерального закона РФ № 3-ФЗ от ДД.ММ.ГГГГ «О наркотических средствах и психотропных веществах», незаконно приобрел, путем присвоения найденного, в специально оборудованном месте, являющемся тайником-закладкой, расположенном в кустах у &lt;адрес&gt; в &lt;адрес&gt;, в границах &lt;адрес&gt; железной дороги, сверток с порошкообразным веществом белого цвета, являющимся наркотическим средством - &lt;данные изъяты&gt;, общей массой не менее 27,919 грамма. Затем, продолжая свои преступные действия, ФИО2, ДД.ММ.ГГГГ не позднее 12 часов 00 минут, находясь в состоянии наркотического опьянения, согласно акта медицинского освидетельствования на состояние опьянения № от ДД.ММ.ГГГГ, с вышеуказанным наркотическим средством приехал в квартиру по месту жительства ФИО1 по адресу: &lt;адрес&gt;. После чего в период времени с 12 часов 00 минут до 15 часов 30 минут ДД.ММ.ГГГГ, ФИО2 оставшуюся после сбыта ФИО8 и ФИО6 часть вещества, которое согласно заключения эксперта №-х от ДД.ММ.ГГГГ содержит в своем составе ?-&lt;данные изъяты&gt;, общей массой 25,112 грамма, упакованного в газетный сверток и пакет из полимерного материала, что, согласно Постановления Правительства РФ № от ДД.ММ.ГГГГ относится к крупному размеру, поместил в принадлежащую ему сумку и хранил при себе в целях личного употребления, без цели дальнейшего сбыта. Впоследствии, с незаконно приобретенным наркотическим средством ФИО2 был задержан сотрудниками Вологодского ЛО МВД России на транспорте возле территории производственной базы Вологодской дистанции пути (ПЧ-15), расположенной по адресу: &lt;адрес&gt;, а указанное наркотическое средство было обнаружено и изъято в ходе проведения личного досмотра гражданина ФИО2 ДД.ММ.ГГГГ в период времени с 20 часов 10 минут до 20 часов 45 минут в помещении дежурной части Вологодского ЛО МВД России на транспорте, расположенной по адресу: &lt;адрес&gt;, &lt;адрес&gt;, &lt;адрес&gt;.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ФИО1 посредством создания благоприятных условий для потребления наркотического средства – дезоморфин, а также конспирации и сокрытия от правоохранительных органов фактов потребления данного наркотического средства потребителями, в период с начала ДД.ММ.ГГГГ ДД.ММ.ГГГГ, умышленно, незаконно, по месту своего жительства по адресу: &lt;адрес&gt;, содержал притон для потребления наркотического средства – дезоморфин и систематически предоставлял помещение указанной квартиры для потребления данного наркотического средства. Так, в один из дней в начале ДД.ММ.ГГГГ года ФИО1 сообщил своим знакомым наркозависимым лицам, а именно: ФИО3, ФИО4, ФИО5, ФИО2, ФИО6 и иным лицам, о том, что в вышеуказанной квартире осуществляется изготовление наркотического средства – дезоморфин, а также уведомил о возможности угощения данных лиц и употребления наркотических средств – дезоморфин, и иных наркотических средств прямо в данной квартире, при условии, что указанные лица будут приобретать необходимые компоненты для изготовления наркотического средства – дезоморфин, либо сами наркотические средства и приносить их с собой в квартиру для употребления. Так, ФИО1 в период с ДД.ММ.ГГГГ ДД.ММ.ГГГГ, находясь по месту своего жительства, по адресу: &lt;адрес&gt;, регулировал порядок посещения квартиры, разрешив своим знакомым ФИО3, ФИО4, ФИО5, ФИО2, ФИО6 и другим лицам неоднократно, в указанный период посещать данную квартиру и использовать её для потребления наркотических средств, тем самым систематически предоставлял помещение вышеуказанной квартиры для потребления различных наркотических средств. При этом, ФИО1 поддерживал функционирование притона следующим образом: обеспечивал посетителей притона предметами и вещами необходимыми для потребления наркотического средства дезоморфин, а именно: водой, шприцами и наркотическим средством дезоморфин для дальнейшего его употребления путём введения внутривенных инъекций, а также в период деятельности притона осуществлял уборку и проветривание помещения. Подсудимый ФИО1 вину в совершении преступлений признал полностью, пояснил, что разрешал наркозависимым лицам приходить в его квартиру по адресу &lt;адрес&gt; для приготовления и употребления наркотических средств, а также они совместно с ФИО2 сбыли наркотическое средство «соль» ФИО6 и ФИО8 Из оглашенных показаний ФИО1, данных им в ходе предварительного следствия, установлено, что он с ДД.ММ.ГГГГ года начал употреблять наркотические средства, имеет зависимость. Вначале ДД.ММ.ГГГГ года к нему обратился ФИО3, и попросился пожить некоторое время. На просьбу ФИО3 он согласился, так как проживал один. В ходе общения с ФИО3 он узнал, что тот тоже употребляет наркотические средства. Во время проживания в его квартире ФИО3 изготавливал бытовым способом наркотическое средство – «дезоморфин» из медицинских препаратов, которые приносил сам. Он совместно с ФИО3 употреблял данное наркотическое средство путем введения инъекций. Последний раз он принимал дезоморфин ДД.ММ.ГГГГ около 10 часов утра. В начале июня 2017 года в компании знакомых он познакомился с ФИО2 В ходе общения он узнал от ФИО2 о том, что тот употребляет наркотические средства, а именно «дезоморфин», «соль». Он так же сообщил ФИО2 о том, что сам употребляет наркотические средства, а именно «дезоморфин». В ходе общения он предложил ФИО2 приходить к нему домой, чтобы употреблять изготавливаемый в его квартире «дезоморфин». ФИО2 согласился. В ходе общения он узнал от ФИО2 о том, что у того всегда при себе имеется наркотическое средство «соль». В середине ДД.ММ.ГГГГ, в ходе одного из разговоров, в его квартире, ФИО2 сообщил ему, что у Капустина есть девушка ФИО7, отчество не знает, которая стала делать закладки с наркотическими средствами «соль». До данного момента он не пробовал данный наркотик, в связи с чем, попросил ФИО2 угостить его для пробы данным наркотиком. Примерно с 17 по ДД.ММ.ГГГГ, он и ФИО2 на такси ездили в район &lt;адрес&gt;, ФИО2 в кустах нашел пакет, пояснив, что в пакете наркотическое средство «&lt;данные изъяты&gt;», и вскрыл при нем данный пакет, отсыпал часть наркотического средства в отрезок газеты. После этого оба свертка убрал в спортивную сумку, черного цвета, и пояснил, что наркотик «соль» в газете, общий, так как он ФИО2 ранее угощал наркотиком «&lt;данные изъяты&gt;». Так же ФИО2 пояснил, что наркотик из газеты они будут употреблять. Сверток из газеты с наркотическим средством ФИО2 хранил постоянно при себе, где именно он не видел и не знает. Перед употреблением наркотического средства «соль», ФИО2 доставал сверток из газеты, отсыпал необходимое количество для употребления и убирал обратно, куда именно, он опять же не видел. В середине ДД.ММ.ГГГГ года, в ходе одного из разговоров ФИО2 предложил ему подыскивать в среде своих проверенных знакомых – потребителей данного наркотика, и осуществлять продажу данного наркотического средства, находящегося в наличии у ФИО2. Это предложение его заинтересовало, так как ФИО2 пообещал, что будет передавать денежные средства за продажу данного наркотика, а также приносить медицинские препараты для изготовления «&lt;данные изъяты&gt;». ФИО1 согласился на предложение ФИО2. Они также договорились, что ФИО2 непосредственного контакта с покупателями наркотика «&lt;данные изъяты&gt;» не будет иметь, этим будет заниматься он. Они договорились так действовать с целью конспирации. После достигнутой договоренности между ним и ФИО2, он позвонил некоторым своим знакомым из числа потребителей данного наркотика и сообщил о том, что при необходимости приобретения наркотика «&lt;данные изъяты&gt;», они могут к нему обращаться. Одними из таких знакомых являлись ФИО8 и ФИО6, остальных своих знакомых, из личной заинтересованности он называть отказался. Так он стал продавать имеющиеся у ФИО2 наркотическое средство «соль» своим знакомым, в том числе ФИО8 и ФИО6. Предварительно покупатели звонили ему на телефон с абонентским номером 8 №, сим-карта зарегистрирована на его имя, и спрашивали о возможности приобретения наркотика «соль». В ходе телефонных разговоров они не говорили о наркотиках, разговоры были короткие: например «Есть, да». Наркотик он передавал покупателям из рук в руки, а те ему передавали денежные средства, которые он в последующем передавал ФИО2, а ФИО2 «отстегивал» немного ему. Таким образом, он и ФИО2 продавали наркотик «соль» совместно, и он это понимает, на протяжении примерно 3-4 недель до ДД.ММ.ГГГГ используя конспиративное поведение, в основном старались далеко не отходить от подъезда его дома во время продажи наркотика, либо передавали наркотик в подъезде № дома, где он живет. ДД.ММ.ГГГГ около 09 часов к нему в квартиру пришел ФИО6, с которым он знаком с ДД.ММ.ГГГГ года, вместе работали одно время, чтобы употребить &lt;данные изъяты&gt;. В это время в его квартире находился ФИО3. Затем к нему пришел Капустин. Во время, когда они все находились в его квартире, ФИО3 стал изготавливать «дезоморфин» из медицинских препаратов, которые принес. В ходе разговора между ним с ФИО6, тот спросил, сможет ли он продать наркотик «соль», на что он спросил у Капустина о наличии наркотика. В ходе данного разговора они находились в комнате, ФИО3 находился на кухне и не мог слышать данного разговора. Капустин ответил, что имеется в наличии данный наркотик, затем достал сверток из газеты, отсыпал часть, а он завернув сверток передал ФИО6, тот передал ему за него 1000 рублей одной купюрой, которую он передал Капустину. Через некоторое время ему на сотовый телефон позвонил ФИО8 и спросил о возможности приобрести наркотик «соль», при этом пояснив, что не имеет денежных средств, но может в счет оплаты передать мобильный телефон. О данном разговоре он сообщил Капустину, на что Капустин ответил, что необходимо посмотреть состояние телефона. Он сообщил об этом ФИО8 и они договорились о том, что ФИО8 подойдет к его дому, для того чтобы посмотреть данный телефон. Когда ФИО8 приехал, они вместе с ФИО2 спустились во двор его дома, встретились с ФИО8, который передал ФИО2 сотовый телефон «Филипс» в корпусе темного цвета. ФИО2 осмотрев телефон переданный ФИО8 и сказал «Да можно». Они прошли во 2 подъезд его дома, где на лестничной площадке между 4 и 5 этажами ФИО8 остался ждать, когда он вынесет наркотик, а он и ФИО2 прошли в квартиру. В квартире ФИО2, достал сверток из газеты с наркотиком, оторвал фрагмент газеты от общего свертка, и в оторванный кусок газеты отсыпал часть наркотика. Общий сверток с наркотиком ФИО2 убрал куда-то, а отсыпанную часть в газете передал ему и сказал, чтоб он отнес ФИО8. Он спустился к ФИО8 и передал сверток с наркотиком «соль». После этого ФИО8 ушел, он поднялся в квартиру. Практически сразу после этого ФИО2 взял спортивную сумку, оделся и ушел. ФИО3 изготовил еще наркотического средства «&lt;данные изъяты&gt;». Пока ФИО3 готовил наркотик, он пошел к своему брату ФИО5 &lt;данные изъяты&gt;, который проживал в соседнем доме. У &lt;данные изъяты&gt; в гостях находилась знакомая ФИО10. Придя домой, ФИО3 уже изготовил наркотик «&lt;данные изъяты&gt;», который он, ФИО10, ФИО44, ФИО3 и ФИО6 употребили. Через некоторое время в квартиру кто-то постучал, дверь открыли и их всех задержали сотрудники полиции. Ему в квартире провели личный досмотр в присутствии 2 понятых, и с его письменного согласия провели осмотр места происшествия. В хорде осмотра, в присутствии понятых, в квартире были обнаружены многочисленные шприцы с остатками наркотического средства «&lt;данные изъяты&gt;», различные ингредиенты для изготовления наркотического средства «дезоморфин», и в сумке ФИО6 был обнаружен и изъят сверток из газеты с наркотиком «соль», который он и ФИО2 передали ФИО6 (т. 4 л.д. 20-24, т. 2 л.д. 14-18). Оглашенные показания ФИО1 подтвердил. Подсудимый ФИО2 в судебном заседании вину в совершении преступлений признал частично, считает, что умысла на сбыт наркотиков у него не было, признает, что приобретал и хранил наркотическое средство для личного употребления, а также делился наркотиком с Тонких, к которому ходил употреблять наркотические средства по месту жительства &lt;адрес&gt; По существу дела показал, что с ДД.ММ.ГГГГ года стал проживать совместно с ФИО18, в начале ДД.ММ.ГГГГ года узнал, что ФИО18 стала подрабатывать в качестве закладчика наркотических средств на территории &lt;адрес&gt;. Примерно в это же время он познакомился с Тонких через ФИО3, которого давно знал, и стал ходить к Тонких в квартиру для употребления наркотических средств. Ранее в кустах на &lt;адрес&gt; он обнаружил пакет с наркотиком «соль», знал, где искать, т.к. ФИО39 была закладчицей. Наркотик отсыпал для употребления себе и Тонких, завернув в газету, остальное убрал в свою сумку. На то время, для личного потребления наркотика «соль» в сутки ему необходимо было до 4 грамм. ДД.ММ.ГГГГ Тонких ему сообщил, что его знакомые хотят приобрести «соль», ФИО8 за телефон «Филипс», ФИО6 за 1000 рублей. Он поехал к Тонких, т.к. тот не знал, где наркотик, необходимо было показать, где он спрятан, или привезти еще, - точно не помнит. ДД.ММ.ГГГГ днем он на такси приехал к Тонких, там уже был приготовлен дезоморфин и находились наркопотребители, в т.ч. ФИО3, ФИО6. Он (Капустин) показал Тонких, где находилась «соль» или отсыпал ему долю, - точно не помнит, а через некоторое время Тонких принес ему 1 000 рублей – деньги, которые передал за «соль» ФИО6, которые он (Капустин) сказал оставить на нужды притона. Кроме того, поскольку у него был разбит телефон и он нуждался в новом, он согласился на предложение ФИО8, взял предложенный им телефон «Филипс» в счет оплаты за «соль». Выходили к ФИО8, приехавшему и ждавшему у подъезда, смотреть телефон вместе с Тонких, после чего он (Капустин) взял телефон и они с Тонких вернулись в квартиру, где он отсыпал Тонких из общего наркотика часть для ФИО8 и уехал домой. По пути обратно был задержан сотрудниками полиции, наркотическое средство из сумки было изъято, этот наркотик он хранил для личного потребления и продавать не собирался. Кроме признательных показаний подсудимых ФИО1, ФИО2 их вина подтверждается также следующими исследованными в судебном заседании доказательствами: Показаниями свидетеля ФИО8, данными в ходе судебного заседания о том, что у него имеется знакомая ФИО10, которая познакомила его с ФИО9, с которым у него впоследствии завязались дружеские отношения. Через какое-то время он попросил у ФИО9, зная, что тот употребляет наркотик «СК», продать этот наркотик ему за сотовый телефон. Договаривались об этом по телефону заранее, после чего он (ФИО8) приехал по месту жительства ФИО9 на Ярославскую и ждал у подъезда. К нему вышел ФИО9 и еще один человек, с которым он не знаком, он подал телефон, его посмотрел незнакомый человек, после чего они с ФИО9 ушли, а он (ФИО8) остался ждать. Минут через 10 ФИО9 вернулся и подал ему газетный сверток с наркотиком, взяв который он ушел. Из оглашенных показаний свидетеля ФИО8, данных им в ходе предварительного расследования, следует, что ДД.ММ.ГГГГ он решил попробовать наркотическое средство «ск» (скорость, амфетамин). Так как он знал, что ФИО9 употребляет наркотические средства, то, он созвонился с ФИО9, тот ему сказал, что необходимо приехать к дому по адресу: &lt;адрес&gt;, 2 подъезд. Также, в ходе телефонного разговора он сообщил ФИО9, что у него есть телефон марки «Филипс», около 11 часов 00 минут он приехал к дому ФИО9, позвонил на сотовый телефон, и сказал, что приехал, на что ФИО9 сказал ожидать внизу. Примерно около 12 часов перезвонил ФИО9 и сказал стоять возле его подъезда, что сейчас спуститься. Через несколько минут, к нему из подъезда № вышел ФИО9 совместно с ранее ему незнакомым мужчиной. Он передал телефон. Они зашли в подъезд №, поднялись на лестничную площадку второго этажа, там ФИО9 со вторым мужчиной поднялся выше по лестнице, а он остался на 2 этаже. Через 2-3 минуты ФИО9 спустился и передал из рук в руки сверток из газеты, и пошел домой. Он понял, что в данном свертке должно было быть наркотическое средство «ск». Данный сверток он положил в пачку из-под сухариков «хрустим», которая была с собой. После этого, пачку из-под сухариков с свертком из газеты и наркотическим средством он положил в передний левый карман джинс, вышел из подъезда и направился домой. Пройдя примерно метров 200-300 от подъезда, его задержали сотрудники полиции и доставили в дежурную часть на железнодорожном вокзале &lt;адрес&gt;, был проведен личный досмотр, он добровольно из левого переднего кармана выдал пакетик из-под сухариков «хрустим» в котором лежал сверток из газеты, внутри которого находился белый порошок, который как он предполагал, является наркотическим средством «ск». По данному факту им была написана явка с повинной и дано подробное объяснение по факту приобретения данного свертка. Сотовый телефон, переданный в счет оплаты, был сенсорного типа, с экраном около 5 дюймов, в корпусе толи черного, то ли темно-синего цветов. На дисплей была наклеена пленка (т. 2 л.д. 1-4). Оглашенные показания свидетель подтвердил. Оглашенными показаниями свидетеля ФИО4, данными ею в ходе следствия, о том, что у нее есть знакомые по имени ФИО1 по прозвищу «Санчо», ФИО3, Капустин Н.. С Тонких и ФИО3 она познакомилась около года назад в общей компании. С Капустиным она познакомилась около месяца назад дома у Тонких. В ходе общения с Тонких, ФИО3 и Капустиным она узнала, что те употребляют наркотические средства, такие как дезоморфин и «соль». Также недавно в квартире у Тонких она познакомилась с ФИО6, который также употребляет дезоморфин и «соль» в квартире Тонких. В начале ДД.ММ.ГГГГ года, при разговоре с Тонких она узнала, что у того можно приобрести наркотическое средство «соль» из рук в руки. Тонких угощал ее в квартире, принадлежащей ему, наркотиками «соль» и «дезоморфин». Так, с начала ДД.ММ.ГГГГ года в квартире Тонких она, а также другие потребители, регулярно потребляли наркотические средства «соль» и «дезоморфин», которыми их угощал Тонких. Ей известно, что Тонких общается с Капустиным по поводу приобретения и распространения наркотиков. Она предполагает, что наркотическое средство «соль» Тонких брал у Капустина, так как после появления в квартире Капустина у Тонких всегда появлялось наркотическое средство «соль». Также она предполагает, что Тонких сбывал наркотическое средство «соль» потребителям, так как после встречи с Капустиным и появления данного наркотика, Тонких регулярно выходил на непродолжительное время на улицу и с кем-то встречался предварительно созвонившись по сотовому телефону (т. 2 л.д. 50-53). Оглашенными показаниями свидетеля ФИО6, данными им в ходе следствия, о том, что из наркотических средств он употребляет дезоморфин и наркотическое средство «соль», примерно с ДД.ММ.ГГГГ года. У него есть знакомый по имени ФИО1, с которым он познакомился ДД.ММ.ГГГГ года через ФИО3, которого знает с детства. Ему известно, что Тонких и ФИО3 уже длительное время изготавливают и употребляют наркотическое средство дезоморфин в квартире Тонких, по адресу: &lt;адрес&gt;Б-&lt;адрес&gt;. Также ему известно, что Тонких и ФИО3 регулярно употребляют в вышеуказанной квартире наркотик «соль». У него есть знакомый по имени Капустин Коля, с которым он знаком около 5 лет. В ходе общения с Тонких и ФИО3 ему стало известно, что у Тонких можно приобрести данное наркотическое средство «соль». Наркотическое средство «соль» у ФИО1 появилось в конце весны 2017 года. Он предполагает, что наркотик «соль» Тонких берет у их общего знакомого Капустина, так как после каждой встречи Тонких и Капустина у ФИО9 появляется наркотик «соль», которым тот регулярно угощал его, ФИО3 и других. Так, ДД.ММ.ГГГГ года он периодически посещал квартиру Тонких с целью употребления наркотического средства «соль», которое ему передавал ФИО9. Место, где Тонких хранит в квартире наркотик «соль» и откуда достает - он не видел, так как наркотик «соль» ФИО9, всегда передавал ему в готовом к употреблению виде, в шприце, предварительно выйдя в другое помещение, чтобы потребители, и он, не знали место тайника, где Тонких хранит наркотик «соль». Также с ДД.ММ.ГГГГ года он периодически приезжал домой к Тонких, где употреблял изготовленный ФИО3 и Тонких наркотическое средство дезоморфин. Наркотик Тонких и ФИО3 изготавливали на кухне при помощи газовой плиты из медицинских препаратов и кодеин-содержащих таблеток «Седал-М». Всю процедуру по изготовлению наркотика ФИО3 и Тонких всегда выполняли в кухне вдвоем. Одним из условий, при которых Тонких пускал его в квартиру, было наличие у него кодеин-содержащих таблеток «Седал-М», а также всех необходимых медицинских препаратов и предметов, которых на данный момент не хватало для изготовления дезоморфина. В квартиру, Тонких с целью употребления наркотического средства дезоморфин пускал только по предварительной договоренности посредством сотовой связи, так как опасался задержания сотрудниками полиции. После того, как ФИО3 и Тонких изготавливали дезоморфин, разливали наркотик по шприцам, выносили из кухни, передавали присутствующим, после чего все употребляли дезоморфин в квартире внутривенно. ДД.ММ.ГГГГ около 09 часов утра он приехал в &lt;адрес&gt;, позвонил Тонких и спросил можно ли приехать в гости с целью употребления наркотиков, на что Тонких ответил положительно. Через некоторое время он приехал к дому Тонких по адресу: &lt;адрес&gt;Б-&lt;адрес&gt;, предварительно позвонил ФИО9 на сотовый телефон, после чего тот пустил его в квартиру. На тот момент в квартире находились Тонких и ФИО3. Чуть позже он спросил у Тонких возможно ли ему приобрести наркотическое средство «соль» на 1000 рублей, на что Тонких ответил, что в данный момент «соли» нет, пояснив, что сможет решить этот вопрос вместе с Капустиным, когда тот приедет. Далее ФИО3 и Тонких в кухне решили изготовить наркотическое средство дезоморфин, после чего выполнив вдвоем всю процедуру изготовления, передали ему шприц с наркотиком, после чего он, ФИО3 и Тонких употребили наркотик в квартире внутривенно. Далее в квартиру к Тонких пришел Капустин который также употребил дезоморфин. Через несколько минут после общения Тонких и Капустина, нему на кухне подошел Тонких и передал сверток с наркотическим средством «соль», он в ответ передал ФИО9 1000 рублей за данный наркотик. Данное наркотическое средство «соль» он положил в карман своей спортивной сумки находящейся в прихожей, с которой пришел в квартиру к Тонких. Он видел, как после этого Тонких прошел в комнату и передал данную 1000 рублей Капустину. Далее Капустин ушел из квартиры. Через некоторое время в квартиру Тонких пришел ФИО40 ФИО11 с девушкой по имени ФИО10. Ему известно, что Гоцеридзе и ФИО10 также употребляют в квартире Тонких наркотические средства дезоморфин и «соль». Далее Тонких передал Гоцеридзе шприц с наркотическим средством дезоморфин, которое ФИО11 употребил в квартире внутривенно. Далее ФИО3 и Тонких решили во второй раз изготовить наркотическое средство дезоморфин, после чего разлили наркотик по шприцам и передали всем присутствующим. Он употребил наркотическое средство дезоморфин внутривенно, после чего собрался и стал выходить из квартиры, в этот момент в квартиру вошли сотрудники ОКОН Вологодского ЛО и задержали всех присутствующих. В квартире ФИО1 был проведен его личный досмотр. Также был проведен осмотр места происшествия, в ходе которого, из его сумки в прихожей был изъят сверток с наркотиком «соль», который он приобрел ДД.ММ.ГГГГ в данной квартире у Тонких и Капустина за 1000 рублей. Наркотик он приобрел и хранил для личного употребления. (т. 2 л.д. 110-112). Оглашенными показаниями свидетеля ФИО19, данными им в ходе следствия, о том, что ДД.ММ.ГГГГ примерно около 16 часов 00 минут он находился у своего знакомого ФИО16 во втором подъезде &lt;адрес&gt;. В данное время к ним в квартиру постучались сотрудники полиции, представились и попросили поучаствовать в качестве понятых при проведении личных досмотров граждан. На предложение сотрудников полиции он и ФИО38 согласились, так как располагали свободным временем. После этого, он совместно с ФИО38 и сотрудниками прошел в &lt;адрес&gt;. После этого в его присутствии и присутствии ФИО38 были проведены 4 мужчинам личные досмотры на предмет обнаружения наркотических средств. Как звали мужчин, в настоящее время не помнит, трое были кавказской внешности, у одного из них была перебинтована рука, второй являлся собственником квартиры, третий был худощавого телосложения, а один мужчина был славянской внешности. В ходе проведения личных досмотров ничего запрещенного не обнаружено. После проведения личных досмотров, его и ФИО38 попросили поучаствовать в качестве понятых при проведении осмотра места происшествия данной квартиры. Хозяин квартиры, мужчина кавказской внешности, дал согласие на осмотр его квартиры. После этого был проведен осмотр данной квартиры, иными сотрудниками полиции, прибывшими на место. В ходе осмотра квартиры, на кухне, в прихожей, в комнате были обнаружены многочисленные шприцы, некоторые с содержимым, таблетки, склянки из-под йода, муравьиного спирта, спички, сотовые телефоны, части капельниц, и что-то еще, что именно в настоящее время не помнит. Все, что было обнаружено и изъято, фиксировалось в протоколе, с которым, по окончании следственного действия он ознакомился, и в протоколе было зафиксировано все изъятое и обнаруженное. При обнаружении данных предметов, один из мужчин, худощавого телосложения пояснял, что все шприцы, содержимое в шприцах и различные ингредиенты принадлежат пояснявшему, для изготовления в данной квартире наркотического средства «дезоморфин» и в последующем употребления со своими знакомыми. Так же в ходе осмотра в прихожей данной квартиры была обнаружена спортивная (дорожная) сумка. В данной сумке был обнаружен сверток из газеты, обмотанный пищевой пленкой, внутри которого находилось порошкообразное вещество, который был изъят и упакован в почтовый конверт опечатанный отрезком бумаги с оттиском печати и их подписями. По факту обнаруженного свертка, мужчина славянской внешности пояснил, что это его сумка, в свертке изъятом из сумки находится наркотическое средство «эска», которое тот приобрел у мужчины по имени «ФИО12» (т. 4 л.д. 12-14). Оглашенными показаниями свидетеля ФИО20, данными им в ходе следствия о том, что из наркотических средств ранее редко употреблял наркотик «&lt;данные изъяты&gt;». Среди его знакомых есть молодой человек по имени ФИО9 по прозвищу «&lt;данные изъяты&gt;», который ранее проживал по адресу: &lt;адрес&gt;Б &lt;адрес&gt;. В настоящее время «&lt;данные изъяты&gt;» находится в СИЗО &lt;адрес&gt;. Примерно в июне 2017 года, в ходе одного из разговоров с «&lt;данные изъяты&gt;» он узнал, что через &lt;данные изъяты&gt; можно приобрести наркотик «соль» по схеме «товар-деньги». Встречи по поводу передачи наркотика «соль» «&lt;данные изъяты&gt;» в основном, назначал либо в подъезде своего дома, либо на улице у дома. В дальнейшем, в ходе общения с «Санчо» и периодичностью обращений к тому он узнал, что данный наркотик «&lt;данные изъяты&gt;» приобретает у их общего знакомого ФИО15. Лично он к Капустину никогда по поводу приобретения наркотика не обращался, так как, предполагал, что это был метод их конспирации. Также, он не знал, где «Санчо» и Капустин приобретали наркотик «соль». В начале июня 2017 года, в ходе одной из бесед с «&lt;данные изъяты&gt;» он узнал, что в квартире Санчо по адресу: &lt;адрес&gt;Б &lt;адрес&gt; можно приобрести и там же потребить наркотик дезоморфин, который в этой же квартире и изготавливается из медицинских препаратов. Для этого необходимо связаться с «&lt;данные изъяты&gt;» и договориться о встрече. Также, для этого необходимо приобрести какие-либо медицинские препараты, которые скажет «&lt;данные изъяты&gt;». Примерно, с начала июня 2017 года до ДД.ММ.ГГГГ он приходил в квартиру к «Санчо» около 6-7 раз, с целью потребления внутривенным способом наркотика дезоморфин. Всегда в квартиру к «Санчо» он заходил с разрешения последнего, потреблял в этой квартире также с разрешения &lt;данные изъяты&gt;, в квартире «&lt;данные изъяты&gt;» он также видел их общую знакомую ФИО34 ФИО10, родственника «Санчо» по имени ФИО11 и других неизвестных ему людей. После употребления в квартире «Санчо» наркотика дезоморфин он уходил домой (т. 2 л.д. 54-55). Показаниями свидетеля ФИО21 о том, что примерно с &lt;адрес&gt; года она стала замечать, что к ее соседям из &lt;адрес&gt; приходили поздно молодые люди, барабанили, также слышала запахи духов и чего-то сильного химического. Видела как-то одного из молодых людей, который стоял на площадке на коленях нагнувшись. Оглашенными показаниями свидетеля ФИО22, данными ею в ходе следствия, о том, что примерно в ДД.ММ.ГГГГ года, в лифте их подъезда она видела неизвестных ей молодых людей, которые были одеты в темную одежду. Данные люди, как ей показалось, находились в неадекватном состоянии, чувствовалось опьянение, но не алкогольное (т. 2 л.д. 60-61). Показаниями свидетеля ФИО23 о том, что примерно с ДД.ММ.ГГГГ года она стала замечать, что в &lt;адрес&gt; стали ходить неизвестные ей молодые люди и девушка, после этого, в подъезде появлялся специфический запах, как пахнет дезоморфин, также слышала из квартиры шум. Видела посетителей этой квартиры в опьянении, т.к. у них смежный балкон с ее квартирой, поняла это, т.к. человек издавал нечленораздельные звуки. Оглашенными показаниями свидетеля ФИО3, данными им в ходе следствия, о том, что около одного года он проживает в &lt;адрес&gt;. С ДД.ММ.ГГГГ года он стал проживать у ФИО1 по адресу: &lt;данные изъяты&gt;&lt;данные изъяты&gt;. На данной квартире он изготавливал дезоморфин для личного употребления. В июле 2017 года на данной квартире их задержали сотрудники полиции, точную дату не помнит (т. 2 л.д. 106-109). Оглашенными показаниями свидетеля ФИО24, данными им в ходе следствия, о том, что ДД.ММ.ГГГГ примерно около 20 часов 00 минут, он находился на железнодорожном вокзале &lt;адрес&gt;. В указанное время к нему обратились сотрудники полиции, предъявили документы и предложили ему пройти принять участие в качестве понятого при проведении личного досмотра гражданина, проводимого в дежурной части полиции на железнодорожном вокзале. На предложение сотрудников полиции он согласился, так как располагал свободным временем. Для проведения личного досмотра он совместно с сотрудниками полиции проследовал в помещение дежурной части, расположенное в здании железнодорожного вокзала &lt;адрес&gt;-1. В помещении дежурной части также пригласили еще одного мужчину в качестве понятого. Через несколько минут в помещение, где находись он и второй понятой, завели мужчину, у которого при себе была дорожная сумка черного цвета. Данного мужчину ранее он не встречал и был не знаком. Мужчина представился как ФИО2. Им разъяснили, что он и второй мужчина будут участвовать при проведении личного досмотра в качестве понятых. После этого сотрудником полиции были разъяснены права участников мероприятия, и пояснено, что проводится личный досмотр гражданина ФИО2 на наличие либо отсутствие у того при себе наркотических средств, психотропных веществ, а также иных предметов, запрещенных в гражданском обороте. После этого ФИО2 было предложено добровольно выдать денежные средства, наркотические средства, психотропные вещества, иные предметы, запрещенные в гражданском обороте, если таковые у него имеются. На данное предложение ФИО2 пояснил, что в переднем кармане сумки, которая находилась при Капустине, в газете и в пакетике имеются наркотические средства «мука», которое тот нашел примерно около 2-х недель назад где-то на территории &lt;адрес&gt;, адрес указанный ФИО2, был зафиксирован в протоколе личного досмотра. После этого сотрудник полиции достал из переднего кармана сумки сверток из нескольких газет, в котором находилось порошкообразное вещество, а так же сверток из нескольких полиэтиленовых пакетов, внутри которых было порошкообразное вещество и фрагмент пачки сигарет. Данные свертки были упакованы в их присутствии в полиэтиленовый пакет и почтовый конверт, которые были опечатаны отрезками бумаги с оттисками печати и нашими подписями. После этого, сотрудником полиции был проведен досмотр ФИО2, в ходе которого в боковом кармане сумки у ФИО2 был обнаружен и изъят сотовый телефона марки «Филлипс» с сим-картой, который упакован в почтовый конверт опечатанный отрезком бумаги с оттиском печати и их подписями. Далее, сотрудником полиции во втором боковом кармане сумки у ФИО2 был обнаружен и изъят сотовый телефона марки «Самсунг» с сим-картой, который упакован в почтовый конверт опечатанный отрезком бумаги с оттиском печати и их подписями. По факту обнаружения сотового телефона «Филипс» ФИО2 пояснил, что взял у какого-то мужчины в квартире, имя и адрес которого был зафиксирован в протоколе. По факту обнаружения сотового телефона «Самсунг» ФИО2 пояснил, что данный телефон личный. По результатам проведения личного досмотра ФИО2 сотрудником полиции был составлен протокол, с которым все были ознакомлены и в котором все участвующие лица, в том числе, сотрудник полиции, расписались. После чего он и второй понятой пошли по личным делам (т. 3 л.д. 178-180); Оглашенными показаниями свидетеля ФИО32, данными им в ходе следствия, из которых следует, что в должности старшего оперуполномоченного ОКОН Вологодского ЛО МВД России на транспорте он работает с &lt;данные изъяты&gt; года. В отделении по контролю за оборотом наркотиков Вологодского ЛO МВД России на транспорте имелась информация о том, что гражданин ФИО8, причастен к незаконному приобретению и хранению наркотических средств без цели сбыта на территории &lt;адрес&gt;, в том числе вблизи объектов транспортной инфраструктуры. Также, имелась информация о том, что гражданин ФИО2 и ФИО1, причастны к незаконному хранению и распространению наркотических средств на территории &lt;адрес&gt; вблизи объектов транспортной инфраструктуры. ДД.ММ.ГГГГ на основании вновь поступившей информации о том, что ФИО8 планирует приобрести очередную партию наркотика, в целях проверки данной информации, а так же, в случае её подтверждения, проведения задержания и пресечения преступной деятельности ФИО8, сотрудниками ОКОН Вологодского ЛО МВД России на транспорте, в том числе и им, было организовано проведение комплекса оперативно-розыскных мероприятий, в частности «Наблюдение». Одновременно, ДД.ММ.ГГГГ на основании вновь поступившей информации о том, что ФИО2 планирует сбыть наркотическое средство неограниченному кругу лиц, сотрудниками ОКОН Вологодского ЛО МВД России на транспорте было организовано проведение комплекса оперативно-розыскных мероприятий - «Наблюдение» за Капустиным. Около 12 часов 00 минут ФИО8 был выявлен и принят под наблюдение в районе железнодорожного вокзала &lt;адрес&gt;-1 Северной железной дороги, по адресу: &lt;адрес&gt;, Площадь Бабушкина &lt;адрес&gt;. ФИО8 на автомобиле «ВАЗ» совместно с ФИО25 и ФИО26 проследовали к магазину «&lt;данные изъяты&gt;» на &lt;адрес&gt;. У ТЦ &lt;данные изъяты&gt;» ФИО25 и ФИО13 А.В. остались в автомобиле, а ФИО8 вышел из автомобиля и один проследовал во дворы через дорогу. Через некоторое время ему (ФИО32) поступила информация, что ФИО8 задержали по подозрению в приобретении наркотических средств, и необходимо задерживать ФИО25 и ФИО26, для чего в их направлении выдвинулись ФИО27 и ФИО28, с которыми они договорились при встрече возле автомобиля, в котором находились ФИО25 и ФИО13 А.В. провести задержание. Задержав ФИО25 и ФИО26, вместе с ФИО8, ФИО28 и ФИО27 доставили в помещение Дежурной части Вологодского ЛО МВД России на транспорте по адресу: &lt;адрес&gt;, Площадь Бабушкина 5. Он в это время проследовал во двор &lt;адрес&gt;Б по &lt;адрес&gt;, где находились по переданной ему оперативной информации ФИО1 и ФИО2 Через некоторое время из подъезда вышел ФИО1 и пошел в &lt;адрес&gt;, где побыл некоторое время, около 10-15 минут, после чего вышел с мужчиной и женщиной, как позже было установлено с ФИО4 и ФИО29 Втроем прошли в квартиру к ФИО1 Когда он прибыл обратно к дому ФИО1, там уже находились сотрудники осуществлявшие физическую поддержку. Через некоторое время к ним приехал ФИО27 и пояснил, что при ФИО8 находилось наркотическое средство, которое тому сбыли ФИО1 и ФИО2, и оперативная информация подтвердилась. На основании этого было принято решение о задержании ФИО1 и лиц находящихся в квартире. После этого, он, ФИО30, ФИО27 и сотрудники осуществлявшие физическую поддержку прошли к квартире, постучались, им открыли дверь, и они в квартире провели задержание ФИО1, ФИО5, ФИО4, ФИО6, ФИО3 После этого им, в квартире в присутствии понятых были проведены личные досмотры ФИО1 и ФИО5, в ходе которых ничего запрещенного в гражданском обороте не обнаружено. После этого, в квартире сотрудниками следственно-оперативной группы был проведен осмотра места происшествия. (т. 3 л.д. 236-239) Оглашенными показаниями свидетеля ФИО27, данными им в ходе следствия, о том, что в должности оперуполномоченного ОКОН Вологодского ЛО МВД России на транспорте он работает с &lt;данные изъяты&gt; года, и сообщил аналогичную показаниям ФИО31 информацию, кроме того показал, что в ходе ОРМ «Наблюдение» ФИО8 проследовал к дому №Б по &lt;адрес&gt;., за которым продолжили наблюдать он и ФИО28. Во дворе данного дома ФИО8 неоднократно с кем-то созванивался. Через некоторое время во двор вошел ФИО2, за которым осуществлял наблюдение ФИО30 Капустин прошел во второй подъезд, поднялся в квартиру к ФИО1 Около 12 часов 30 минут, из подъезда вышли ФИО1 и ФИО2, поздоровались со стоящим во дворе ФИО8, который передал ФИО2 и ФИО1 сотовый телефон. ФИО1 осмотрел телефон и передал ФИО2, который также осмотрел телефон и оставил телефон у себя. После этого, ФИО8, ФИО1 и ФИО2 зашли во второй подъезд вышеуказанного дома, где ФИО8 находился около 10-15 минут. Так как имелась информация, что ФИО8 должен был приобретать наркотические средства, и они видели факт передачи ФИО2 и ФИО1 ФИО8 сотового телефона, ими было приятно решение о задержании ФИО8 Когда ФИО8 вышел из подъезда, около 13 часов 00 минут, то был задержан в районе &lt;данные изъяты&gt; по &lt;адрес&gt; по подозрению в незаконном приобретении и хранении наркотических средств. После этого, он и ФИО28 проследовали к ФИО32, который осуществлял наблюдение за автомобилем ВАЗ 2115, в котором находились ФИО25 и ФИО13 А.В., которых возле ТЦ «Макси» на &lt;адрес&gt; они задержали. После этого, все задержанные им и ФИО28 были доставлены в помещение Дежурной части Вологодского ЛО МВД России на транспорте по адресу: &lt;адрес&gt;, &lt;данные изъяты&gt;, а ФИО14 Д.Н. и ФИО30 продолжили наблюдение за квартирой ФИО1, в которой находился ФИО2 По прибытии в дежурную часть, в присутствии 2 понятых были проведены личные досмотры ФИО25, ФИО26 и ФИО8 При проведении личного досмотра ФИО8 был обнаружен сверток из газеты, в котором находилось вещество. По факту обнаружения вещества, ФИО8 пояснил, что данное вещество приобрел в обмен на сотовый телефон у ФИО1 и ФИО2 О данной информации он сообщил ФИО28 После этого он проследовал к &lt;адрес&gt;, где уже находились ФИО14 Д.Н., ФИО30 и иные сотрудники осуществлявшие физическую поддержку на случай задержания подозреваемых лиц. Через некоторое время, на основании подтвердившейся оперативной информации о причастности к сбыту наркотических средств ФИО1 и ФИО2, было принято решение о задержании ФИО1 и лиц находящихся в квартире. После этого, он, ФИО30, ФИО14 Д.Н. и сотрудники осуществлявшие физическую поддержку прошли к квартире, постучались, им открыли дверь, и они в квартире провели задержание ФИО4, ФИО1, ФИО5, ФИО6, ФИО3, были проведены личные досмотры ФИО33 и ФИО3, в ходе которых ничего запрещенного в гражданском обороте не обнаружено. После этого, в квартире сотрудниками следственно-оперативной группы был проведен осмотра места происшествия. (т. 3 л.д. 240-243) Показаниями свидетеля ФИО30 о том, что он работает в должности старшего оперуполномоченного ОКОН Вологодского ЛО МВД России на транспорте. В &lt;данные изъяты&gt; в отделении имелась информация о том, что Капустин и Тонких причастны к незаконному сбыту наркотических средств «мука». ДД.ММ.ГГГГ около 12 часов 00 минут в ходе ОРМ установили, что ФИО2 прибыл дому № «б» по &lt;адрес&gt;, по месту жительства Тонких. Через некоторое время он с ФИО1 вышел во двор и встретились с ФИО8 Им было известно, что ФИО8 – потребитель наркотических средств. ФИО8 передал ФИО2 сотовый телефон в темном корпусе, который ФИО2 осматривал и положил себе в карман. Потом ФИО2, ФИО1 и ФИО8 зашли во второй подъезд &lt;адрес&gt;Б по &lt;адрес&gt;, ФИО8 остался ждать на лестничной клетке, а ФИО1 с ФИО2 поднялись в &lt;адрес&gt;. Далее ФИО8 вышел из подъезда. Так как в ОКОН имелась информация, что ФИО8 должен был приобретать наркотические средства, было приятно решение о его задержании. ФИО8 был задержан, также были задержаны еще 2 граждан, прибывших на встречу с ФИО8, после чего все трое были доставлены в дежурную часть вологодского ЛО МВД России на транспорте. Там у ФИО8 был обнаружен наркотик. Он продолжил наблюдение за Капустиным и Тонких. Через некоторое время ФИО2 ушел. При поступлении информации, что при ФИО8 находилось наркотическое средство, было принято решение о задержании ФИО1 и лиц находящихся в квартире. После этого, они провели задержание ФИО1, ФИО5, ФИО4, ФИО6, ФИО3 После этого, в квартире были проведены личные досмотры данных граждан и осмотр квартиры. В это время поступила информация, что ФИО2 был задержан и доставлен в дежурную часть. Он (ФИО30) прибыл в дежурную часть где был проведен личный досмотр и досмотр сумки находящейся при ФИО2, были изъяты 2 свертка или пакета с порошкообразным веществом, сотовый телефон «Филипс». Капустин пояснил, что телефон ему передал гражданин у &lt;адрес&gt;, которого он не знает. Дал объяснения, где признавал вину в том, что передавал наркотик Тонких и написал явку с повинной без давления и принуждения, добровольно. При общении с задержанным Тонких и другими, те находился в адекватном состоянии, отвечали на вопросы, вели себя нормально. Вещество «мука», обнаруженное у ФИО8 и Капустина, было аналогично по своему содержанию. Оглашенными показаниями свидетеля ФИО28, данными им в ходе следствия, о том, что в должности начальника ОКОН Вологодского ЛО МВД России на транспорте работает с ДД.ММ.ГГГГ. В отделении по контролю за оборотом наркотиков Вологодского ЛO МВД России на транспорте имелась информация о том, что гражданин ФИО8 причастен к незаконному приобретению и хранению наркотических средств без цели сбыта на территории &lt;адрес&gt;, в том числе вблизи объектов транспортной инфраструктуры. Также, имелась информация свидетельствующая о том, что Капустин и Тонких причастны к незаконному хранению и распространению наркотических средств на территории &lt;адрес&gt; вблизи объектов транспортной инфраструктуры. ДД.ММ.ГГГГ было организовано проведение комплекса оперативно-розыскных мероприятий, в т.ч. «Наблюдение» за ФИО8 и ФИО2 В рамках проведения оперативно-розыскного мероприятия, ФИО8 был выявлен и принят под наблюдение около 12 часов 00 минут в районе железнодорожного вокзала по адресу: &lt;адрес&gt;, &lt;данные изъяты&gt;&lt;адрес&gt;. Далее ФИО8 проследовал к дому №Б по &lt;адрес&gt;, он (ФИО28) проследовал за ФИО8. Около второго подъезда &lt;адрес&gt;Б по &lt;адрес&gt; ФИО8 неоднократно осуществлял звонки. Через некоторое время в подъезд зашел ФИО2, под наблюдением ФИО30 После этого, примерно около 12 часов 30 минут, из второго подъезда вышли ФИО1 и ФИО2, встретились во дворе данного дома с ФИО8 и некоторое время общались. В ходе общения ФИО8 достал из одежды сотовый телефон, передал его ФИО1 ФИО1 осмотрел телефон и передал ФИО2, который также осмотрел телефон и оставил при себе. После этого, ФИО8, ФИО1 и ФИО2 зашли во второй подъезд вышеуказанного дома, где ФИО8 находился около 10-15 минут. Так как имелась информация, что ФИО8 должен был приобретать наркотические средства, было приятно решение о задержании ФИО8 Когда ФИО8 вышел из подъезда, около 13 часов 00 минут, он, ФИО27 и ФИО30 задержали ФИО8 в районе Базы Вологодской дистанции пути ПЧ-15 по &lt;адрес&gt; по подозрению в незаконном приобретении и хранении наркотических средств. Около 13 часов 05 минут ФИО2 вышел из подъезда и выехал к дому №, 1МКР &lt;данные изъяты&gt;, где по оперативным данным и проживал. Около 16 часов 10 минут ФИО2 вышел из &lt;адрес&gt;, &lt;адрес&gt; и проследовал в район базы Вологодской дистанции пути ПЧ-15 по &lt;адрес&gt;. В это время подтвердилась оперативная информация, что при ФИО8 находилось наркотическое средство, которое тому сбыли ФИО1 и ФИО2. На основании этого, было принято решение о задержании ФИО2 Около 17 часов 00 минут, когда ФИО2 проходил по &lt;адрес&gt;, мимо базы Вологодской дистанции пути ПЧ-15, им и сотрудниками осуществлявшими физическую поддержку, Капустин был задержан по подозрению в незаконном хранении и распространении наркотических средств, и доставлен в помещение Дежурной части Вологодского ЛО МВД России на транспорте по адресу: &lt;адрес&gt;, &lt;данные изъяты&gt;, &lt;адрес&gt;. В это время, по адресу: &lt;адрес&gt;Б, &lt;адрес&gt; были задержаны ФИО1, ФИО5, ФИО4, ФИО3, ФИО6 После этого, им с ФИО1 было получено объяснение, в ходе которого последний пояснил, что совместно с ФИО2 сбывали наркотическое средство «мука» наркозависимым людям, которое приносил ФИО2, а вырученные деньги делили пополам (т. 3 л.д. 248-251) Вина подсудимых ФИО1, ФИО2 подтверждается также письменными материалами уголовного дела, исследованными в ходе судебного заседания: - рапортом об обнаружении признаков преступления от ДД.ММ.ГГГГ старшего оперуполномоченного ФИО30, согласно которому, задержан ФИО2, ДД.ММ.ГГГГ года рождения. (т.1 л.д. 10); - протокол личного досмотра ФИО2 (т. 1 л.д. 11-16); - актом медицинского освидетельствования ФИО2 (т. 1 л.д. 24); - актом по мероприятию «Наблюдение» от ДД.ММ.ГГГГ, в отношении ФИО2 (т. 1 л.д. 25); - протоколом явки с повинной от ДД.ММ.ГГГГ, ФИО2 (т. 1 л.д. 30); - протоколом осмотра места происшествия от ДД.ММ.ГГГГ - &lt;адрес&gt;Б по &lt;адрес&gt;. (т.1, л.д. 35-50); - актом медицинского освидетельствования ФИО1 (т. 1 л.д. 55); - заключением эксперта №-х от ДД.ММ.ГГГГ, согласно которому, порошкообразное вещество белого цвета, изъятое у ФИО2, содержит в своем составе &lt;данные изъяты&gt;, масса вещества, с учетом израсходованного на предварительное исследование по 0,015 г. от каждого объекта исследования № и №, составляет 20,552 г. и 4,560 г. соответственно (т. 1 л.д. 88-94); - протоколом осмотра предметов от ДД.ММ.ГГГГ (т. 1 л.д. 98-99); - рапортом об обнаружении признаков преступления от ДД.ММ.ГГГГ старшего оперуполномоченного ФИО32 согласно которому, ФИО1, совместно с ФИО2, и неустановленным лицом, осуществили сбыт порошкообразного вещества в подъезде № дома &lt;адрес&gt;Б ФИО8 (т.1 л.д. 191); - протоколом явки с повинной от ДД.ММ.ГГГГ ФИО1 (т.1, л.д. 223-225); - актом по мероприятию «Наблюдение» от ДД.ММ.ГГГГ, в отношении ФИО2 и ФИО1 (т. 1 л.д. 244-245); - протоколом проверки показаний на месте обвиняемого ФИО2 от ДД.ММ.ГГГГ и фототаблицей к нему (т. 2 л.д. 31-35); - протоколом проверки показаний на месте обвиняемого ФИО1 от ДД.ММ.ГГГГ (т. 2 л.д. 36-42); - протоколом осмотра предметов от ДД.ММ.ГГГГ (т. 2 л.д. 113-115); - протоколами осмотра предметов от ДД.ММ.ГГГГ (т. 2 л.д. 118-130); (т. 2 л.д. 136-140); - протоколом выемки от ДД.ММ.ГГГГ (т. 2 л.д. 180-182); - заключением эксперта №-х от ДД.ММ.ГГГГ, согласно которому, вещество, изъятое у ФИО8 содержит в своем составе ?-пирролидиновалерофенон (PVP) – производное наркотического средства – N – метилэфедрона, масса вещества (с учетом израсходованного на предварительном исследовании № от ДД.ММ.ГГГГ и экспертизе №-х от ДД.ММ.ГГГГ) составляет 1,912 г. (т. 2 л.д. 190-193); - рапортами об обнаружении признаков преступления от ДД.ММ.ГГГГ, согласно которому установлено, что ФИО1 по месту жительства по адресу: &lt;адрес&gt; осуществляет содержание притона (т. 2 л.д. 205); (т. 2 л.д. 238); - рапортом об обнаружении признаков преступления от ДД.ММ.ГГГГ, согласно которому установлено, что наркотическое средство, изъятое у ФИО6 ему сбыл ФИО1 по месту жительства последнего по адресу: &lt;адрес&gt;. (т. 3 л.д. 38); - копией рапорта об обнаружении признаков преступления от ДД.ММ.ГГГГ, согласно которому, в ходе проведения Оперативно-розыскного мероприятий «Наблюдение» установлен ФИО6, в сумке которого ДД.ММ.ГГГГ в период с 17 часов 20 минут до 19 часов 40 минут в ходе осмотра места происшествия по адресу: &lt;адрес&gt;, был обнаружен и изъят сверток с наркотическим средством (т. 3 л.д. 46); - протоколом выемки от ДД.ММ.ГГГГ (т. 3 л.д. 168-170); - заключением эксперта №-х от ДД.ММ.ГГГГ, согласно которому, вещество, изъятое у ФИО6, содержит в своем составе ?-пирролидиновалерофенон (PVP) – &lt;данные изъяты&gt;, масса вещества составляет 0,850 грамма (с учетом израсходованного на предварительное исследование – 0,895 грамма) (т. 3 л.д. 203-207); - заключением эксперта № от ДД.ММ.ГГГГ, согласно которому фрагменты газеты, изъятые у ФИО2, и фрагмент газеты, изъятый у ФИО8, одно единое целое не составляли, но могли быть частями одной газеты «&lt;данные изъяты&gt;+» с номером выпуска № (1127) от ДД.ММ.ГГГГ (т 3 л.д. 217-225); - протоколом осмотра предметов от ДД.ММ.ГГГГ, согласно которому, осмотрен конверт с изъятым ДД.ММ.ГГГГ в ходе личного досмотра ФИО8, проведенного по адресу: &lt;адрес&gt;, &lt;адрес&gt;, &lt;адрес&gt;, и конверта с изъятым ДД.ММ.ГГГГ, в ходе осмотра места происшествия – квартиры ФИО1, по адресу: &lt;адрес&gt;Б, кВ. 107(т. 4 л.д. 25-31); - протоколом проверки показаний на месте обвиняемого ФИО2 от ДД.ММ.ГГГГ и фототаблицей к нему, на &lt;адрес&gt;. (т. 4 л.д. 47-52); - протоколом осмотра места происшествия от ДД.ММ.ГГГГ, согласно которого осмотрен участок местности вблизи &lt;адрес&gt; (т. 4 л.д. 53-57). Проанализировав добытые в судебном заседании доказательства в их совокупности, суд признает их достаточными и подтверждающими вину ФИО2 и ФИО1 в совершении преступлений. В судебном заседании ФИО2 указал, что приобрел и хранил при себе в спортивной сумке наркотик «соль» для личного потребления. ДД.ММ.ГГГГ по предложению ФИО1 они договорились с ним о сбыте и сбыли наркотик «соль» ФИО6 за 1000 рублей и ФИО8 за сотовый телефон «Филипс». ФИО1 показал, что по договоренности с Капустиным сбыл переданный ему Капустиным наркотик «соль» ФИО6 и ФИО8. Кроме того признал вину в содержании притона по приготовлению и употреблению наркотических средств в его квартире на &lt;адрес&gt; – &lt;адрес&gt;. Указанные обстоятельства подсудимые поясняли и на следствии, в т.ч. в ходе проверки их показаний на месте. Данные показания подсудимых согласуются друг с другом, а также с показаниями свидетелей ФИО8, ФИО6 - приобретателей наркотика «соль» у Капустина и Тонких, свидетелей ФИО4, ФИО42, ФИО3 – потребителей наркотических средств, посещавших притон Тонких, свидетелей ФИО35 и ФИО36 – понятых при проведении следственных действий, свидетелей ФИО41 – соседей Тонких, пояснивших о шуме и химическом запахе из &lt;адрес&gt; посещавших ее людях, которые выглядели неадекватно, сотрудников полиции ФИО43, а также протоколами личных досмотров, заключениями экспертиз по изъятым веществам, протоколами осмотра изъятых предметов и веществ. Суд полагает несостоятельными доводы защиты о необходимости объединения эпизодов сбыта наркотического средства ФИО6 и ФИО8 в один, поскольку в судебном заседании установлено, в т.ч. и на основании показаний самих подсудимых, что у них каждый раз возникал самостоятельный умысел на сбыт наркотика – после обращения к Тонких последовательно ФИО6 и затем ФИО8, им и Капустиным принималось решение о том, что они могут продать им наркотик. При этом суд учитывает пояснения подсудимых о том, что если бы к ним никто не обратился о продаже наркотика, они бы не стали никому продавать и употребили бы его сами, что свидетельствует об отсутствии единого умысла на сбыт «соли» ФИО6 и ФИО8. Совершение подсудимыми сбыта наркотиков по предварительному сговору в группе лиц нашло подтверждение в ходе судебного заседания. Так, из показаний Капустина следует, что на предложение Тонких продать наркотик ФИО6 и ФИО8, он поехал к Тонких на &lt;адрес&gt;, т.к. без него Тонких не располагал сведениями о местонахождении наркотика или самим наркотиком. Об этом же свидетельствуют и показания Тонких, что он возможность сбыта наркотика согласовывал с Капустиным и без его согласия не давал положительного ответа ФИО8 и ФИО6. Об этом же свидетельствует заключение эксперта, согласно которому сбытый ФИО8 и ФИО6 наркотик содержался в фрагментах газеты, в которую был упакован наркотик, изъятый у Капустина, при этом непосредственно передачу наркотика потребителям осуществлял Тонких. Незаконный сбыт подсудимые осуществляли совместно, согласовывая размер и стоимость. Установлено, что подсудимые осуществили совместную деятельность, направленную на реализацию наркотических средств, а именно Капустин приобрел через закладку и совместно с Тонких хранил в своей сумке либо по месту жительства Тонких наркотическое средство. Тонких согласно отведенной ему роли в группе лиц по предварительному сговору с Капустиным, подыскал на приобретенный Капустиным наркотик покупателей ФИО8 и ФИО6 и совместно с Капустиным по предварительному сговору, сбыв им наркотик, полученные деньги и имущество (телефон) делил с Капустиным, согласно договоренности. Таким образом, квалифицирующий признак группой лиц по предварительному сговору находит свое подтверждение, поскольку в совершении преступлений участвовало два лица, заранее договорившиеся об их совершении. С учетом изложенного доводы о том, что Капустин не причастен к сбыту наркотического средства ФИО8 и ФИО6, нельзя признать состоятельными. Суд полагает доказанным приобретение и хранение Капустиным изъятого у него наркотического средства для личного потребления, с учетом размера ежедневной потребности Капустина в наркотике и количества изъятого вещества. При этом принимает во внимание показания самого Капустина о том, что он не намеревался сбывать данный наркотик кому-либо, хотел употребить его сам. Доказательств обратного материалы дела не содержат. Также суд считает доказанным содержание Тонких притона и предоставление им своей квартиры для употребления наркотических средств наркозависимым лицам. Об этом свидетельствуют как показания Тонких и Капустина, так и показания свидетелей-потребителей наркотиков и факт задержания их в квартире Тонких, а также результаты мед.освидетельствования, установившие состояние наркотического опьянения задержанных лиц, и показания соседей. С учетом количества изъятого наркотического средства, и на основании Постановления Правительства РФ от ДД.ММ.ГГГГ, суд считает установленными квалифицирующие признаки – в крупном и значительном размере. Доказательства, полученные в результате оперативно-розыскных мероприятий, получены в соответствии с требованиями закона, поскольку обстоятельства совершения преступлений, установленные в ходе судебного разбирательства, свидетельствуют о наличии у подсудимых умысла на незаконный сбыт наркотического вещества, а также о проведении подсудимыми согласованных действий, направленных на его незаконный сбыт. По проведенным ОРМ в отношении Капустина и Тонких порядок предоставления результатов ОРД соблюден. С учетом изложенного суд приходит к выводу о доказанности вины подсудимых и квалифицирует действия ФИО2 и ФИО1 по п. «г» ч. 4 ст. 228.1 УК РФ , как незаконный сбыт наркотических средств, группой лиц по предварительному сговору, в крупном размере, по п. «а,б» ч. 3 ст. 228.1 УК РФ , как незаконный сбыт наркотических средств, группой лиц по предварительному сговору, в значительном размере. Кроме того, действия ФИО2 – по ст. ч. 2 УК РФ как приобретение и хранение без цели сбыта наркотических средств в крупном размере, а действия ФИО1 - по ст. ч.1 УК РФ как содержание притона и систематическое предоставление помещения для потребления наркотических средств. При назначении ФИО2 и ФИО1 наказания суд учитывает характер, степень общественной опасности совершенных преступлений, данные о личности подсудимых, их роли в совершении преступлений, наличие смягчающих и отягчающих обстоятельств, влияние назначенного наказания на исправление подсудимых и условия жизни их семей. &lt;данные изъяты&gt; &lt;данные изъяты&gt; Оценивая указанные заключения, данные о личностях подсудимых, их поведение в судебном заседании в совокупности, суд признает подсудимых вменяемыми и способными нести уголовную ответственность за содеянное. В качестве данных, характеризующих личность подсудимого ФИО1, суд принимает во внимание, что он &lt;данные изъяты&gt; В качестве обстоятельств, смягчающих наказание подсудимого ФИО1, суд учитывает полное признание вины, раскаяние в содеянном, его явку с повинной, состояние здоровья, наличие на иждивении несовершеннолетнего ребенка. Обстоятельством, отягчающим наказание подсудимого ФИО1, является рецидив преступлений. В качестве данных, характеризующих личность подсудимого ФИО2, суд принимает во внимание, что он &lt;данные изъяты&gt; В качестве обстоятельств, смягчающих наказание подсудимого ФИО2, суд учитывает фактическое признание им вины, раскаяние в содеянном, явку с повинной, состояние здоровья Капустина и его близких родственников – матери и брата. Обстоятельством, отягчающим наказание подсудимого ФИО2, является рецидив преступлений. Учитывая характер и степень общественной опасности совершенных преступлений, относящихся к категории в том числе особо тяжких, то, что преступления совершены Капустиным спустя непродолжительное время после освобождения, а Тонких ранее осуждался за преступления в сфере незаконного оборота наркотиков, суд считает необходимым назначить ФИО1, ФИО2 наказание за каждое преступление в виде реального лишения свободы, не усматривая оснований для назначения его условно с применением ст. 73 УК РФ , и с учетом материального и семейного положения подсудимых, без назначения дополнительных наказаний в виде штрафа; при этом другие дополнительные виды наказания с учетом наличия смягчающих обстоятельств суд считает возможным также не применять. При определении размера наказания, суд полагает возможным применить положения ст. 64 УК РФ при назначении наказания за преступления связанные с незаконным сбытом наркотического средства, и назначить наказание ниже нижнего предела санкций данных статей, принимая во внимание совокупность смягчающих обстоятельств, в том числе явки с повинной, и отношение подсудимых к содеянному, раскаявшихся, а также конкретных обстоятельств совершения преступлений, и полагая эти обстоятельства исключительными, существенно уменьшающими степень общественной опасности преступлений. Кроме того, суд считает возможным применить положения ст. ч. 3 УК РФ к правилам рецидива. С учетом фактических обстоятельств совершенных преступлений, и степени их общественной опасности, суд не находит оснований для применения положений ч. 6 ст. 15 УК РФ и изменения категории преступлений на менее тяжкую, а также не находит оснований для замены наказания в виде лишения свободы на принудительные работы в соответствие со ст. 53.1 УК РФ . Местом для отбывания наказания в соответствии с требованиями ст. ч.1 п. «в»» УК РФ подсудимым ФИО1, ФИО2 следует определить исправительную колонию строгого режима. На основании изложенного и руководствуясь ст. ст. , и 309 УПК РФ , суд ПРИГОВОРИЛ: признать ФИО1 виновным в совершении преступлений, предусмотренных п. «г» ч. 4 ст. 228.1, п. «а,б» ч. 3 ст. 228.1 , ч.1 ст. 232 УК РФ и назначить ему наказание: по п. «г» ч. 4 ст. 228.1 УК РФ , с применением положений ст. 64 УК РФ , в виде лишения свободы на срок 5 (пять) лет; по п. «а,б» ч. 3 ст. 228.1 УК РФ , с применением положений ст. 64 УК РФ , в виде лишения свободы на срок 4 (четыре) года 6 (шесть) месяцев; по ч. 1 ст. 232 УК РФ в виде лишения свободы на срок 1 (один) год 6 (шесть) месяцев. На основании ч. 3 ст. 69 УК РФ , путем частичного сложения назначенных наказаний, по совокупности преступлений окончательно назначить ФИО1 наказание в виде лишения свободы на срок 6 (шесть) лет с отбыванием наказания в исправительной колонии строгого режима. Срок отбытия наказания осужденному ФИО1 исчислять с ДД.ММ.ГГГГ. Зачесть осуждённому ФИО1 в срок отбытия наказания время содержания в ИВС и время содержания под стражей с ДД.ММ.ГГГГ по ДД.ММ.ГГГГ. Меру пресечения осужденному ФИО1 на апелляционный период оставить прежней в виде заключения под стражей. Признать ФИО2 виновным в совершении преступлений, предусмотренных п. «г» ч. 4 ст. 228.1 УК РФ , п. «а,б» ч. 3 ст. 228.1 УК РФ , ч. 2 ст. 228 УК РФ и назначить ему наказание: по п. «г» ч. 4 ст. 228.1 УК РФ , с применением положений ст. 64 УК РФ , в виде лишения свободы на срок 5 (пять) лет; по п. «а,б» ч. 3 ст. 228.1 УК РФ , с применением положений ст. 64 УК РФ , в виде лишения свободы на срок 4 (четыре) года 6 (шесть) месяцев; по ч. 2 ст. 228 УК РФ в виде лишения свободы на срок 3 (три) года. На основании ч. 3 ст. 69 УК РФ , путем частичного сложения назначенных наказаний, по совокупности преступлений окончательно назначить ФИО2 наказание в виде лишения свободы на срок 6 (шесть) лет 10 (десять) месяцев с отбыванием наказания в исправительной колонии строгого режима. Срок отбытия наказания осужденному ФИО2 исчислять с ДД.ММ.ГГГГ. Зачесть осуждённому ФИО2 в срок отбытия наказания время содержания в ИВС и время содержания под стражей с ДД.ММ.ГГГГ по ДД.ММ.ГГГГ год. Меру пресечения осужденному ФИО2 на апелляционный период оставить прежней в виде заключения под стражей. Вещественные доказательства по уголовному делу: - один пакет с ручками из непрозрачного полимерного материала темно-синего цвета; пакет из прозрачного неокрашенного полимерного материала с внутренним зажимом и красной полоской вверху, с фрагментом пачки из-под сигарет «Winston», пакет из (объект исследования №) прозрачного неокрашенного полимерного материала с внутренним зажимом и синей полоской, в котором находится порошкообразное веществом белого цвета (объект исследования №), которое содержит в своем составе наркотическое средство - &lt;данные изъяты&gt; находящиеся в камере хранения вещественных доказательств Вологодского ЛО МВЖ России на транспорте, суд полагает хранить до момента принятия процессуального решения по выделенному уголовному делу согласно постановления о выделении в отдельное производство материалов уголовного дела от ДД.ММ.ГГГГ, а также до принятия решения по уголовному делу № (т. 1 л.д. 100-101); - мобильный телефон марки «Philips» модели «Xenium», с заводскими номерами IMEI1: №; IMEI2: №., сим-картой оператора сотовой связи «Tele2» с абонентским номером &lt;***&gt;, направленный в камеру хранения вещественных доказательств Вологодского ЛО МВД России на транспорте, суд полагает хранить до момента принятия процессуального решения по выделенному уголовному делу согласно постановления о выделении в отдельное производство материалов уголовного дела от ДД.ММ.ГГГГ (т.2, л.д. 116-117); три банковские карты (карта «Сбербанк» платежной системы «MasterCard» № на имя ФИО1; карта «Сбербанк» платежной системы «VISA» № типа credit momentum не именная; карта «VISA QIWI WALLET» платежной системы «VISA» № на имя ФИО1); лист бумаги с рукописным текстом, выполненным красителем синего цвета «&lt;данные изъяты&gt;». Записная книжка (блокнот); 13 полимерных неокрашенных пакетиков с зажимом «зип-лок» с красной полосой на зажимах. Фрагмент картонной коробки из-под чая «Noori Ceylon Pekoe» на обратной стороне которой имеются рукописные записи с наименованием электронной почты, логинов и паролей; мобильный телефон марки «Samsung» модели «GT-C6712» с заводским номером IMEI1: №; IMEI2: №, с сим-картой неустановленного оператора сотовой связи имеет ICCID №, картой памяти «Kingston» объемом 8 Гб; мобильный телефон марки «LG» с заводскими номерами MEI1: №, IMEI2: №; мобильный телефон марки «Fly» с заводскими номерами IMEI1: №, IMEI2: №, IMEI3: №, с сим-картой оператора сотовой связи «МТС», сим-карта имеет ICCID №, абонентский №, картой памяти «Kingston» формата «Micro SD» объёмом 4 Гб; мобильный телефон марки «Nokia» IMEI: № с сим-картой оператора сотовой связи «Теле 2» ICCID № с абонентским номером &lt;***&gt; направленные в камеру хранения вещественных доказательств Вологодского ЛО МВД России на транспорте, суд полагает хранить до момента принятия процессуального решения по выделенному уголовному делу согласно постановления о выделении в отдельное производство материалов уголовного дела от ДД.ММ.ГГГГ (т. 2 л.д. 131-135); - мобильный телефон марки «Samsung» модели «SM-A310F», с заводскими номерами IMEI1: №, IMEI2: №; с сим-картой оператора сотовой связи «Теле 2» ICCID № с абонентским номером &lt;***&gt;; картой памяти марки «GERFFINS» формата «micro SD» объемом 8 Гб в чехле из кожзаменителя черного цвета, направленные в камеру хранения вещественных доказательств Вологодского ЛО МВД России на транспорте, суд полагает хранить до момента принятия процессуального решения по выделенному уголовному делу согласно постановления о выделении в отдельное производство материалов уголовного дела от ДД.ММ.ГГГГ (т. 2 л.д. 141-143); - &lt;данные изъяты&gt; &lt;данные изъяты&gt; Приговор может быть обжалован в апелляционном порядке в судебную коллегию по уголовным делам Вологодского областного суда через Вологодский городской суд в течение десяти суток со дня провозглашения, а осужденными, содержащимся под стражей, в тот же срок и в том же порядке со дня вручения им копии настоящего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Е.В.Голованова &lt;данные изъяты&gt; &lt;данные изъяты&gt; Суд: Вологодский городской суд (Вологодская область) (подробнее) Судьи дела: Голованова Елена Владимировна (судья) (подробнее) Последние документы по делу: Приговор от 27 января 2019 г. по делу № 1-121/2018 Приговор от 15 января 2019 г. по делу № 1-121/2018 Постановление от 22 ноября 2018 г. по делу № 1-121/2018 Приговор от 18 сентября 2018 г. по делу № 1-121/2018 Приговор от 19 июля 2018 г. по делу № 1-121/2018 Приговор от 7 февраля 2018 г. по делу № 1-121/2018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