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один из дней ДД.ММ.ГГГГ, в период времени с 16 часов 00 минут по 22 часа 00 минут, находясь по месту жительства Потерпевший №1 по адресу: &lt;адрес&gt;, имея преступный умысел на незаконное обогащение, действуя из корыстных побуждений, с целью хищения денежных средств, принадлежащих Потерпевший №1, зная о возможности последней предоставить в долг крупную сумму денег, будучи с ней в дружеских и доверительных отношениях, путем обмана и злоупотребления доверием Потерпевший №1 обратилась к последней с просьбой о передаче в долг денежных средств в сумме 470 000 рублей, необходимых якобы для развития микрофинансовой организации, сознательно сообщив Потерпевший №1 заведомо ложные, не соответствующие действительности сведения о том, что долговые обязательства впоследствии ею (ФИО1) будут исполнены, тем самым обманув и введя в заблуждение Потерпевший №1 относительно истинности своих намерений по безвозмездному обращению полученных денежных средств в свою пользу. Реализуя свой преступный умысел, направленный на хищение денежных средств, ФИО1 воспользовавшись доверительными отношениями с Потерпевший №1 и тем, что последняя дала согласие на передачу в долг денежных средств, ДД.ММ.ГГГГ в неустановленное в процессе предварительного следствия время, находясь по месту жительства Потерпевший №1 по вышеуказанному адресу, получила от последней денежные средства в сумме 470 000 рублей, заранее не намереваясь исполнять взятые на себя обязательства по возвращению указанной суммы. Впоследствии ФИО1 денежные средства Потерпевший №1 не вернула, тем самым умышленно, из корыстных побуждений, путем обмана и злоупотребления доверием похитила, принадлежащие Потерпевший №1 денежные средства в сумме 470 000 рублей, которыми распорядилась по своему усмотрению, причинив потерпевшей материальный ущерб в крупном размере.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в один из дней ДД.ММ.ГГГГ в неустановленное в процессе предварительного следствия время, находясь в &lt;адрес&gt;, имея единый преступный умысел на незаконное обогащение, действуя из корыстных побуждений, с целью хищения денежных средств в особо крупном размере, принадлежащих Потерпевший №5, зная о возможности последнего предоставить в долг крупную сумму денег, будучи в дружеских и доверительных отношениях с его дочерью к Потерпевший №1, путем обмана и злоупотребления доверием Потерпевший №5 обратилась к последнему через Потерпевший №1, не осведомленную о её (ФИО1) преступных намерениях, с просьбой о передаче в долг денежных средств в сумме 1 500 000 рублей, необходимых якобы для развития бизнеса, сознательно сообщив заведомо ложные, не соответствующие действительности сведения о том, что долговые обязательства впоследствии ею (ФИО1) будут исполнены и что денежные средства будут потрачены на развитие бизнеса, тем самым обманув и введя в заблуждение Потерпевший №5 относительно истинности своих намерений по безвозмездному обращению полученных денежных средств в свою пользу. Реализуя свой преступный умысел, направленный на хищение денежных средств в особо крупном размере, ФИО1 воспользовавшись доверительными отношениями с дочерью Потерпевший №5 - Потерпевший №1 и тем, что последний дал согласие на передачу в долг денежных средств, ДД.ММ.ГГГГ в неустановленное в процессе предварительного следствия время, находясь по месту жительства Потерпевший №5 по вышеуказанному адресу получила от него денежные средства в сумме 1500000 рублей, заранее не намереваясь исполнять взятые на себя обязательства по возвращению указанной суммы. Затем, в продолжение своего единого преступного умысла, в период времени с ДД.ММ.ГГГГ по ДД.ММ.ГГГГ ФИО1, будучи в дружеских и доверительных отношениях с дочерью Потерпевший №5 - Потерпевший №1, зная о наличии у Потерпевший №5 крупной суммы денег, путем обмана и злоупотребления доверием Потерпевший №5 вновь обратилась к нему через Потерпевший №1, не осведомлённую о её (ФИО1) преступных намерениях, с просьбой о передаче в долг денежных средств в сумме 2 500 000 рублей, также необходимых якобы для развития бизнеса, сознательно сообщив заведомо ложные, не соответствующие действительности сведения о том, что долговые обязательства впоследствии ею (ФИО1) будут исполнены и что денежные средства будут потрачены на развитие бизнеса. Тем самым повторно обманув и введя в заблуждение Потерпевший №5 относительно истинности своих намерений по безвозмездному обращению полученных денежных средств в свою пользу. С целью доведения до конца своего преступного умысла, направленного на хищение денежных средств в особо крупном размере, ФИО1, получив согласие Потерпевший №5 на передачу ей в долг денежных средств в сумме 2 500 000 рублей, ДД.ММ.ГГГГ в неустановленное в процессе предварительного следствия время, находясь по месту жительства Потерпевший №5 по вышеуказанному адресу получила от него денежные средства в сумме 2 500 000 рублей, заранее не намереваясь исполнять взятые на себя обязательства по возвращению указанной суммы. Впоследствии ФИО1 денежные средства Потерпевший №5 не вернула, тем самым умышленно, из корыстных побуждений, путем обмана и злоупотребления доверием последнего похитила принадлежащие ему денежные средства в сумме 4000000 рублей, которыми распорядилась по своему усмотрению, причинив материальный ущерб в особо крупном размере.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Она же, в один из дней начала ДД.ММ.ГГГГ, но после ДД.ММ.ГГГГ, в неустановленное в процессе предварительного следствия время, находясь в &lt;адрес&gt;, имея единый преступный умысел на незаконное обогащение, действуя из корыстных побуждений, с целью хищения денежных средств, принадлежащих Потерпевший №4 и Потерпевший №6, зная о возможности последних предоставить в долг крупную сумму денег, будучи в дружеских и доверительных отношениях с Потерпевший №1, являющейся дочерью Потерпевший №4 и сестрой Потерпевший №6, путем обмана и злоупотребления доверием Потерпевший №4 обратилась к последней через Потерпевший №1, не осведомленную о преступных намерениях ФИО1, с просьбой о передаче в долг денежных средств в сумме 500000 рублей, необходимых якобы для приобретения квартиры в &lt;адрес&gt; и ее последующей выгодной продажи, сознательно сообщив заведомо ложные, не соответствующие действительности сведения о том, что долговые обязательства впоследствии ею (ФИО1) будут исполнены, тем самым обманув и введя в заблуждение Потерпевший №4 относительно истинности своих намерений по безвозмездному обращению полученных денежных средств в свою пользу. Реализуя свой преступный умысел, направленный на хищение денежных средств, ФИО1, воспользовавшись доверительными отношениями с дочерью Потерпевший №4 - Потерпевший №1 и тем, что последняя дала согласие на передачу в долг денежных средств, ДД.ММ.ГГГГ в неустановленное в процессе предварительного следствия время, находясь по месту жительства Потерпевший №4 по вышеуказанному адресу, получила от Потерпевший №4 денежные средства в сумме 500 000 рублей, заранее не намереваясь исполнять взятые на себя обязательства по возвращению указанной суммы. Действуя в продолжение своего единого преступного умысла, направленного на хищение денежных средств, ФИО1 в один из дней ДД.ММ.ГГГГ в неустановленное в процессе предварительного следствия время, путем обмана и злоупотребления доверием Потерпевший №6 обратилась к последней через Потерпевший №1, не осведомленную о её (ФИО1) преступных намерениях, с просьбой о передаче в долг денежных средств в сумме 400000 рублей, необходимых якобы также для приобретения квартиры в &lt;адрес&gt; и последующей ее выгодной продажи, сознательно сообщив заведомо ложные, не соответствующие действительности сведения о том, что долговые обязательства впоследствии ею (ФИО1) будут исполнены, тем самым обманув и введя в заблуждение Потерпевший №6 относительно истинности своих намерений по безвозмездному обращению полученных денежных средств в свою пользу. Воспользовавшись доверительными отношениями с сестрой Потерпевший №6 - Потерпевший №1 и тем, что Потерпевший №6 после просьбы Потерпевший №1 дала согласие на передачу в долг денежных средств для ФИО1, в один из дней ДД.ММ.ГГГГ в неустановленное в процессе предварительного следствия время, находясь в неустановленном в процессе предварительного следствия месте, получила от Потерпевший №6 денежные средства в сумме 400000 рублей, заранее не намереваясь исполнять взятые на себя обязательства по возвращению указанной суммы. Впоследствии ФИО1 денежные средства Потерпевший №4 и Потерпевший №6, не вернула, тем самым умышленно, из корыстных побуждений, путем обмана и злоупотребления доверием последних похитила принадлежащие Потерпевший №4 и Потерпевший №6 денежные средства в сумме 500000 рублей и 400000 рублей соответственно, которыми распорядилась по своему усмотрению, причинив потерпевшим материальный ущерб на вышеуказанные суммы в крупном размере.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Она же, в один из дней ДД.ММ.ГГГГ в период времени с 16 часов 00 минут по 22 часа 00 минут, находясь в неустановленном в процессе предварительного следствия месте, имея умысел на незаконное обогащение, действуя из корыстных побуждений, с целью хищения денежных средств, принадлежащих Потерпевший №6, зная о возможности последней предоставить в долг крупную сумму денег, будучи в дружеских и доверительных отношениях с ее сестрой - Потерпевший №1, путем обмана и злоупотребления доверием Потерпевший №6 обратилась к ней через Потерпевший №1, не осведомленную о её (ФИО1) преступных намерениях, с просьбой о передаче в долг денежных средств в сумме 300000 рублей, необходимых якобы для развития бизнеса, сознательно сообщив заведомо ложные, не соответствующие действительности сведения о том, что долговые обязательства впоследствии ею (ФИО1) будут исполнены, тем самым обманув и введя в заблуждение Потерпевший №6 относительно истинности своих намерений по безвозмездному обращению полученных денежных средств в свою пользу. Реализуя свой преступный умысел, направленный на хищение денежных средств, ФИО1, воспользовавшись доверительными отношениями с сестрой Потерпевший №6 - Потерпевший №1 и тем, что Потерпевший №6 после просьбы Потерпевший №1 дала согласие на передачу в долг денежных средств для ФИО1, в один из дней ДД.ММ.ГГГГ в неустановленное в процессе предварительного следствия время, находясь в неустановленном в процессе предварительного следствия месте получила от Потерпевший №6 денежные средства в сумме 300000 рублей, заранее не намереваясь исполнять взятые на себя обязательства по возвращению указанной суммы. Впоследствии ФИО1 денежные средства Потерпевший №6 не вернула, тем самым умышленно, из корыстных побуждений, путем обмана и злоупотребления доверием последней похитила принадлежащие потерпевшей денежные средства в сумме 300000 рублей, которыми распорядилась по своему усмотрению, причинив материальный ущерб в крупном размере.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Она же, в один из дней ДД.ММ.ГГГГ в неустановленное в процессе предварительного следствия время, находясь в неустановленном в процессе предварительного следствия месте, имея единый преступный умысел на незаконное обогащение, действуя из корыстных побуждений, с целью хищения денежных средств, принадлежащих Потерпевший №1 и Потерпевший №4, зная о возможности последних предоставить в долг крупную сумму денег, будучи в дружеских и доверительных отношениях с Потерпевший №1, обратилась к последней с просьбой о передаче в долг денежных средств в сумме 1 050 000 рублей, необходимых якобы для развития рекламной газеты, сознательно сообщив Потерпевший №1 заведомо ложные, не соответствующие действительности сведения о том, что долговые обязательства впоследствии ею (ФИО1) будут исполнены, тем самым обманув и введя в заблуждение Потерпевший №1 относительно истинности своих намерений по безвозмездному обращению полученных денежных средств в свою пользу. Действуя в продолжение своего единого преступного умысла, направленного на хищение денежных средств, в один из дней начала ДД.ММ.ГГГГ в неустановленное в процессе предварительного следствия время, находясь в &lt;адрес&gt;, имея единый преступный умысел на незаконное обогащение, действуя из корыстных побуждений, с целью хищения денежных средств, принадлежащих Потерпевший №4, зная о возможности последней предоставить в долг крупную сумму денег, будучи в дружеских и доверительных отношениях с ее дочерью Потерпевший №1, путем обмана и злоупотребления доверием Потерпевший №4 обратилась к ней через Потерпевший №1, не осведомленную о преступных намерениях ФИО1, с просьбой о передаче в долг денежных средств в сумме 1 500 000 рублей, необходимых якобы для открытия и развития рекламной газеты, сознательно сообщив заведомо ложные, не соответствующие действительности сведения о том, что долговые обязательства впоследствии ФИО1 будут исполнены, тем самым обманув и введя в заблуждение Потерпевший №4 относительно истинности своих намерений по безвозмездному обращению полученных денежных средств в свою пользу. Реализуя свой преступный умысел, направленный на хищение денежных средств, ФИО1, воспользовавшись доверительными отношениями с дочерью Потерпевший №4 - Потерпевший №1 и тем, что последняя дала согласие на передачу в долг денежных средств, ДД.ММ.ГГГГ в неустановленное в процессе предварительного следствия время, находясь по месту жительства Потерпевший №4 по адресу: &lt;адрес&gt;, получила от Потерпевший №4 денежные средства в сумме 1 500 000 рублей, заранее не намереваясь исполнять взятые на себя обязательства по возвращению указанной суммы. Реализуя свой преступный умысел, направленный на хищение денежных средств, ФИО1 воспользовавшись доверительными отношениями с Потерпевший №1 и после того, как последняя дала согласие на передачу денежных средств, ДД.ММ.ГГГГ в неустановленное в процессе предварительного следствия время, находясь по месту жительства Потерпевший №1 по адресу: &lt;адрес&gt;, получила от последней часть денежных средств в сумме 800 000 рублей, при этом убедив Потерпевший №1 в необходимости передачи впоследствии оставшейся части денежных средств для достижения указанных целей, заранее не намереваясь исполнять взятые на себя обязательства по возвращению денег.Во исполнении своего преступного умысла, направленного на хищение денежных средств ФИО1, узнав о наличии у Потерпевший №1 крупной суммы денежных средств, ДД.ММ.ГГГГ в неустановленное в процессе предварительного следствия время, находясь в неустановленном в процессе предварительного следствия месте, получила от Потерпевший №1 оставшуюся часть денежных средств в сумме 250000 рублей, заранее не намереваясь исполнять взятые на себя обязательства по возвращению указанной суммы. Впоследствии ФИО1 денежные средства Потерпевший №1 и Потерпевший №4, не вернула, тем самым умышленно, из корыстных побуждений, путем обмана и злоупотребления доверием похитила принадлежащие Потерпевший №1 и Потерпевший №4 денежные средства в общей сумме 1 050 000 рублей и 1 500 000 рублей соответственно, которыми распорядилась по своему усмотрению, причинив Потерпевший №4 и Потерпевший №1 материальный ущерб на вышеуказанную сумму в особо крупном размере.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Она же, в один из дней периода с ДД.ММ.ГГГГ по ДД.ММ.ГГГГ в неустановленное в процессе предварительного следствия время, находясь по месту жительства Потерпевший №2 по адресу: &lt;адрес&gt;, имея преступный умысел на незаконное обогащение, действуя из корыстных побуждений, с целью хищения имущества, принадлежащего Потерпевший №2, путем обмана и злоупотребления доверием последнего, воспользовавшись тем, что она является Потерпевший №2 родственницей, обратилась к нему с просьбой о передаче ей в долг денежных средств, необходимых для открытия рекламной газеты. Получив от Потерпевший №2 отказ в предоставлении наличных денежных средств, ФИО1 для исполнения своего преступного умысла сознательно сообщила Потерпевший №2 заведомо ложные не соответствующие действительности сведения, направленные на введение Потерпевший №2 в заблуждение относительно возможности получения денежных средств путем оформления денежного займа под залог недвижимости, а именно, квартиры, имеющейся в собственности у Потерпевший №2, расположенной по адресу: &lt;адрес&gt;. После этого для осуществления своего преступного умысла и получения права распоряжаться вышеуказанной квартирой, ФИО1 убедила Потерпевший №2, оформить на её имя доверенность на право распоряжаться вышеуказанной квартирой, пояснив ему, что данная доверенность необходима для получения денежного займа под залог вышеуказанной квартиры. При этом ФИО1 заранее не намеревалась заключать сделку на получение денежного займа под залог указанной квартиры. После этого ДД.ММ.ГГГГ в период времени с 08 часов 00 минут по 17 часов 00 минут Потерпевший №2, находясь в нотариальной конторе №, расположенной по адресу: &lt;адрес&gt;, будучи введенным в заблуждение относительно законности действий ФИО1, и будучи уверенным в оформлении временной доверенности сроком на 6 месяцев на право получения денежного займа под залог принадлежащей ему квартиры, расположенной по адресу: &lt;адрес&gt;, оформил на имя ФИО1 доверенность № от ДД.ММ.ГГГГ, согласно которой уполномочил ФИО1 продать за цену и на условиях по своему усмотрению, принадлежащую ему квартиру, расположенную по вышеуказанному адресу. После получения от Потерпевший №2 доверенности № от ДД.ММ.ГГГГ, на основании которой ФИО1 получила право распоряжаться принадлежащей Потерпевший №2 квартирой, расположенной по вышеуказанному адресу, и документов на указанную квартиру, ФИО1 для исполнения своего преступного умысла, ДД.ММ.ГГГГ в период времени с 08 часов 00 минут по 17 часов 00 минут, находясь в Управлении Федеральной регистрационной службы по Новгородской области, расположенном по адресу: &lt;адрес&gt;, действуя на основании выданной Потерпевший №2 доверенности, удостоверенной нотариусом &lt;адрес&gt; ФИО9 №, от имени Потерпевший №2 заключила с ФИО10 договор купли-продажи квартиры, расположенной по адресу: &lt;адрес&gt;, согласно которого ФИО1 продала ФИО10 данную квартиру за 780 000 рублей. Впоследствии вышеуказанную квартиру, а также денежные средства, вырученные от продажи вышеуказанной квартиры, Потерпевший №2 не возвратила, тем самым ФИО1 умышленно, из корыстных побуждений, путем обмана и злоупотребления доверием лишила Потерпевший №2 права на данную квартиру, причинив ему материальный ущерб на вышеуказанную сумму, что является крупным размером, а вырученными от продажи вышеуказанной квартиры денежными средствами распорядилась по своему усмотрению, тем самым совершив в отношении Потерпевший №2, мошеннические действия, повлекшие лишение права последнего на жилое помещение.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Она же, ДД.ММ.ГГГГ в период времени с 12 часов 00 минут по 19 часов 30 минут, находясь в торговом центре &lt;данные изъяты&gt;, расположенном по адресу: &lt;адрес&gt;, имея долговые обязательства перед гражданами &lt;адрес&gt;, имея умысел, направленный на хищение денежных средств, принадлежащих Потерпевший №3, действуя из корыстных побуждений, воспользовавшись тем, что Потерпевший №3 является ФИО1 родственницей, путем обмана и злоупотребления доверием последней, обратилась к Потерпевший №3 с просьбой о передаче в долг денежных средств в сумме 400 000 рублей, необходимых якобы для выдачи микрозаймов, сознательно сообщив Потерпевший №3 заведомо ложные, не соответствующие действительности сведения о том, что долговые обязательства впоследствии ею (ФИО1) будут исполнены, тем самым обманув и введя в заблуждение Потерпевший №3 относительно истинности своих намерений по безвозмездному обращению полученных денежных средств в свою пользу. Реализуя свой преступный умысел, направленный на хищение денежных средств, ФИО1, воспользовавшись доверительными отношениями с Потерпевший №3, и, после того как последняя дала согласие на передачу денежных средств, в вышеуказанный период времени, находясь по вышеуказанному адресу, получила от Потерпевший №3 денежные средства в сумме 400 000 рублей, которые Потерпевший №3, являясь администратором в торговом центре &lt;данные изъяты&gt;, и будучи введенная в заблуждение ФИО1 относительно срока возврата вышеуказанной суммы, взяла из кассы указанного магазина. Впоследствии указанные денежные средства Потерпевший №3 возместила ИП «ФИО11» в полном объеме. Таким образом, ФИО1 денежные средства Потерпевший №3 не вернула, тем самым умышленно, из корыстных побуждений, путем обмана и злоупотребления доверием последней похитила денежные средства в сумме 400 000 рублей, принадлежащие Потерпевший №3, которыми распорядилась по своему усмотрению, причинив ей материальный ущерб в крупном размере. На основании письменного ходатайства ФИО1 о постановлении приговора без проведения судебного разбирательства, заявленного ею при ознакомлении с материалами уголовного дела, и в соответствии со статьями - 316 УПК РФ судебное разбирательство осуществлялось в особом порядке. В судебном заседании подсудимая ФИО1, виновной себя в инкриминируемых ей деяниях признала полностью и подтвердила свое ходатайство о постановлении приговора в особом порядке. Исследовав представленные материалы дела, суд приходит к выводу, что обвинение, изложенное в описательной части приговора, обоснованно, подтверждается собранными по делу доказательствами, а подсудимая понимает существо предъявленного ей обвинения и соглашается с ним в полном объеме. Подсудимая своевременно, добровольно и в присутствии защитника заявила ходатайство об особом порядке, осознает характер и последствия заявленного ею ходатайства. У государственного обвинителя и потерпевших не имеется возражений против рассмотрения дела в особом порядке. Защита не оспаривала законность и допустимость имеющихся в деле доказательств и не заявила о нарушении прав подсудимой в ходе проведенного расследования. Суд квалифицирует действия ФИО1:</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хищения денежных средств потерпевшей Потерпевший №1 (в сумме 470000 рублей) - по ч.3 ст. 159 УК РФ – мошенничество, то есть хищение чужого имущества путем обмана и злоупотребления доверием, совершенное в крупном размере;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хищения денежных средств потерпевшего Потерпевший №5 (в сумме 4000000 рублей) - по ч.4 ст. 159 УК РФ - мошенничество, то есть хищение чужого имущества путем обмана и злоупотребления доверием, совершенное в особо крупном размере;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факту хищения денежных средств потерпевших Потерпевший №4 и Потерпевший №6 (в сумме 500000 рублей и 400000 рублей соответственно) - по ч.3 ст. 159 УК РФ - мошенничество, то есть хищение чужого имущества путем обмана и злоупотребления доверием, совершенное в крупном размере;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факту хищения денежных средств потерпевшей Потерпевший №6 (в сумме 300000 рублей) - по ч.3 ст. 159 УК РФ - мошенничество, то есть хищение чужого имущества путем обмана и злоупотребления доверием, совершенное в крупном размере; 5 по факту хищения денежных средств потерпевших Потерпевший №1 и Потерпевший №4 (в сумме 1050000 рублей и 1500000 рублей соответственно) - по ч.4 ст. 159 УК РФ - мошенничество, то есть хищение чужого имущества путем обмана и злоупотребления доверием, совершенное в особо крупном размере;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факту завладения имуществом потерпевшего Потерпевший №2 - по ч.4 ст. 159 УК РФ - мошенничество, то есть хищение чужого имущества путем обмана и злоупотребления доверием, совершенное в крупном размере, повлекшее лишение права гражданина на жилое помещение;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факту хищения денежных средств потерпевшей Потерпевший №3 (в сумме 400000 рублей) - по ч.3 ст. 159 УК РФ - мошенничество, то есть хищение чужого имущества путем обмана и злоупотребления доверием, совершенное в крупном размере. При назначении наказания подсудимой суд в соответствии с ч.3 ст. 60 УК РФ учитывает характер и степень общественной опасности совершенных ею преступлений, личность виновной, смягчающие и отсутствие отягчающих наказание обстоятельств, а также влияние назначенного наказания на исправление осужденной. В соответствии с ч.4 ст. 15 УК РФ преступления, предусмотренные ч.3 ст. 159 УК РФ и ч.4 ст. 159 УК РФ , отнесены законом к категории тяжких преступлений, направлены против собственности. Исследованием личности подсудимой установлено: ФИО1 ранее не судима &lt;данные изъяты&gt;, у врача-нарколога и врача-психиатра не наблюдается &lt;данные изъяты&gt;, к административной ответственности привлекалась &lt;данные изъяты&gt;, по месту жительства участковым уполномоченным полиции характеризуется удовлетворительно &lt;данные изъяты&gt;. В соответствии с п.п. «г», «и» ч.1 ст. 61 УК РФ в качестве смягчающих наказание обстоятельств суд признает соответственно наличие малолетних детей у виновной &lt;данные изъяты&gt;, активное способствование раскрытию и расследованию преступлений по всем инкриминируемым деяниям, а в соответствии с ч.2 ст. 61 УК РФ - полное признание вины, раскаяние в содеянном. В соответствии со ст. 63 УК РФ обстоятельств, отягчающих наказание подсудимой ФИО1, судом не установлено. С учетом фактических обстоятельств преступлений и степени их общественной опасности оснований для изменения категории преступления на менее тяжкую, в соответствии с ч.6 ст. 15 УК РФ , суд не усматривает. Принимая во внимание характер и степень общественной опасности преступлений, размер причиненного ущерба, позицию потерпевших, которые настаивают на строгой мере наказания, а также то, что подсудимой не предпринималось мер для возмещения причиненного потерпевшим ущерба, суд полагает необходимым назначить ей наказание в виде лишения свободы. Оснований для применения ст. 73 УК РФ суд не усматривает. Для отбывания наказания ФИО1, в соответствии с п. «б» ч.1 ст. 58 УК РФ следует назначить исправительную колонию общего режима. При назначении наказания ФИО1, суд учитывает положения ч.ч. 1, 5 ст. 62 УК РФ . Окончательное наказание ФИО1 следует назначить путем частичного сложения наказаний по правилам ч. 3 ст. 69 УК РФ . Учитывая данные о личности подсудимой, её материальное положение, суд считает возможным не назначать ей дополнительные наказания в виде штрафа или ограничения свободы. В соответствии со ст. 1064 ГК РФ вред, причиненный личности или имуществу гражданина, подлежит возмещению лицом, причинившим вред. Гражданские иски потерпевших Потерпевший №1 в сумме 1 520 000 рублей, Потерпевший №4 в сумме 2000 000 рублей, Потерпевший №5 в сумме 4000 000 рублей, Потерпевший №6 в сумме 700 000 рублей, Потерпевший №3 в сумме 400 000 рублей, подлежат удовлетворению в полном объеме. Указанные суммы подлежат взысканию с ФИО1 Гражданский иск потерпевшего Потерпевший №2 суд оставляет без рассмотрения в связи с заявленным им в судебном заседании ходатайством об оставлении заявленного им в рамках уголовного дела гражданского иска без рассмотрения. Процессуальные издержки за участие адвоката Обшивалова Д.С. на предварительном следствии в сумме 2940 рублей, взысканию с подсудимой ФИО1 не подлежат в соответствии с ч.10 ст. 316 УПК РФ . Их следует отнести на счет федерального бюджета. На основании изложенного и руководствуясь ст.ст. , , 316 УПК РФ , суд приговорил: ФИО1 &lt;данные изъяты&gt; признать виновной в совершении преступлений, предусмотренных ч.3 ст. 159 УК РФ , ч.3 ст. 159 УК РФ , ч.3 ст. 159 УК РФ , ч.3 ст. 159 УК РФ , ч.4 ст. 159 УК РФ , ч.4 ст. 159 УК РФ , ч.4 ст. 159 УК РФ , и назначить ей наказание: - за преступление, предусмотренное ч.3 ст. 159 УК РФ (в отношении потерпевшей Потерпевший №1) - в виде лишения свободы на срок 1 год 6 месяцев; - за преступление, предусмотренное ч.3 ст. 159 УК РФ (в отношении потерпевших Потерпевший №4 и Потерпевший №6) - в виде лишения свободы на срок 1 год 6 месяцев; - за преступление, предусмотренное ч.3 ст. 159 УК РФ (в отношении потерпевшей Потерпевший №6) - в виде лишения свободы на срок 1 год 6 месяцев; - за преступление, предусмотренное ч.3 ст. 159 УК РФ (в отношении потерпевшей Потерпевший №3) - в виде лишения свободы на срок 1 год 6 месяцев; - за преступление, предусмотренное ч.4 ст. 159 УК РФ (в отношении потерпевшего Потерпевший №5) – в виде лишения свободы на срок 2 года; - за преступление, предусмотренное ч.4 ст. 159 УК РФ (в отношении потерпевших Потерпевший №4 и Потерпевший №1) – в виде лишения свободы на срок 2 года; - за преступление, предусмотренное ч.4 ст. 159 УК РФ (в отношении потерпевшего Потерпевший №2) – в виде лишения свободы на срок 2 года 3 месяца. В соответствии с ч.3 ст. 69 УК РФ по совокупности преступлений, путем частичного сложения назначенных наказаний, окончательное наказание ФИО1 назначить в виде лишения свободы на срок 3 года с отбыванием в исправительной колонии общего режима. Меру пресечения подсудимой ФИО1 - подписку о невыезде и надлежащем поведении изменить на заключение под стражу. Взять под стражу немедленно в зале суда. Срок наказания исчислять, начиная с 08 февраля 2018 года. Взыскать с ФИО1 &lt;данные изъяты&gt; причиненный материальный ущерб в пользу: Потерпевший №1 в сумме 1 520 000 рублей; Потерпевший №3 в сумме 400 000 рублей; Потерпевший №4 в сумме 2 000 000 рублей; Потерпевший №5 в сумме 4 000 000 рублей; Потерпевший №6 в сумме 700 000 рублей. Процессуальные издержки за участие адвоката Обшивалова Д.С. на предварительном следствии в сумме 2940 рублей отнести на счет федерального бюджета. Приговор может быть обжалован в Новгородский областной суд через Боровичский районный суд с соблюдением требований ст. 317 УПК РФ в течение 10 суток в апелляционном порядке, а осужденной, содержащейся под стражей – в тот же срок со дня вручения ей копии приговора. В случае подачи апелляционной жалобы осужденная вправе ходатайствовать о своем участии и участии адвоката в рассмотрении уголовного дела судом апелляционной инстанции. Судья: М.В.Савкина Суд: Боровичский районный суд (Новгородская область) (подробнее) Судьи дела: Савкина Марина Валентиновна (судья) (подробнее)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