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части совершения преступления предусмотренного п. «г» ч. 2 ст. 161 УК РФ . Потерпевший Потерпевший №1 в суде пояснил, что "___" ___________ г. выехал на поезде из Москвы домой. При себе у него была большая дорожная сумка, и матерчатая барсетка. Барсетка была на поясе. В пути следования он познакомился с ФИО3 и ФИО9. После станции Вековка они втроем пошли в ресторан, где употребили спиртное. Ближе к полуночи, он ушел к себе в вагон, так как устал и хотел спать. Ночью он проснулся оттого, что ему показалось, что его, кто-то обыскивает. В это время он попытался встать, но так как был в состоянии алкогольного опьянения и плохо ориентировался, обо что-то ударился головой и потерял сознание. ФИО3 ему удары не наносил. Когда он пришел в себя, в вагоне были сотрудники пролиции, кторые отдали ему пропуск. У него пропала барсетка с документами. Когода он давал показания в ходе следствия, был в состояние алкогольного опьянения и не мог трезво оценивать ситуацию. ФИО3 был пристегнут наручниками. Он обнаружил пропажу барсетки, и связал все происходящее с ФИО3 Ему причинен материальный ущерб в сумме 1 290 рублей. Он претензий к ФИО3 не имеет, ущерб ему возмещен в полном объеме. Просит прекратить уголовное дело в отношении ФИО3 в связи примирением сторон. Также были оглашены показания Потерпевший №1 данные им в качестве потерпевшего во время предварительного следствия. Во время следствия пояснил, что "___" ___________ г. он на станции Москва-Казанская сел в пассажирский поезд № ___________ сообщением «Москва - Ижевск», чтобы поехать домой. На поясе у него находилась барсетка черного цвета. Внутри барсетки находились: мобильный телефон марки Maxvi С8 в корпусе красного цвета, зарплатная карта банка ПАО «Сбербанк России», на которой было примерно 15000 рублей, зарплатная карта банка ПАО «Газпромбанк», денежных средств на карте не было, зарплатная карта банка ПАО «Ижкомбанк», денежных средств на карте не было и кредитная карта банка «Альфабанк» лимитом 20000 рублей, на счету которой на "___" ___________ г. было примерно 6000 рублей. Также в барсетке были документы на его имя: паспорт гражданина РФ, свидетельство ИНН, военный билет, медицинская книжка, пенсионное страховое свидетельство, старый пропуск на работу ООО «ИП «Спутник» ......................... В пути следования поезда, он познакомился с молодыми людьми с соседних мест, которые представились как Игорь и ФИО9. После станции Вековка, они втроем пошли в вагон-ресторан где употребляли спиртные напитки. Около _____________ часов ночи "___" ___________ г. он ушел спать. Ночью он проснулся от того, что его кто - то обыскивает. Открыв глаза, увидел ФИО3 У ФИО3 в руках, была его барсетка. Увидев, что он проснулся, ФИО3 начал наносить ему удары. Первый удар в лобную часть, второй и третий в височную часть головы слева. После этого он потерял ориентацию. Когда очнулся, то увидел, что в вагоне уже находятся сотрудники полиции. Осмотрев себя и свое место, он обнаружил, что барсетка с документами, банковским картами, пропуском и телефоном пропала. Тогда он подошел к сотрудникам полиции и сообщил, что его ограбил пассажир с места № ___________ по имени Игорь. Причиненный ему материальный ущерб в размере 1290 рублей является для него незначительным, поскольку он зарабатывает более 20 000 рублей в месяц. По факту нанесенных ему побоев, он в больницу не обращался (л.д. 38-42 т.1). Свидетель ФИО11 опреуполномоченный Чувашского ЛО МВД России на транспорте в суде показал, что после _____________ часов ночи он получил от оперативного дежурного Чувашского ЛО МВД России на транспорте сообщение о необходимости последовать к поезду Москва-Ижевск. В поезде узнал, что у пассажира Потерпевший №1 похитили барсетку. Сотрудники полиции, сопровождающие поезд объяснили, что компания в ресторане употребляла спиртные напитки. После ФИО3 совершил хищение барсетки у Потерпевший №1 ФИО3 и Потерпевший №1 находились в состоянии алкогольного опьянения, плохо ориентировались на местности и во времени. ФИО3 при даче объяснений признался в хищении барсетки. Он брал у ФИО3 явку с повинной. ФИО3 говорил, что совершил кражу. Потерпевший №1 конкретно указал, что хищение барсетки совершил ФИО3 Свидетель ФИО12 Чувашского ЛО МВД России на транспорте в суде пояснил, что по указанию руководства он выехал в служебную командировку в Республику Удмуртия, там признал Потерпевший №1 потерпевшим. Потерпевший №1 в ходе допроса пояснил, что "___" ___________ г. на станции Москва-Казанская сел в пассажирский поезд сообщением Москва-Ижевск, чтобы поехать домой. В пути следования поезда, Потерпевший №1 познакомился с молодыми людьми с соседних мест. После с новыми знакомыми, Потерпевший №1 направился в вагон ресторан, где употребляли спиртное. Потерпевший №1 опьянел, и пошел спать к себе в вагон. После у Потерпевший №1 ФИО3 похитил барсетку. Он созвонился с ФИО3 и договорился о встрече и выехал в ......................... В Ижевске допросил ФИО3 ФИО3 во всем признался. Позже "___" ___________ г. ФИО3 в ........................ написал явку с повинной, где признался в совершении грабежа в отношении Потерпевший №1 Какого-либо давления на ФИО3 он не оказывал. Из оглашенных в соответствии со ст. 281 УПК РФ показаний свидетеля ФИО16 следует, что "___" ___________ г. она выехала в качестве проводника вагона в составе поезда № ___________ сообщением «Москва-Ижевск» со станции Москва-Казанская. После _____________ часа _____________ минут "___" ___________ г. по составу проходили сотрудники полиции, сопровождающие поезд и так как пассажир с места № ___________ ФИО3 вел себя шумно и был в состоянии алкогольного опьянения, она попросила подойти и успокоить данного пассажира. Сотрудники полиции подошли к ФИО3 успокоили его и около _____________ часов "___" ___________ г. ушли из вагона. Около _____________ часов _____________ минут, когда поезд следовал по перегону Княжиха-Шумерля, она услышала, как пассажир с места № ___________ ФИО26 кричит: «Верни телефон» и бежит за ФИО3 в ее сторону. Около купе № ___________ она услышала звук похожий на то, что что-то упало. Она сразу же сообщила об этом сотрудникам полиции. В это же время к ней обратился пассажир с места № ___________ Потерпевший №1, который сообщил, что ФИО3 применив насилие, похитил сумку -барсетку. Сотрудники полиции, при личном досмотре ФИО3 ничего не нашли. Потом в туалете вагона полицейские обнаружили пропуск, на имя Потерпевший №1 После этого ФИО3 признался в совершении хищения и пояснил, что сумку-барсетку выбросил в окно туалета (л.д. 217-223 т.1,22-26 т.3). Из оглашенных в соответствии со ст. 281 УПК РФ показаний свидетеля ФИО13 следует, что вместе с полицейским Ижевского ЛО МВД России на транспорте ФИО14 выехали в _____________ часов _____________ минут на скором фирменном поезде № ___________ сообщением «Москва-Ижевск» из Москвы в качестве наряда сопровождения. В пути следования поезда, на перегоне Вековка – Канаш ими был замечен гражданин ФИО3 "___" ___________ г. г.р., который находился в состоянии алкогольного опьянения. Так как ФИО3 находился в транспортном средстве общего пользования, в состоянии опьянения, оскорбляющим человеческое достоинство и общественную нравственность, ими было принято решение о доставлении и составлении на ФИО3 протокола об административном правонарушении, предусмотренном ст. 20.21 КоАП РФ. Около _____________ часов _____________ минут их вызвали в вагон № ___________. Придя в вагон, от проводника вагона ФИО16 узнали, что ФИО3 применив насилие, похитил барсетку у Потерпевший №1 В ходе личного досмотра у ФИО3 документы и предметы Потерпевший №1 обнаружены не были. ФИО3 не признавался, что совершил какое-либо преступление. Лишь позже, когда они нашли в туалете пропуск, на имя Потерпевший №1, ФИО3 признался в совершении преступления. Потерпевший №1 пояснил, что в барсетке находились телефон, карточки различных банков, пропуск, документы (л.д. 201-207 т.1, 224-228 т.2, 59-60 т.3). Из оглашенных в соответствии со ст. 281 УПК РФ показаний свидетеля ФИО14 следует, что он дал показания аналогичные показаниям свидетеля ФИО13 (л.д. 208-212 т.1, 233-237 т.2,57-58 т.3). Из оглашенных в соответствии со ст. 281 УПК РФ показаний свидетеля ФИО15 следует, что она работает в должности начальника поезда. "___" ___________ г. она в составе поездной бригады выехала на скором фирменном поезде № ___________ сообщением «Москва-Ижевск» со станции Москва-Казанская. "___" ___________ г. около _____________ часов к ней обратился проводник вагона № ___________ ФИО16 и сообщила, что нужны сотрудники полиции. Она сразу же связалась с дежурной по станции Канаш и попросила наряд полиции к поезду. Позже ей стало известно, что ФИО3 открыто похитил сумку-барсетку у Потерпевший №1 Тогда же ФИО3 похитил телефон у гражданина ФИО26, но потерпевший заметил и потребовал вернуть телефон, ФИО3 вернул телефон (л.д. 196-200 т.1) Из оглашенных в соответствии со ст. 281 УПК РФ показаний свидетеля ФИО17 следует, что она работает проводником вагона. "___" ___________ г. она вместе с ФИО16 в составе поездной бригады выехали на скором поезде № ___________ сообщением «Москва-Ижевск», в вагоне № ___________. "___" ___________ г. около _____________ часов утра она от ФИО16 узнала, что ФИО3 открыто похитил сумку-барсетку. у Потерпевший №1, пассажира с места № ___________. Тогда же ФИО3 похитил телефон у гражданина ФИО26 (л.д. 224-228 т.1). Из оглашенных в соответствии со ст. 281 УПК РФ показаний свидетеля ФИО18 следует, что Потерпевший №1 является ее сыном. "___" ___________ г. сын позвонил и сообщил, что выезжает домой на поезде. "___" ___________ г. она пыталась дозвониться до сына, но телефон был отключен. Сын приехал только "___" ___________ г. около _____________ часов и сообщил, что в поезде Москва-Ижевск его избили и ограбили, отобрав сумку-барсетку с документами и телефоном (л.д. 47-48 т.1). Из оглашенных в соответствии со ст. 281 УПК РФ показаний свидетеля ФИО19 следует, что она является сестрой ФИО3 Ночью "___" ___________ г. ей позвонил брат в _____________ часа _____________ минут и сообщил, что задержан в поезде за совершение кражи. Брата она характеризует положительно, брат был ранее судим. (л.д.63-67 т.3). Также виновность подсудимого в совершении преступления установленного судом подтверждают: заявление Потерпевший №1 из которого следует, что он просит привлечь к уголовной ответственности ФИО3 похитившего его личные вещи и документы (л.д. 7 т.1); протокол явки с повинной ФИО3 от "___" ___________ г., из которого следует, что он "___" ___________ г. в пути следования поезда № ___________ открыто применив насилие, ударив три раза Потерпевший №1, похитил сумку - барсетку с личными вещами и документами, вину признает полностью, в содеянном очень раскаивается (л.д.58 т.1); график исполненного движения поезда № ___________ сообщением «Москва- Ижевск» в период с _____________ часов до _____________ часов _____________ минут "___" ___________ г., из которого следует, что в _____________ часа _____________ минуты поезд проследовал станцию Княжиха, в _____________ часа _____________ минуты станцию Шумерля (л.д.214-216 т.2); осмотр и приобщение к материалам уголовного дела коробки от телефона, талона, пропуска и т.д. (л.д.121-125 т.1); протокол очной ставки между подозреваемым ФИО3 и потерпевшим Потерпевший №1, из показаний Потерпевший №1 следует, что "___" ___________ г. на станции Москва-Казанская сел в пассажирский поезд № ___________ сообщением «Москва - Ижевск». Сел на место № ___________ купе № ___________ плацкартного вагона № ___________. При себе у него на поясе находилась барсетка черного цвета. Внутри сумки - барсетки находились: мобильный телефон марки Maxvi С8 в корпусе красного цвета, зарплатная карта банка ПАО «Сбербанк России», на которой было примерно 15000 рублей, зарплатная карта банка ПАО «Газпромбанк», зарплатная карта банка ПАО «Ижкомбанк», и кредитная карта банка «Альфабанк» лимитом 20000 рублей, на счету которой на "___" ___________ г. было примерно 6000 рублей. Также в барсетке были документы на его имя: паспорт гражданина РФ, свидетельство ИНН, военный билет, медицинская книжка, пенсионное страховое свидетельство, пропуск на работу. В пути следования в поезде он познакомился с молодыми людьми с соседних мест, которые представились как Игорь и Сергей. Игорь ехал до ........................ на месте № ___________, а Сергей ехал до ........................ на месте № ___________. На станции Вековка они втроем пошли в вогон-реторан и употребили спиртные напитки. Посмле полуночи он опьянел, и ушел спать в свой вагон. Когда он пришел к своему месту, то отстегнул сумку - барсетку и автоматически положил ее на верхний плацкарт, т. е место № ___________, а сам лег на свое нижнее место. Проснулся от того, что его кто - то обыскивает и, открыв глаза, увидел, ФИО3 У ФИО3 в руках была его сумка-барсетка. Он хотел встать, но ФИО3 увидев, что он проснулся, ничего не говоря начал обеими руками наносить удары в область головы. Первый удар попал ему в лобную часть, второй и третий, в височную часть головы слева. После этого он потерял ориентацию. Когда очнулся, то увидел, что в вагоне уже находятся сотрудники полиции. Осмотрев себя и свое место, он обнаружил, что сумка-барсетка пропала. Тогда он сообщил сотрудникам полиции, что его ограбил пассажир с места № ___________ по имени Игорь. Свою поясную матерчатую сумку-барсетку он оценивает в 300 рублей, так как покупал ее за 500 рублей два года назад, свой мобильный телефон марки Maxvi С8 в корпусе красного цвета, оценивает в 990 рублей, так как покупал "___" ___________ г. и он был новый. Причиненный ему материальный ущерб в размере 1290 рублей является для него незначительным, поскольку он зарабатывает более 20 000 рублей в месяц. По факту нанесенных ему Игорем побоев при хищении сумки-барсетки он в больницу не обращался. Показания Потерпевший №1 ФИО3 подтвердил полностью. Показал, что свою вину в открытом хищении сумки-барсетки с применением насилия у Потерпевший №1 признает. Дополнил показания потерпевшего и показал, что после совершения хищения барсетки он решил проверить содержимое сумки-барсетки, в барсетке обнаружил телефон, банковские карты банков, паспорт гражданина РФ, ИНН, военный билет, медицинская книжка, СНИЛС, пропуск на работу. Подумал, что его смогут разоблачить сотрудники полиции, сопровождающие поезд и решил избавиться от барсетки. Барсетку выкинул в коно. Когда он выкидывал барсетку, очень торопился и поэтому когда на пол упал пропуск на имя Потерпевший №1, он не стал поднимать пропуск (л.д. 79-84 т.1); протокол показания на месте с подозреваемым ФИО3, из которого следует, что он привел всех участников в вагон № ___________ и указал на место № ___________, где он открыто похитил сумку барсетку у Потерпевший №1, с применением насилия, затем вышел в тамбур, где осмотрел содержимое. Обнаружив только карточки, документы и дешёвый телефон, чтобы избавиться выкинул все в окно туалета вагона № ___________, при этом уронив на пол пропуск Потерпевший №1 (л.д. 85-93 т.1). протокол очной ставки между обвиняемым ФИО3 и свидетелем ФИО16, из показаний ФИО16 следует, что "___" ___________ г. она выехала в качестве проводника вагона № ___________ в составе фирменного поезда № ___________ сообщением «Москва-Ижевск». В 01 час 30 минут "___" ___________ г. по составу проходили сотрудники полиции, сопровождающие поезд и так как пассажир с места № ___________ ФИО3 вел себя шумно, она попросила подойти и успокоить данного пассажира. Около _____________ часов _____________ минут она услышала, как пассажир с 37 места ФИО26 бежит за ФИО3 и просит вернуть телефон. Затем она возле купе № ___________ услышала звук похожий на то, что что-то упало. Когда подошли сотрудники полиции, об этом она сообщила сотрудникам полиции. В это же время к ней обратился пассажир с места № ___________ Потерпевший №1, который сообщил, что ФИО3 похитил сумку-барсетку. Вскоре сотрудники полиции в туалете обнаружили на полу пропуск, на имя Потерпевший №1 Со слов ФИО10 ей известно, что похищенную барсетку выкинул в окно в туалете. ФИО23 показания ФИО16 подтвердил частично и показал, что барсетку он похитил _____________. Затем, посмотрев, и ничего ценного не найдя, он выкинул барсетку в окно. Выйдя из туалета, он увидел телефон на зарядке, и вспомнил, что поставил свой на зарядку и взял его. Когда проходил мимо темнокожего гражданина ФИО26, ему ФИО26 сказал, что он взял чужой телефон. Он отдал телефон ФИО26 и сказал, что перепутал, извинился (л.д. 27-32 т.3).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части совершения преступления предусмотренного ч. 3 ст. – п. «в» ч. 2 ст. 158 УК РФ . Из оглашенных в соответствии со ст. 281 УПК РФ показаний потерпевшего ФИО26 следует, что в Россию приехал около _____________ лет назад. В настоящее время проживает в ........................, проходит ординатуру. Русским языком владеет в совершенстве, в услугах переводчика не нуждается. "___" ___________ г. он выехал из Москвы к себе домой в ........................ на поезде Москква - Ижевск. В пути следования после _____________ часа он поставил на зарядку свой телефон марки MEIZUM3. Около _____________ часов _____________ минут пассажир с его вагона вышел из туалета. Увидев его телефон, на зарядке, указанный пассажир, осмотревшись и убедившись, что никого нет, схватил его телефон и направился в сторону купе проводников. Он побежал за пассажиром, по дороге требовал вернуть телефон. Он догнал пассажира только около купе № ___________. По пути данный пассажир около купе № ___________ выкинул его телефон. Он поднял свой теллефон, и пошел к своему купе. В это время подошли сотрудники полиции и стали с данным пассажиром проводить бесседу. Как он узнал позже, этим пассажиром был ФИО3 Так как, телефон ему был возвращен, он не стал об этом сообщать сотрудникам полиции. Ущерб, причиненный действиями ФИО3, для него является значительным, Заявление на ФИО3 он написал позже (л.д. 163-167 т.1,253-257 т.2). Также потерпевший Асанте Эммануель предсавил в суд заявление, в котором указал, что претензий к ФИО3 не имеет, просит в отношении ФИО3 прекратить уголовное дело. Из оглашенных в соответствии со ст. 281 УПК РФ показаний свидетеля ФИО16 следует, что "___" ___________ г. она выехала в качестве проводника вагона в составе поезда № ___________ сообщением «Москва-Ижевск» со станции Москва-Казанская. После _____________ часа _____________ минут "___" ___________ г. по составу проходили сотрудники полиции, сопровождающие поезд и так как пассажир с места № ___________ ФИО23 вел себя шумно и был в состоянии алкогольного опьянения, она попросила подойти и успокоить данного пассажира. Сотрудники полиции подошли к ФИО3 успокоили его и около _____________ часов "___" ___________ г. ушли из вагона. Около _____________ часов _____________ минут, когда поезд следовал по перегону Княжиха-Шумерля, она услышала, как пассажир с места № ___________ ФИО26 кричит: «Верни телефон» и бежит за ФИО3 в ее сторону. Около купе № ___________ она услышала звук похожий на то, что что-то упало. Она сразу же сообщила об этом сотрудникам полиции. В это же время к ней обратился пассажир с места № ___________ Потерпевший №1, который сообщил, что ФИО3 применив насилие, похитил сумку -барсетку. Сотрудники полиции, при личном досмотре ФИО3 ничего не нашли. Потом в туалете вагона полицейские обнаружили пропуск, на имя Потерпевший №1 После этого ФИО3 признался в совершении хищения и пояснил, что сумку-барсетку выбросил в окно туалета (л.д. 217-223 т.1,22-26 т.3). Из оглашенных в соответствии со ст. 281 УПК РФ показаний свидетеля ФИО13 следует, что вместе с полицейским Ижевского ЛО МВД России на транспорте ФИО14 выехали в _____________ часов _____________ минут на скором фирменном поезде № ___________ сообщением «Москва-Ижевск» из Москвы в качестве наряда сопровождения. В пути следования поезда, на перегоне Вековка – Канаш ими был замечен гражданин ФИО3 ДД.ММ.ГГГГ г.р., который находился в состоянии алкогольного опьянения. Так как ФИО3 находился в транспортном средстве общего пользования, в состоянии опьянения, оскорбляющим человеческое достоинство и общественную нравственность, ими было принято решение о доставлении и составлении на ФИО3 протокола об административном правонарушении, предусмотренном ст. 20.21 КоАП РФ. Около 02 часов 25 минут их вызвали в вагон № ___________. Придя в вагон, от проводника вагона ФИО16 узнали, что ФИО3 применив насилие, похитил барсетку у Потерпевший №1 В ходе личного досмотра у ФИО3 документы и предметы Потерпевший №1 обнаружены не были. ФИО3 не признавался, что совершил какое-либо преступление. Лишь позже, когда они нашли в туалете пропуск, на имя Потерпевший №1, ФИО3 признался в совершении преступления. Потерпевший №1 пояснил, что в барсетке находились телефон, карточки различных банков, пропуск, документы (л.д. 201-207 т.1, 224-228 т.2, 59-60 т.3). Из оглашенных в соответствии со ст. 281 УПК РФ показаний свидетеля ФИО20 следует, что "___" ___________ г. она села в поезд № ___________ в ........................ для того, чтобы поехать домой в ......................... В 1 купе она обратила внимание на мужчину, который был атлетического сложения и много разговаривал. Спать легла она ближе к _____________ часам, ночью услышала, что кто-то требует вернуть телефон, но так как не стала вставать, то только утром узнала, что пассажир с 1 купе похитил телефон у пассажира иностранного государства, который следовал около туалета. (л.д. 6-7 т. 3). Из оглашенных в соответствии со ст. 281 УПК РФ показаний свидетеля показания ФИО14 следует, что он дал показания аналогичные показаниям свидетеля ФИО13 (л.д. 208-212 т.1, 233-237 т.2,57-58 т.3). Из оглашенных в соответствии со ст. 281 УПК РФ показаний свидетеля ФИО15 следует, что она работает в должности начальника поезда. "___" ___________ г. она в составе поездной бригады выехала на скором фирменном поезде № ___________ сообщением «Москва-Ижевск» со станции Москва-Казанская. "___" ___________ г. около _____________ часов к ней обратился проводник вагона № ___________ ФИО16 и сообщила, что нужны сотрудники полиции. Она сразу же связалась с дежурной по станции Канаш и попросила наряд полиции к поезду. Позже ей стало известно, что ФИО23 открыто похитил сумку-барсетку у Потерпевший №1 Тогда же ФИО3 похитил телефон у гражданина ФИО26, но потерпевший заметил и потребовал вернуть телефон, ФИО3 вернул телефон (л.д. 196-200 т.1) Из оглашенных в соответствии со ст. 281 УПК РФ показаний свидетеля ФИО17 следует, что она работает проводником вагона. "___" ___________ г. она вместе с ФИО16 в составе поездной бригады выехали на скором поезде № ___________ сообщением «Москва-Ижевск», в вагоне № ___________. "___" ___________ г. около _____________ часов утра она от ФИО16 узнала, что ФИО3 открыто похитил сумку-барсетку. у Потерпевший №1, пассажира с места № ___________. Тогда же ФИО3 похитил телефон у гражданина ФИО26 (л.д. 224-228 т.1). Из оглашенных в соответствии со ст. 281 УПК РФ показаний свидетеля ФИО21 следует, что "___" ___________ г. он согласно купленным билетам произвел посадку в _____________ часов _____________ минут в вагон № ___________ место № ___________ поезда № ___________ сообщением «Москва-Ижевск». Рано утром "___" ___________ г. он услышал, как пассажир иностранного государства держал за руку молодого человека, атлетического телосложения и требовал у него вернуть телефон. Молодой человек отвечал иностранцу, что только освободился, и не хочет возвращаться в тюрьму, просил прощения. О том, что ФИО3 пассажир с места № ___________, который пытался похитить телефон у пассажира иностранного государства Асанте, а также открыто похитил сумку-барсетку, у пассажира с места № ___________ он узнал позже (л.д. 238-240 т.2). Из оглашенных в соответствии со ст. 281 УПК РФ показаний свидетеля ФИО4 следует, что она является сестрой ФИО3 Ночью "___" ___________ г. ей позвонил брат в _____________ часа _____________ минут и сообщил, что задержан в поезде за совершение кражи, также присылал ей фотографию. Брата она характеризует положительно, ранее судим. В Ижевск ехал к своей девушке ФИО22 (л.д.63-67 т.3). Также виновность подсудимого в совершении преступления установленного судом подтверждают: протокол показания на месте потерпевшего ФИО26, из которого следует, что в купе № ___________ вагона № ___________ имеется розетка для зарядки телефонов и именно в данном месте он поставил на зарядку свой телефон в пути следования поезда "___" ___________ г., а сам телефон положил на стол, место расположено напротив 37 места около туалета, и указал н 37 место, где следовал с 19 на "___" ___________ г. (л.д. 244-248 т.2); протокол очной ставки между обвиняемым ФИО3 и потерпевшим ФИО26. Из показаний ФИО26 следует, что "___" ___________ г. он на станции Москва-Казанская сел в пассажирский поезд № ___________ сообщением «Москва - Ижевск», чтобы поехать домой. В поезд он сел согласно купленному билету на место № ___________ около туалета, напротив купе № ___________ плацкартного вагона № ___________. Около 00 часов 30 минут он попросил пассажира купе № ___________ разрешения поставить телефон на зарядку в их купе, так как розетка была у них под столом, телефон он положил на стол, женщина с нижнего места разрешила. Он спал, проснулся около _____________ часов и увидел, как выходит ФИО3 из туалета и подходит к его телефону. Забирает его телефон и убегает. Он догоняет ФИО3 около купе № ___________. По пути ФИО3 выкидывает его телефон. Показания ФИО26 ФИО3 признал частично и показал, что _____________ хищения телефона не совершал, взял случайно и от ФИО26 не убегал (л.д. 15-18 т.3). протокол очной ставки между обвиняемым ФИО3 и свидетелем ФИО16, из показаний ФИО16 следует, что "___" ___________ г. она выехала в качестве проводника вагона № ___________ в составе фирменного поезда № ___________ сообщением «Москва-Ижевск». В _____________ час _____________ минут "___" ___________ г. по составу проходили сотрудники полиции, сопровождающие поезд и так как пассажир с места № ___________ ФИО3 вел себя шумно, она попросила подойти и успокоить данного пассажира. Около _____________ часов _____________ минут она услышала, как пассажир с 37 места ФИО26 бежит за ФИО3 и просит вернуть телефон. Затем она возле купе № ___________ услышала звук похожий на то, что что-то упало. Когда подошли сотрудники полиции, об этом она сообщила сотрудникам полиции. В это же время к ней обратился пассажир с места № ___________ Потерпевший №1, который сообщил, что ФИО3 похитил сумку-барсетку. Вскоре сотрудники полиции в туалете обнаружили на полу пропуск, на имя Потерпевший №1 Со слов ФИО3 ей известно, что похищенную барсетку выкинул в окно в туалете. ФИО3 показания ФИО16 подтвердил частично и показал, что барсетку он похитил _____________. Затем, посмотрев, и ничего ценного не найдя, он выкинул барсетку в окно. Выйдя из туалета, он увидел телефон на зарядке, и вспомнил, что поставил свой на зарядку и взял его. Когда проходил мимо темнокожего гражданина ФИО26, ему ФИО26 сказал, что он взял чужой телефон. Он отдал телефон ФИО26 и сказал, что перепутал, извинился (л.д. 27-32 т.3). заявление ФИО26, из которого следует, что он просит привлечь к ответственности ФИО3, который пытался похитить в пути следования поезда "___" ___________ г. около 02 часов 20 минут его телефон (л.д.152 т.1); протокол осмотра и признания телефона MEIZUM3 в качестве вещественного доказательства (л.д.184-188 т.1); график исполненного движения поезда № ___________ сообщением «Москва- Ижевск» в период с _____________ часов _____________ минут до _____________ часов _____________ минут, из которого следует, что в _____________ часа _____________ минуты поезд проследовал станцию Княжиха, в _____________ часа _____________ минуты станцию Шумерля (л.д.214-216 т.2); Таким образом, на основании приведённых выше согласующихся между собой доказательств, суд приходит к выводу о виновности ФИО3 в совершении преступлений установленных судом. При таких данных суд считает необходимым квалифицировать действия подсудимого ФИО3 по п. «г» ч. 2 ст. 161 УК РФ по признакам грабежа, то есть открытого хищения чужого имущества с применением насилия, не опасного для жизни и здоровья, а также по ч. 3 ст. – п. «в» ч. 2 ст. 158 УК РФ по признакам покушения на совершение кражи, то есть _____________ хищение чужого имущества с причинением значительного ущерба гражданину. В ходе судебного разбирательства суд в соответствии с частью третьей статьи 15 УПК РФ создал необходимые условия для исполнения сторонами их процессуальных обязанностей и предоставленных им прав. При принятии решения суд основывается на представленных сторонами доказательствах. Оценив совокупность исследованных доказательств в соответствии со ст. 88 УПК РФ с точки зрения относимости, допустимости, достоверности и достаточности для разрешения уголовного дела, суд приходит к выводу о доказанности вины ФИО3 в совершении преступлений установленных судом. При этом непризнание вины подсудимого в совершении преступлений установленных судом, суд расценивает как защитную версию от предъявленного обвинения. Согласно статьям и 51 Конституции Российской Федерации, статьям 46, 47, 49 Уголовно-процессуального кодекса Российской Федерации у подозреваемого, обвиняемого и подсудимого имеется право не доказывать свою невиновность и защищать свою позицию всеми не запрещенными законом средствами и способами, в том числе право не признавать свою вину в предъявленном обвинении. Суд приходит к выводу об отсутствии оснований для оговора подсудимого со стороны потерпевших, правоохранительных органов, органов предварительного расследования, так и свидетелей со стороны обвинения. В основу обвинения суд считает необходимым положить показания потерпевшего Асанте Эммануеля, а также показания потерпевшего Потерпевший №1 данные им в ходе предварительного следствия, письменные доказательства, исследованные судом. Оснований сомневаться в показаниях потерпевших, свидетелей обвинения, у суда не имеется. Также виновность подсудимого в совершении преступлений подтверждается, показаниями подсудимого данными им в ходе преварительного следствия с участием адвоката, в которых он полностью подтвердил обстоятельства совершения им преступлений установленных судом. Данные показания признаются судом допустимыми доказательствами по делу. Признавая показания потерпевшего Потерпевший №1 данные им в ходе преварительного следствия достоверными, суд исходит из того, что эти показания являются последовательными, согласуются с другими имеющимися по делу доказательствами. Показания были даны потерпевшим непосредственно и спустя непродолжительное время после совершения преступления. По мнению суда, изменение показаний потерпевшим Потерпевший №1 продиктовано стремлением облегчить участь подсудимого, т.к. подсудимый возместил причиненный ущерб, они проживают в одном городе, общаются. Доводы подсудимого о не совершении инкриминируемых ему деяний суд считает несостоятельными, виновность подсудимого в совершении преступлений установленных судом полностью доказана приведенными выше доказательствами. Доводы подсудимого об оказании на него психологического давления при написании явки с повинной, при даче показаний в качестве подозреваемого, обвиняемого, проведении очной ставки, какими-либо объективными данными не подтверждено. Показания были даны подсудимым с участием адвоката. У суда не возникло сомнений во вменяемости подсудимого во время судебного процесса, и с учётом обстоятельств дела оснований для иного вывода у суда не имеется. В связи с этим подсудимый подлежит наказанию за совершённые преступления. При назначении наказания суд в соответствии со ст. 60 УК РФ учитывает характер и степень общественной опасности преступлений, и личность виновного, в том числе обстоятельства смягчающие и отягчающие наказание, а также влияние назначенного наказания на исправление осужденного, а также цели наказания, установленные ч.2 ст. 43 УК РФ и требования ст. 6 УК РФ . Подсудимый совершил тяжкое преступление и покушался на совершение преступления средней тяжести. Суд не находит оснований для применения положений ч. 6 ст. 15 УК РФ исходя из фактических обстоятельств, степени общественной опасности совершенных ФИО3 преступлений. Отягчающими наказание обстоятельствами, предусмотренными ст. 63 УК РФ по делу являются: совершение преступлений в состоянии алкогольного опьянения, наличие в действиях ФИО3 опасного рецидива преступлений. Смягчающими наказание обстоятельствами, предусмотренными ч. 1 ст. 61 УК РФ по делу являются: наличие малолетнего ребенка по обоим эпизодам преступлений, возмещение вреда, явка с повинной по эпизоду совершения открытого хищения чужого имущества. Смягчающими наказание обстоятельствами, предусмотренными ч. 2 ст. 61 УК РФ по делу являются: беременность супруги подсудимого, положительные характеристики с места жительства и с места работы, наличие заявлений потерпевших о прекращении уголовного дела. Суд назначает наказание без дополнительных видов наказания в виде ограничения свободы и штрафа ибо, по мнению суда, назначение данных видов наказания не возымеет должного результата по исправлению осужденного. При этом суд не находит оснований для применения в отношении ФИО3 положений ст. 64 УК РФ , поскольку не усматривает каких-либо исключительных обстоятельств, существенно уменьшающих степень общественной опасности совершенных преступлений. Однако суд пологает, что имеются основания для применения положений ст. 73 УК РФ и назначении наказания условно в связи с тем, что исправление подсудимого возможно без изоляции его от общества, с учетом обстоятельств совершенных им преступлений, наличие целого ряда смягчающих наказание обстоятельств, личности подсудимого, семейного положений и т.д. Меру пресечения подсудимому суд считает необходимым оставить без изменения – подписка о невыезде и надлежащем поведении, т.к. ему назначается наказание, не связанное с реальной изоляцией его от общества. Судьба вещественных доказательств по делу подлежит разрешению в соответствии со ст. 81 УПК РФ . Гражданские иски по делу не заявлены Руководствуясь ст. ст. , - 309 УПК РФ суд, ПРИГОВОРИЛ: Признать ФИО3 виновным в совершении преступлений предусмотренных п. «г» ч. 2 ст. , ч. 3 ст. – п. «в» ч. 2 ст. 158 УК РФ и назначить наказание: по п. «г» ч. 2 ст. 161 УК РФ в виде лишения свободы на срок 3 (три) года 6 (шесть) месяцев; по ч. 3 ст. –п. «в» ч. 2 ст. 158 УК РФ в виде лишения свободы на срок 2 (два) года 6 (шесть) месяцев; На основании ч. 3 ст. 69 УК РФ путем частичного сложения назначенных наказаний окончательное наказание ФИО3 назначить в виде лишения свободы на срок 4 (четыре) года. В соответствии с ст. 73 УК РФ наказание считать условным с испытательным сроком на 4 (четыре) года. Обязать ФИО3 без уведомления специализированного государственного органа занимающегося исправлением осужденных, уголовно-исполнительной инспекции ........................ Республики Удмуртия (........................) не менять постоянного места жительства, периодически являться в указанный орган на регистрацию с периодичностью устанавливаемой уголовно-исполнительной инспекцией. Находиться по месту проживания или регистрации с 22 часов вечера, до 6 часов утра, кроме случаев нахождения на работе. В десятидневный срок, со дня вступления приговора в законную силу встать на учёт в уголовно-исполнительную инспекцию. Меру пресечения до вступления приговора в законную силу, оставить без изменения – подписка о невыезде и надлежащем поведении. Вещественные доказательства по делу: коробку из-под телефона, руководство пользователя, гарантийный талон, талон на гарантийное обслуживание, чек на приобретение телефона, пропуск – передать потерпевшему Потерпевший №1, телефон MEIZUM3 – передать потерпевшему ФИО26, детализацию звонков хранить при уголовном деле. Приговор может быть обжалован в апелляционном порядке в Верховный Суд Чувашской Республики в течение 10 суток со дня провозглашения. Председательствующий: Суд: Шумерлинский районный суд (Чувашская Республика ) (подробнее) Судьи дела: Никитин А.В. (судья) (подробнее) Последние документы по делу: Приговор от 26 февраля 2018 г. по делу № 1-2/2018 Приговор от 21 февраля 2018 г. по делу № 1-2/2018 Приговор от 13 февраля 2018 г. по делу № 1-2/2018 Приговор от 7 февраля 2018 г. по делу № 1-2/2018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