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ФИО2, ФИО3, третьи лица: ФИО4, Управление по вопросам миграции ГУ МВД России по Ростовской области о признании не приобретшим право пользования жилым помещением,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ФИО3 – ДД.ММ.ГГГГ года рождения, уроженца &lt;адрес&gt;, не приобретшим право пользования жилым помещением, расположенным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остальной части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решения в окончательной форме. Председательствующий /подпись/ М.В. Ткаченко Решение в окончательной форме изготовлено 14 августа 2017 г. Суд: Сальский городской суд (Ростовская область) (подробнее) Судьи дела: Ткаченко М.В. (судья) (подробнее) Последние документы по делу: Решение от 26 февраля 2018 г. по делу № 2-1073/2017 Решение от 18 декабря 2017 г. по делу № 2-1073/2017 Решение от 3 декабря 2017 г. по делу № 2-1073/2017 Решение от 4 сентября 2017 г. по делу № 2-1073/2017 Решение от 27 августа 2017 г. по делу № 2-1073/2017 Решение от 13 августа 2017 г. по делу № 2-1073/2017 Решение от 9 августа 2017 г. по делу № 2-1073/2017 Решение от 2 августа 2017 г. по делу № 2-1073/2017 Решение от 31 мая 2017 г. по делу № 2-1073/2017 Решение от 17 мая 2017 г. по делу № 2-1073/2017 Определение от 16 апреля 2017 г. по делу № 2-1073/2017 Решение от 5 апреля 2017 г. по делу № 2-1073/2017 Решение от 23 марта 2017 г. по делу № 2-1073/2017 Решение от 21 марта 2017 г. по делу № 2-1073/2017 Решение от 19 марта 2017 г. по делу № 2-1073/2017 Решение от 14 марта 2017 г. по делу № 2-1073/2017 Решение от 15 февраля 2017 г. по делу № 2-1073/2017 Решение от 6 февраля 2017 г. по делу № 2-1073/2017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