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Тверь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10 августа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