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олье-Сибирск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