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ФИО27 совершил злостное неисполнение служащим коммерческой организации вступившего в законную силу решения суда, и воспрепятствование его исполнению, при следующих обстоятельствах: Решением Арбитражного суда Вологодской области от 04.03.2014 по делу № с ООО ФИО1 взысканы в пользу ФИО94 задолженность в размере 2 199 994 руб. 72 коп., пени в размере 161 668 руб. 11 коп. Решение суда вступило в законную силу 18.06.2014. На основании исполнительного листа № от ДД.ММ.ГГГГ, выданного по решению Арбитражного суда Вологодской области от 14.03.2014 по делу №, судебным приставом-исполнителем отдела судебных приставов по &lt;адрес&gt; № ФИО6 ДД.ММ.ГГГГ возбуждено исполнительное производство №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ФИО7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19.02.2015 по делу № с ООО ФИО1 взыскано в пользу ФИО83 в возмещение материального ущерба 48 574 руб., расходы по оплате юридических услуг в размере 4 000 руб., расходы по уплате государственной пошлины в размере 1 557,22 руб. Решение суда ООО ФИО1» обжаловано, отменено, вынесено новое решение,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19.02.2015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Арбитражного суда Вологодской области от 27.04.2015 по делу № с ООО ФИО1 взысканы в пользу ФИО94 задолженность по арендной плате в размере 521 300 руб. 38 коп., пени в сумме 20 142 руб. 58 коп., проценты за пользование чужими денежными средствами в размере 11 598 руб. 69 коп. Решение суда вступило в законную силу ДД.ММ.ГГГГ. На основании исполнительного листа № от ДД.ММ.ГГГГ, выданного по решению Арбитражного суда Вологодской области от ДД.ММ.ГГГГ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ФИО7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Арбитражного суда Вологодской области от 21.09.2015 по делу № с ООО ФИО1 взысканы в пользу ООО ФИО95 90 000 руб. основного долга за выполненные работы, а также 3600 руб. в возмещение расходов на уплату государственной пошлины, 3000 руб. в возмещение расходов на оплату юридических услуг. Решение суда вступило в законную силу ДД.ММ.ГГГГ. На основании исполнительного листа № от ДД.ММ.ГГГГ, выданного по решению Арбитражного суда Вологодской области от ДД.ММ.ГГГГ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1 ФИО7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06.11.2015 по делу № с ООО ФИО1 взысканы в пользу ФИО8 неустойка в размере 41 398 руб. 50 коп., компенсация морального вреда - 1 500 руб., штраф 53 000 руб., штраф в размере 21 449 руб. 25 коп., расходы на оплату услуг представителя в размере 5 000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06.11.2015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1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ФИО85 неустойка в размере 80 000 руб., компенсация морального вреда - 1 000 руб., штраф 40 500 руб., а всего 121 500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25.11.2015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ФИО7,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27.11.2015 по делу № с ООО ФИО1 взысканы в пользу ФИО85 неустойка в размере 45 000 руб., компенсация морального вреда - 1 000 руб., штраф 23 000 руб., а всего 69 000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27.11.2015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ФИО7,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15.12.2015 по делу № с ООО ФИО1 взысканы в пользу ФИО48 неустойка в размере 50 000 руб., компенсация морального вреда 1 000 руб., штраф в размере 25 500 руб., всего 76 500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15.12.2015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23.12.2015 по делу № с ООО ФИО1 взысканы в пользу ФИО88 убытки в размере 25 000 руб., компенсация морального вреда в размере 1 000 руб., штраф 13 000 руб., расходы по оплате юридических услуг 4 000 руб., а всего 43 000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23.12.2015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14.01.2016 по делу № с ООО ФИО1 взыскатны в пользу ФИО71 неустойка за нарушение срока передачи участнику долевого строительства в размере 95000 руб., штраф в размере 47500 руб., а всего 142500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14.01.2016 по делу №, судебным приставом-исполнителем отдела судебных приставов по г.Вологде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22.01.2016 по делу № с ООО ФИО1 взысканы в пользу ФИО72 неустойка за нарушение срока передачи объекта долевого строительства за период с ДД.ММ.ГГГГ до ДД.ММ.ГГГГ в размере 80000 руб., компенсация морального вреда в размере 1000 руб., штраф за несоблюдение в добровольном порядке требований потребителя в размере 40500 руб., юридические расходы в размере 4000 руб., а всего 125500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22.01.2016 по делу №, судебным приставом-исполнителем отдела судебных приставов по г.Вологде № ФИО7 ДД.ММ.ГГГГ возбуждено исполнительное производство № В ходе исполнительного производства ФИО27, как руководитель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ФИО9 неустойка в размере 40 000 руб., компенсация морального вреда 4 000 руб., штраф в размере 22 000 руб., а всего 66 000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25.01.2016 по делу №, судебным приставом-исполнителем отдела судебных приставов по г.Вологде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28.01.2016 по делу № с ООО ФИО1 взысканы в пользу ФИО57 неустойка в размере 85 000 руб., компенсация морального вреда в размере 3 000 руб., штраф в размере 22 000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28.01.2016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01.02.2016 по делу № с ООО ФИО1 взысканы в пользу ФИО45 неустойка за период с ДД.ММ.ГГГГ по ДД.ММ.ГГГГ в размере 145 000 руб., компенсация морального вреда в размере 2 000 руб., штраф за несоблюдение в добровольном порядке удовлетворения требований потребителя в размере 73 500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01.02.2016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03.02.2016 по делу № с ООО ФИО1 взысканы в пользу ФИО44 неустойка за период с ДД.ММ.ГГГГ по ДД.ММ.ГГГГ в размере 70 000 руб., в счет компенсации морального вреда - 500 руб., штраф 35 250 руб., всего взыскано 105 750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03.02.2016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ФИО50 неустойка в размере 80000 руб., компенсация морального вреда в размере 1000 руб., расходы на оплату юридических услуг – 6000 руб., штраф в размере 40500 руб., а всего 127 500 руб. Решение суда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09.03.2016 по делу №, судебным приставом-исполнителем отдела судебных приставов по г.Вологде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14.03.2016 по делу № с ООО ФИО1 взысканы в пользу ФИО64 неустойка в размере 61 402 руб. 34 коп., компенсация морального вреда - 3 000 руб., штраф в размере 16 100 руб. 58 коп. Решение суда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14.03.2016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ФИО77 неустойка в размере 100 000 руб., штраф в размере 50 000 руб. Решение суда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ДД.ММ.ГГГГ по делу №, судебным приставом-исполнителем отдела судебных приставов по &lt;адрес&gt; № ФИО7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ФИО88 неустойка в размере 108 210 руб. 66 коп., штраф 54 105 руб. 33 коп.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25.11.2016 судебным приставом-исполнителем ОСП по &lt;адрес&gt; № ФИО22 и 12.01.2017 судебным приставом-исполнителем ОСП по &lt;адрес&gt; № ФИО100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ФИО84 неустойка в размере 62 226 руб., компенсация морального вреда - 3 000 руб., штраф в размере 32 613 руб. Решение суда ООО ФИО1» обжаловано, оставлено без изменения,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ФИО11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ФИО12 неустойка за период с ДД.ММ.ГГГГ по ДД.ММ.ГГГГ в размере 173 307,82 руб., компенсация морального вреда 4 000 руб., штраф за несоблюдение в добровольном порядке удовлетворения требований потребителя в размере 44 326,96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ФИО7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25.11.2016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ФИО76 неустойка за период с ДД.ММ.ГГГГ по ДД.ММ.ГГГГ в размере 190 000 рублей, штраф за несоблюдение в добровольном порядке удовлетворения требований потребителя в размере 95 000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ФИО4 неустойка в размере 140 000 руб., компенсация морального вреда в размере 1 000 руб., штраф в размере 70 000 руб. 50 коп., всего 211 000 руб. 50 коп. Взысканы с ООО ФИО1 в пользу ФИО5 неустойка в размере 140 000 руб., компенсация морального вреда в размере 1 000 руб., штраф в размере 70 000 руб. 50 коп., всего 211 000 руб. 50 коп. Решение суда вступило в законную силу ДД.ММ.ГГГГ. На основании исполнительных листов ФС № от ДД.ММ.ГГГГ и ФС № от ДД.ММ.ГГГГ, выданных по решению Вологодского городского суда Вологодской области от ДД.ММ.ГГГГ по делу №, судебным приставом-исполнителем отдела судебных приставов по &lt;адрес&gt; № ФИО7 ДД.ММ.ГГГГ возбуждены исполнительные производства №-ИП и №-ИП. В постановлениях ФИО27 как должностному лицу и руководителю организации было разъяснено о необходимости исполнения решения суда, а также он был предупрежден об ответственности за неисполнение судебного акта, в том числе по ст. 315 УК РФ . Действия судебного пристава-исполнителя не обжаловались.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Арбитражного суда Вологодской области от 12.04.2016 по делу № с ООО ФИО1 взысканы в пользу ФИО94 114 593 руб. 59 коп., в том числе задолженность в сумме 108 384 руб. 65 коп., пени в размере 6 208 руб. 94 коп. Решение суда вступило в законную силу ДД.ММ.ГГГГ. На основании исполнительного листа № от ДД.ММ.ГГГГ, выданного по решению Арбитражного суда Вологодской области от ДД.ММ.ГГГГ по делу №, судебным приставом-исполнителем отдела судебных приставов по &lt;адрес&gt; № ФИО7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19.04.2016 по делу № с ООО ФИО1 взысканы в пользу ФИО60 неустойка в размере 90 000 руб., компенсация морального вреда в размере в размере 2 000 руб., штраф 46 000 руб., а всего 142 000 руб. Решение суда ООО ФИО1 обжаловано, оставлено без изменения,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ДД.ММ.ГГГГ по делу №, судебным приставом-исполнителем отдела судебных приставов по &lt;адрес&gt; № ФИО18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ФИО86 неустойка в сумме 80 000 руб., 1000 руб. - сумма компенсации морального вреда, и 20 250 руб. - сумма штрафа, всего 101 250 руб.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28.04.2016 по делу №, судебным приставом-исполнителем отдела судебных приставов по &lt;адрес&gt; № ФИО13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ФИО54 неустойка за период с ДД.ММ.ГГГГ по ДД.ММ.ГГГГ в размере 100 000 руб., в счет компенсации морального вреда - 1000 рублей, штраф 50 500 руб., всего взыскано 151 500 рублей. Взыскано с ООО ФИО1 в пользу ФИО53 неустойка за период с ДД.ММ.ГГГГ по ДД.ММ.ГГГГ в размере 100 000 руб., в счет компенсации морального вреда — 1000 рублей, штраф 50 500 руб., всего взыскано 151 500 рублей. Решение суда ООО ФИО1» обжаловано, оставлено без изменения, вступило в законную силу ДД.ММ.ГГГГ. На основании исполнительных листов № от ДД.ММ.ГГГГ и № от ДД.ММ.ГГГГ, выданных по решению Вологодского городского суда Вологодской области от 04.05.2016 по делу №, судебным приставом-исполнителем отдела судебных приставов по &lt;адрес&gt; № ФИО10 ДД.ММ.ГГГГ возбуждены исполнительные производства №№-ИП и 73410/16/35022-ИП.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Арбитражного суда &lt;адрес&gt; от ДД.ММ.ГГГГ по делу № с ООО ФИО1 взысканы в пользу АО ФИО101 46800 руб. основной долг, 1740 руб. 34 коп. проценты за пользование чужими денежными средствами, а также проценты за пользование чужими денежными средствами, начисленные на сумму долга 46800 руб. 00 коп. в размере, определяемом по существующими в месте нахождения кредитора опубликованными Банком России и имевшими место в соответствующие периоды средними ставками банковского процента по вкладам физических лиц с ДД.ММ.ГГГГ по день фактического исполнения денежного обязательства и 2000 руб. в возмещение расходов по уплате государственной пошлины. Решение суда ООО ФИО1», вступило в законную силу ДД.ММ.ГГГГ. На основании исполнительного листа ФС № от ДД.ММ.ГГГГ, выданного по решению Арбитражного суда &lt;адрес&gt; от ДД.ММ.ГГГГ по делу №, судебным приставом-исполнителем &lt;данные изъяты&gt; ФИО23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и ДД.ММ.ГГГГ судебным приставом-исполнителем &lt;данные изъяты&gt; ФИО23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ФИО89 неустойка в размере 177 267 руб. 82 коп., штраф в размере 88 633 руб. 91 коп., возмещение расходов на оплату юридических услуг в размере 4 000 руб., а всего 269 901 руб. 73 коп.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ФИО78 неустойка в сумме 80 000 руб., 3000 руб. - сумма компенсации морального вреда, и 41 500 руб. - сумма штрафа, всего124 500 руб. Взысканы с ООО ФИО1 в пользу ФИО78 5000 руб. за услуги представителя. Решение суда вступило в законную силу ДД.ММ.ГГГГ. На основании исполнительных листов № от ДД.ММ.ГГГГ и № от ДД.ММ.ГГГГ, выданных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возбуждены исполнительные производства №№-ИП и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26.05.2016 по делу № с ООО ФИО1 взысканы в пользу ФИО65 неустойка в размере 208 649 руб. 16 коп., компенсация морального вреда - 1 000 руб., штраф в размере 104 839 руб. 58 коп., расходы на оплату юридических и представительских услуг в размере 7 000 руб. Решение суда вступило в законную силу ДД.ММ.ГГГГ. На основании исполнительного листа № от ДД.ММ.ГГГГ, выданного по решению Вологодского городского суда Вологодской области от 26.05.2016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31.05.2016 по делу № с ООО ФИО1 взысканы в пользу ФИО79 неустойка за период с ДД.ММ.ГГГГ по ДД.ММ.ГГГГ в размере 105 000 руб., в счет компенсации морального вреда - 1 000 руб., штраф 53 000 руб., всего взыскано 159 000 руб.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ФИО7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ФИО45 неустойка в сумме 60000 рублей, 2000 рублей - сумма компенсации морального вреда и 31000 рублей - сумма штрафа. Всего 93000 рублей. Решение суда ООО ФИО1» обжаловано, оставлено без изменения,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ФИО21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ФИО75 неустойка в размере 166 479 руб. 16 коп., компенсация морального вреда - 1 000 руб., штраф в размере 83 739 руб. 58 коп., а всего 251 218 руб. 74 коп.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15.06.2016 по делу № с ООО ФИО1 взысканы в пользу ФИО87 неустойка в размере 250 000 руб., моральный вред в размере 3000 руб., штраф в размере 126 500 руб., а всего 379 500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15.06.2016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15.06.2016 по делу № с ООО ФИО1 взысканы в пользу ФИО43 неустойка в размере 150000 руб., компенсация морального вреда в размере 1000 руб., штраф в размере 75500 руб. Решение суда ООО ФИО1» обжаловано, оставлено без изменения,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15.06.2016 по делу №, судебным приставом-исполнителем отдела судебных приставов по &lt;адрес&gt; № ФИО14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16.06.2016 по делу № с ООО ФИО1 взысканы в пользу ФИО51 неустойка в размере 60 000 руб., компенсация морального вреда в размере 1 000 руб., штраф в размере 30 500 руб., расходы на оплату услуг представителя в размере 3 500 руб. Взысканы с ООО ФИО1 в пользу ФИО15 неустойка в размере 60 000 руб., компенсация морального вреда в размере 1 000 руб., штраф в размере 30 500 руб., расходы на оплату услуг представителя в размере 3 500 руб. Решение суда вступило в законную силу ДД.ММ.ГГГГ. На основании исполнительных листов № от ДД.ММ.ГГГГ и ФС № от ДД.ММ.ГГГГ, выданных по решению Вологодского городского суда Вологодской области от 16.06.2016 по делу №, судебным приставом-исполнителем отдела судебных приставов по &lt;адрес&gt; № ФИО7 ДД.ММ.ГГГГ возбуждены исполнительные производства №-ИП и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Соломбальского районного суда &lt;адрес&gt; от ДД.ММ.ГГГГ по делу № с ООО ФИО1 взысканы в пользу ФИО68 неустойка в размере 169867 руб. 44 коп., штраф в размере 84933 руб. 72 коп. Всего взыскано 254801 руб. 16 коп. Решение суда вступило в законную силу ДД.ММ.ГГГГ. На основании исполнительного листа № от ДД.ММ.ГГГГ, выданного по решению Соломбальского районного суда г. Архангельска от 16.06.2016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16.06.2016 по делу № с ООО ФИО1 взысканы в пользу ФИО69 неустойка в размере 120000 руб., компенсация морального вреда в размере 1000 руб., штраф в размере 60500 руб.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06.07.2016 по делу № с ООО ФИО1 взысканы в пользу ФИО46 неустойка за нарушение срока передачи объекта долевого строительства за период с ДД.ММ.ГГГГ по ДД.ММ.ГГГГ в размере 150000 рублей, компенсация морального вреда в размере 5000 рублей, штраф за несоблюдение в добровольном порядке требований потребителя в размере 77500 рублей, расходы на оплату услуг представителя в размере 2000 рублей.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районного суда &lt;адрес&gt; от ДД.ММ.ГГГГ по делу № с ООО ФИО1 взысканы в пользу ФИО59 неустойка за нарушение срока передачи объекта долевого строительства в сумме 133923 руб. 44 коп., убытки, связанные с наймом жилья в размере 78000 руб., компенсация морального вреда в сумме 10000 руб., всего 221 923 руб. 44 коп. Взысканы в пользу ФИО58 неустойка за нарушение срока передачи объекта долевого строительства в сумме 133923 руб. 44 коп., убытки, связанные с наймом жилья в размере 78000 руб., компенсация морального вреда в сумме 10000 руб., всего 221 923 руб. 44 коп. Решение суда вступило в законную силу ДД.ММ.ГГГГ. На основании исполнительных листов ФС № от ДД.ММ.ГГГГ и ФС № от ДД.ММ.ГГГГ, выданных по решению Вологодского районного суда Вологодской области от 20.07.2016 по делу №, судебным приставом-исполнителем отдела судебных приставов по &lt;адрес&gt; № ФИО10 ДД.ММ.ГГГГ возбуждены исполнительные производства №-ИП и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ФИО50 неустойка за нарушение срока передачи участнику долевого строительства объекта долевого строительства в сумме 83661 руб. 33 коп., компенсация морального вреда в размере 1000 руб., расходы на оплату услуг представителя в размере 3000 руб., штраф в размере 42330 руб. 66 коп., всего 129 991 руб. 99 коп.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25.07.2016 по делу № с ООО ФИО1 взысканы в пользу ФИО52 неустойка в размере 77008,79 руб., штраф в размере 40004 руб., компенсация морального вреда в размере 3000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29.07.2016 по делу № с ООО ФИО1 взысканы в пользу ФИО56 неустойка в размере 193 230 руб. 34 коп., компенсация морального вреда 5000 руб., штраф за отказ удовлетворить требования потребителя в добровольном порядке в размере 99 115 руб. 17 коп. Решение суда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01.08.2016 по делу № с ООО ФИО1 взысканы в пользу ФИО3 неустойка за нарушение срока передачи объекта долевого строительства за период с ДД.ММ.ГГГГ по ДД.ММ.ГГГГ в размере 80 000 руб., компенсация морального вреда в размере - 3 000 руб., штраф за несоблюдение в добровольном порядке требований потребителя в размере 20 000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01.08.2016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Арбитражного суда &lt;адрес&gt; от ДД.ММ.ГГГГ по делу № с ООО ФИО1 взысканы в пользу муниципального унитарного предприятия ФИО97 задолженность в размере 986 574 руб. 49 коп., 963 135 руб. 75 коп. пени и 9 000 руб. в возмещение расходов по уплате государственной пошлины. Решение суда вступило в законную силу ДД.ММ.ГГГГ. На основании исполнительного листа № от ДД.ММ.ГГГГ, выданного по решению Арбитражного суда &lt;адрес&gt; от ДД.ММ.ГГГГ по делу № А13-6596/2016,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ФИО55 неустойка за нарушение срока передачи объекта долевого строительства за период с ДД.ММ.ГГГГ по ДД.ММ.ГГГГ в размере 100 000 руб., компенсация морального вреда в размере 3 000 руб., штраф за несоблюдение в добровольном порядке требований потребителя в размере 51 500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ФИО13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ФИО47 неустойка в размере 200 000 рублей, компенсация морального вреда 1000 руб., штраф в размере 100 500 руб., а всего 301 500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ФИО13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ФИО70 неустойка за нарушение срока передачи объекта долевого строительства за период с ДД.ММ.ГГГГ до ДД.ММ.ГГГГ в размере 85000 руб., штраф за несоблюдение в добровольном порядке удовлетворения требований потребителя в размере 42500 руб., расходы на оплату услуг представителя в размере 5000 руб., всего 132500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ФИО13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Арбитражного суда &lt;адрес&gt; от ДД.ММ.ГГГГ по делу № с ООО ФИО1 взысканы в пользу АО ФИО101 34 484 руб. 98 коп., в том числе 33753 руб. 54 коп. задолженности за март 2016 года по договорам от ДД.ММ.ГГГГ №, от ДД.ММ.ГГГГ №, № 731 руб. 44 коп. проценты за пользование чужими денежными средствами за период с ДД.ММ.ГГГГ по ДД.ММ.ГГГГ, а также 1999 руб. в возмещение расходов по уплате государственной пошлины. Решение суда вступило в законную силу ДД.ММ.ГГГГ. На основании исполнительного листа ФС № от ДД.ММ.ГГГГ, выданного по решению Арбитражного суда Вологодской области от 16.08.2016 по делу №, судебным приставом-исполнителем МОСП по ОВИП ФИО23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МОСП по ОВИП ФИО23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ФИО65 неустойка за нарушение срока передачи объекта долевого строительства за период с ДД.ММ.ГГГГ по ДД.ММ.ГГГГ в размере 20 000 руб., компенсация морального вреда - 1 500 руб., штраф за несоблюдение в добровольном порядке требований потребителя в размере 10 750 руб., расходы на оплату услуг представителя в размере 3 000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01.09.2016 по делу №, судебным приставом-исполнителем отдела судебных приставов по &lt;адрес&gt; № ФИО13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12.09.2016 по делу № с ООО ФИО1 взысканы в пользу ФИО61 неустойка за нарушение срока передачи объекта долевого строительства за период с ДД.ММ.ГГГГ по ДД.ММ.ГГГГ в размере 150 000 руб., компенсация морального вреда - 10 000 руб., штраф за несоблюдение в добровольном порядке требований потребителя в размере 80 000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12.09.2016 по делу №, судебным приставом-исполнителем отдела судебных приставов по &lt;адрес&gt; № ФИО18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предупреждениы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14.09.2016 по делу № с ООО ФИО1 взысканы в пользу ФИО44 неустойка за нарушение срока передачи объекта долевого строительства за период с ДД.ММ.ГГГГ по ДД.ММ.ГГГГ в размере 50 000 руб., компенсация морального вреда в размере 1 000 руб., штраф в размере 25 500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Вологодской области от 14.09.2016 по делу №, судебным приставом-исполнителем отдела судебных приставов по &lt;адрес&gt; № ФИО10 ДД.ММ.ГГГГ возбуждено исполнительное производство №-ИП.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Вологодской области от ДД.ММ.ГГГГ по делу № с ООО ФИО1 взысканы в пользу ФИО63 неустойка в сумму 100 000 руб., 2000 руб. сумма компенсации морального вреда, 4 000 руб. - расходы на оказание юридических услуг и 51 000 руб. - сумма штрафа, всего 157 000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ФИО11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Решением Вологодского городского суда &lt;адрес&gt; от ДД.ММ.ГГГГ по делу № с ООО ФИО1 взысканы в пользу ФИО48 неустойка в размере 80000 руб., компенсация морального вреда 5000 руб., штраф за отказ удовлетворить требования потребителя в добровольном порядке в размере 42500 руб. Решение суда вступило в законную силу ДД.ММ.ГГГГ. На основании исполнительного листа ФС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ФИО18 ДД.ММ.ГГГГ возбуждено исполнительное производство №-ИП. В ходе исполнительного производства ФИО27, как руководитель ООО ФИО1, предупреждался судебными приставами-исполнителями об уголовной ответственности за неисполнение решения суда по ст. 315 УК РФ и ему разъяснялась необходимость исполнения решения суда.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315 УК РФ за злостное неисполнение, а также воспрепятствование исполнению решения суда. Однако, ФИО27, являясь директором ООО ФИО1 ИНН №, юридический адрес: &lt;адрес&gt;, осуществляя в нем управленческие и организационно-распорядительные функции, заведомо достоверно зная о своей обязанности по исполнению вышеуказанных вступивших в законную силу судебных решений в период с ДД.ММ.ГГГГ по ДД.ММ.ГГГГ умышленно злостно уклонялся от исполнения данных решений судов, продолжая осуществлять хозяйственную деятельность ООО ФИО1». Ложно понимая хозяйственные и экономические интересы руководимого им общества, будучи неоднократно предупрежденным об уголовной ответственности по ст. 315 УК РФ , ФИО27 на предупреждения судебного пристава-исполнителя об уголовной ответственности по ст. 315 УК РФ в случае злостного неисполнения, а также воспрепятствование исполнению решений судов, полученные им лично под роспись, не реагировал. ФИО27 имел реальную возможность исполнить вступившие в законную силу решения. ФИО27 принимал меры к сокрытию денежных средств, получая денежные средства от деятельности ООО ФИО1» и имел умысел на уклонение от исполнения вступивших в законную силу вышеуказанных решений судов и воспрепятствование их исполнению. Преследуя данную преступную цель, скрыл доходы, полученные от деятельности общества, поступавшие на расчетные счета организации ООО ФИО1», открытые в банках: &lt;данные изъяты&gt; а также в кассу ООО ФИО1». Обороты денежных средств по расчетным счетам ООО ФИО1» и в кассе ООО ФИО1» за период с ДД.ММ.ГГГГ по ДД.ММ.ГГГГ составили 152 183 906,66 руб. ФИО27 использовал денежные средства со счетов и из кассы ООО ФИО1» на цели, не связанные с добровольным исполнением решений судов, перечислял их на расчетные счета других организаций и физических лиц. ФИО27 будучи уведомленным, что на денежные средства организации, поступающие на расчетные счета в ООО ФИО1», открытые в банках &lt;данные изъяты&gt; судебным приставом-исполнителем ОСП по &lt;адрес&gt; № обращено взыскание и произведено принудительное списание денежных средств с расчетного счета Общества по постановлениям судебного пристава-исполнителя, расчеты производил через кассу ООО ФИО1» и подрядные организации, минуя расчетные счета руководимым им предприятия. Так, по исполнительным производствам о взыскании задолженности с ООО ФИО1» в пользу ООО ФИО114 и ФИО80, имеющаяся задолженность была погашена платежными поручениями с расчетного счета ООО ФИО98 и ООО ФИО106 за ООО «ФИО1, в обход имеющихся на принудительном исполнении исполнительных производств. Кроме того, произведена частичная оплата имеющейся задолженности по одному из входящих в состав сводного исполнительного производства из кассы общества по расходному кассовому ордеру от ДД.ММ.ГГГГ о выдаче наличных денежных средств суммы в размере 40 000 руб. ФИО83, по решению Вологодского городского суда &lt;адрес&gt; от ДД.ММ.ГГГГ по делу №. ДД.ММ.ГГГГ судебным приставом-исполнителем ФИО7 вынесено и вручено лично под роспись директору ООО ФИО1» ФИО27, постановление об обращении взыскания на наличные денежные средства в кассе Общества, и будучи уведомленным об обязанности в соответствии, с вынесенным постановлением об ограничении проведения расходных операций по кассе в размере 50% от суммы, поступающей в кассу организации ежедневно предоставлять указанную часть, умышленно, своевременно не сообщал судебному приставу-исполнителю об имеющихся в кассе ООО ФИО1» денежных средствах от осуществления хозяйственной деятельности и от аренды (субаренды) помещений и транспортных средств, отчислений на депозитный счет ОСП по &lt;адрес&gt; № не производил, предоставлял судебному приставу-исполнителю информацию об отсутствии денежных средств. Принимал меры к сокрытию информации о поступлении в кассу общества с ДД.ММ.ГГГГ по ДД.ММ.ГГГГ денежных средств на сумму 51 570 867,70 руб., что подтверждается заключением судебной финансово-экономической экспертизы №.1 от ДД.ММ.ГГГГ, чем воспрепятствовал законной деятельности судебного пристава-исполнителя, направленных на исполнение решения суда. В период с ДД.ММ.ГГГГ по ДД.ММ.ГГГГ ООО ФИО1 получило доход от сдачи в аренду (субаренду) помещений и транспортных средств в размере 2284250,38 руб., что подтверждается заключением судебной финансово-экономической экспертизы №.1 от ДД.ММ.ГГГГ. Денежные средства зачислялись на расчетные счета организации, а в последствии, после принятия судебными приставами-исполнителями мер по обращению взыскания на денежные средства должника в банке, в кассу ООО ФИО1. С расчетных счетов ООО ФИО1», открытых в &lt;данные изъяты&gt; принудительно списаны денежные средства: ДД.ММ.ГГГГ – 5395,92 руб., ДД.ММ.ГГГГ – 10080,00 руб., ДД.ММ.ГГГГ – 4952,00 руб., ДД.ММ.ГГГГ – 16835,00 руб., ДД.ММ.ГГГГ – 30980,00 руб., ДД.ММ.ГГГГ – 6000,00 руб., ДД.ММ.ГГГГ – 700,00 руб., ДД.ММ.ГГГГ – 8800 руб. на общую сумму 74742,92 руб. в пользу Администрации &lt;адрес&gt; по решению Арбитражного суда Вологодской области от 04.03.2014 по делу № Полученными от финансово-хозяйственной деятельности общества денежными средствами и денежными средствами, поступившими на расчетные счета и в кассу ООО ФИО1», достаточными для исполнения вышеуказанных судебных решений директор ООО ФИО1 ФИО27 распорядился по своему усмотрению, перечисляя их на расчетные счета других организаций и физических лиц, и выдавая денежные средства под отчет из кассы себе и сотрудникам предприятия ООО ФИО1», а не на исполнение обязательств, возникших на основании вступивших в законную силу решений судов.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ФИО27 совершил злостное неисполнение служащим коммерческой организации вступившего в законную силу решения суда, при следующих обстоятельствах: согласно решению Вологодского городского суда &lt;адрес&gt; от ДД.ММ.ГГГГ по делу № ООО ФИО1 определено устранить строительные дефекты, которые привели к намоканию стены в квартире (протечки лоджии на 11 этаже), расположенной по адресу: &lt;адрес&gt; принадлежащей ФИО90 Решение суда ООО ФИО1» не обжаловано, вступило в законную силу ДД.ММ.ГГГГ. На основании исполнительного листа № от ДД.ММ.ГГГГ, выданного по решению Вологодского городского суда &lt;адрес&gt; от ДД.ММ.ГГГГ по делу №, судебным приставом-исполнителем отдела судебных приставов по &lt;адрес&gt; № ФИО107 ДД.ММ.ГГГГ возбуждено исполнительное производство № Постановление о возбуждении исполнительного производства получено ООО ФИО1» почтой, о чем имеется отметка в почтовом уведомлении от ДД.ММ.ГГГГ. В постановлении ФИО27 как должностному лицу и руководителю организации было разъяснено о необходимости исполнения решения суда, а также он был предупрежден об ответственности за неисполнение судебного акта, в том числе по ст. 315 УК РФ . Действия судебного пристава-исполнителя не обжаловались. ДД.ММ.ГГГГ судебным приставом-исполнителем ФИО24 вынесено постановление о взыскании исполнительного сбора в размере 50000 руб., однако исполнительный сбор с ООО ФИО1» на расчетный счет ОСП по &lt;адрес&gt; № не поступил. В ходе исполнительного производства ФИО27, как руководитель ООО ФИО1, неоднократно предупреждался судебным приставом-исполнителем об уголовной ответственности за неисполнение решения суда по ст. 315 УК РФ и ему разъяснялась необходимость исполнения решения суда. ДД.ММ.ГГГГ и ДД.ММ.ГГГГ судебным приставом-исполнителем ОСП по &lt;адрес&gt; № ФИО24 директору ООО ФИО1 ФИО27 лично под роспись вручены предупреждения об уголовной ответственности по ст. 315 УК РФ за злостное неисполнение, а также воспрепятствование исполнению решения суда. Однако, ФИО27, являясь директором ООО ФИО1 ИНН №, юридический адрес: &lt;адрес&gt;, осуществляя в нем управленческие и организационно-распорядительные функции, заведомо достоверно зная о своей обязанности по исполнению вступившего в законную силу решения Вологодского городского суда &lt;адрес&gt; от ДД.ММ.ГГГГ по делу № устранить строительные дефекты, которые привели к намоканию стены в квартире (протечки лоджии на 11 этаже), расположенной по адресу: &lt;адрес&gt;, принадлежащей ФИО90, и имея на это возможность, в период с ДД.ММ.ГГГГ по ДД.ММ.ГГГГ умышленно злостно уклонялся от исполнения решения суда и решение Вологодского городского суда &lt;адрес&gt; от ДД.ММ.ГГГГ по делу № не исполнил. Будучи неоднократно предупрежденным об уголовной ответственности по ст. 315 УК РФ , ФИО27, на предупреждения судебного пристава-исполнителя об уголовной ответственности по ст. 315 УК РФ в случае злостного неисполнения, полученные им лично под роспись, не реагировал. Более того, в целях принудительного исполнения решения суда ДД.ММ.ГГГГ судебным приставом-исполнителем ФИО24 вручено директору ООО ФИО1» ФИО27, лично под роспись, извещение о добровольном исполнении вступившего в законную силу решения Вологодского городского суда от ДД.ММ.ГГГГ по делу №, установлен срок для добровольного исполнения до ДД.ММ.ГГГГ. В установленный судебным приставом-исполнителем срок, решение суда об устранении строительных дефектов, которые привели к намоканию стены в квартире (протечки лоджии на 11 этаже), расположенной по адресу: &lt;адрес&gt;, принадлежащей ФИО90, директором ООО ФИО1» ФИО27 исполнено не было, требование судебного пристава-исполнителя проигнорировано. ФИО27, несмотря на предпринятые меры принудительного исполнения решения суда, а также на привлечение возглавляемой им организации ООО ФИО1 (ДД.ММ.ГГГГ) к административной ответственности по ч.1 ст. 17.15 КоАП РФ по факту неисполнения содержащихся в исполнительном документе требований неимущественного характера, будучи директором ООО ФИО1», в период времени с ДД.ММ.ГГГГ по ДД.ММ.ГГГГ, имея реальную возможность исполнить добровольно решение Вологодского городского суда &lt;адрес&gt; от ДД.ММ.ГГГГ по делу №, а именно: устранить строительные дефекты, которые привели к намоканию стены в квартире (протечки лоджии на 11 этаже), расположенной по адресу: &lt;адрес&gt;, принадлежащей ФИО90, никаких действий не предпринял.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ФИО27 совершил злостное уклонение руководителя организации от погашения кредиторской задолженности в крупном размере после вступления в законную силу соответствующего судебного акта при следующих обстоятельствах: согласно решению Арбитражного суда Вологодской области от 14.06.2016 по делу № с ООО ФИО1 №) взыскана задолженность в пользу ФИО92 3 376 646 руб. 97 коп., в том числе: 2 612 251 руб. 81 коп. – основной долг, 764 395 руб. 16 коп. – пени, а также 9000 руб. в возмещение расходов по уплате государственной пошлины. Решение суда обжаловано, оставлено без изменения, вступило в законную силу ДД.ММ.ГГГГ. На основании вступившего в законную силу решения суда Арбитражным судом Вологодской области выдан исполнительный лист серия № от ДД.ММ.ГГГГ, судебным приставом-исполнителем ОСП по &lt;адрес&gt; № ФИО13 в отношении ООО ФИО1» ДД.ММ.ГГГГ возбуждено исполнительное производство №-ИП. Постановлением установлен 5-дневный срок для добровольного исполнения требований, содержащихся в исполнительном документе, разъяснен порядок исполнения решения суда. Однако, решение суда ООО ФИО1» не исполнено.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по ст. 177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177 УК РФ за злостное уклонение от погашения кредиторской задолженности в крупном размере. Кроме того, согласно определению Арбитражного суда Вологодской области от 01.07.2015 по делу № между ООО ФИО1 (ИНН № и МУП ФИО92 утверждено мировое соглашение, согласно условий которого ответчик ООО ФИО1 в лице директора ФИО27 обязался в добровольном порядке перечислить истцу МУП ФИО92 в лице директора ФИО17 сумму задолженности в размере 4383129 руб. 81 коп., включающую сумму основного долга 3853580 руб. 83 коп. (с НДС) и сумму неустойки, в размере 529548 руб. 98 коп. с утвержденным графиком. Ответчик обязуется оплатить сумму неустойки в размере 529548,98 руб. до ДД.ММ.ГГГГ. Решение суда не обжаловано, вступило в законную силу ДД.ММ.ГГГГ. Условия мирового соглашения ООО ФИО1 нарушены, задолженность перед МУП ФИО92 не погашена. На основании вступившего в законную силу определения суда Арбитражным судом Вологодской области выдан исполнительный лист серия № от ДД.ММ.ГГГГ, судебным приставом-исполнителем ОСП по &lt;адрес&gt; № ФИО7 в отношении ООО ФИО1» ДД.ММ.ГГГГ возбуждено исполнительное производство №-ИП. Постановлением установлен 5-дневный срок для добровольного исполнения требований, содержащихся в исполнительном документе, разъяснен порядок исполнения решения суда. Однако, решение суда ООО ФИО1» не исполнено. В ходе исполнительного производства ФИО27, как руководитель ООО ФИО1, неоднократно предупреждался судебными приставами-исполнителями об уголовной ответственности по ст. 177 УК РФ и ему разъяснялась необходимость исполнения решения суда. ДД.ММ.ГГГГ судебным приставом-исполнителем ОСП по &lt;адрес&gt; № ФИО22 и ДД.ММ.ГГГГ судебным приставом-исполнителем ОСП по &lt;адрес&gt; № ФИО18 директору ООО ФИО1 ФИО27, лично под роспись вручено предупреждение об уголовной ответственности по ст. 177 УК РФ злостное уклонение от погашения кредиторской задолженности в крупном размере. Однако, ФИО27, являясь директором ООО ФИО1 ИНН №, юридический адрес: &lt;адрес&gt; осуществляя в нем управленческие и организационно-распорядительные функции, заведомо достоверно зная о своей обязанности по исполнению вступившего в законную силу решению Арбитражного суда &lt;адрес&gt; от ДД.ММ.ГГГГ по делу № и решению Арбитражного суда Вологодской области от 01.07.2015 по делу № о взыскании задолженности в пользу Муниципального унитарного предприятия ФИО92 в период с ДД.ММ.ГГГГ по ДД.ММ.ГГГГ умышленно, злостно уклонялся от обязанности погашения кредиторской задолженности, взысканной решениями суда в размере 3 376 646 руб. 97 коп. и 4383129 руб. 81 коп., соответственно, что является крупным размером задолженности. На предупреждения судебного пристава-исполнителя об уголовной ответственности за злостное уклонение от погашения кредиторской задолженности по ст. 177 УК РФ в случае злостного уклонения от погашения кредиторской задолженности в крупном размере после вступления в законную силу соответствующего судебного акта, полученные им лично под роспись не реагировал. Имея реальную возможность погашения задолженности, путем получения дохода от текущей деятельности ООО ФИО1», погашение кредиторской задолженности не осуществлял. ФИО27, принимал меры к сокрытию денежных средств, получая денежные средства от деятельности ООО ФИО1», и имел умысел на уклонение от погашения кредиторской задолженности в крупном размере. Преследуя данную преступную цель, скрыл доходы, полученные от деятельности общества, поступавшие в кассу ООО ФИО1». Обороты денежных средств по кассе ООО ФИО1» за период с ДД.ММ.ГГГГ по ДД.ММ.ГГГГ составили 51 570 867 рублей 70 копеек, что подтверждается заключением судебной финансово-экономической экспертизы №.1 от ДД.ММ.ГГГГ. ФИО27 использовал денежные средства ООО ФИО1» на цели, не связанные с добровольным исполнением решений судов, вступивших в законную силу, по взысканию задолженности в пользу Муниципального унитарного предприятия ФИО92 Более того, ФИО27 будучи уведомленным, что на денежные средства организации, поступающие на расчетные счета в &lt;данные изъяты&gt; судебным приставом-исполнителем ОСП по &lt;адрес&gt; № обращено взыскание, расчеты производил через кассу ООО ФИО1». ДД.ММ.ГГГГ судебным приставом-исполнителем ФИО7 в рамках сводного исполнительного производства в отношении ООО ФИО1», вынесено и вручено лично под роспись директору ООО ФИО1» ФИО27, постановление об обращении взыскания на наличные денежные средства в кассе Общества, и будучи уведомленным об обязанности в соответствии, с вынесенным постановлением об ограничении проведения расходных операций по кассе в размере 50% от суммы, поступающей в кассу организации ежедневно предоставлять указанную часть, умышленно, своевременно не сообщал судебному приставу-исполнителю об имеющихся в кассе ООО ФИО1» денежных средствах от осуществления хозяйственной деятельности, отчислений на депозитный счет ОСП по &lt;адрес&gt; № не производил. Полученными от финансово-хозяйственной деятельности денежными средствами и денежными средствами, поступившими в кассу ООО ФИО1», достаточными для исполнения решения Арбитражного суда &lt;адрес&gt; от ДД.ММ.ГГГГ по делу № и решения Арбитражного суда &lt;адрес&gt; от ДД.ММ.ГГГГ по делу № директор ООО ФИО1 ФИО27 распорядился по своему усмотрению, перечисляя их на расчетные счета других организаций и физических лиц, и выдавая денежные средства под отчет из кассы себе и сотрудникам предприятия ООО ФИО1», а не на исполнение обязательств, возникших на основании вступивших в законную силу решений суда. Подсудимый ФИО27 в судебном заседании вину признал частично, поскольку он не исполнил решения суда, однако злостности в его действиях не имеется. В 2014 году возникли задержки с поставками лифтов. Он старался достроить дом. Были наложены аресты на счета организации. Он не мог расходовать деньги дольщиков на погашение задолженности. Затем все дольщики обратились в суд, были вынесены судебные решения. Дом на &lt;адрес&gt; по смете стоил около 100 000 000 рублей, деньги тратились на строительство. За расход денег он отчитывался. Полагает, что заключение судебной финансово- экономической экспертизы определяет обычную деятельность предприятия. По эпизоду с ФИО90 всем занимались юристы, он виноват, что не проконтролировал исполнение судебного решения. По эпизоду с ФИО92 пояснил, что это текущая задолженность. Задолженности по кредитам не имеет. Документы по кассе 2014-2015 годов им передавались в связи с проверкой ревизору общества ФИО108 где находятся в настоящее время, ему не известно. Но вина подсудимого ФИО27 подтверждается показаниями представителя потерпевшего, свидетелей, и исследованными в ходе судебного следствия доказательствами, и всеми материалами дела в их совокупности. Представитель потерпевшего МУП ФИО92 по доверенности ФИО93 в судебном заседании пояснила, что с ООО ФИО1 были заключены договоры № от ДД.ММ.ГГГГ и № от ДД.ММ.ГГГГ,№ от ДД.ММ.ГГГГ. В связи с неисполнением обязательств обратились в Арбитражный суд Вологодской области. Определением Арбитражного суда утверждено мировое соглашение, ответчик должен был перечислить основной долг 4 383 129 рублей 81 копейку, а также неустойку и госпошлину. Но поскольку мировое соглашение не исполнялось, обратились в суд за выдачей исполнительного листа. ДД.ММ.ГГГГ возбуждено исполнительное производство. ДД.ММ.ГГГГ решением Арбитражного суда Вологодской области взыскана задолженность 3 376 646 рублей 97 копеек, а также госпошлина и пени. ДД.ММ.ГГГГ возбуждено исполнительное производство, задолженность не погашена. Поступил ответ из ОСП № о том, что были направлены запросы, счетов в банках, транспортных средств за должником не зарегистрировано. Вопрос о мере наказания оставляет на усмотрение суда. Свидетель ФИО2 суду пояснила, что она приобретала квартиру через ООО ФИО109», дом должны были сдать в июне 2015 года, но сдали только в мае 2016 года. Она обратилась с иском в суд, решением суд взыскано около 67 000 рублей. Обращалась в суд дважды. Судебные решения не исполнены. Оглашенные показания подтверждает. Из оглашенных показания свидетеля ФИО2 следует, что о том, ДД.ММ.ГГГГ она приобрела квартиру по договору об уступке права в долевом строительстве многоквартирного жилого дома, расположенного по адресу: &lt;адрес&gt; на сумму 2 170 000 рублей. Оплата по договору вносилась наличными денежными средствами. Срок сдачи объекта до ДД.ММ.ГГГГ Решением Вологодского городского суда Вологодской области по от 06.11.2015 с ООО ФИО1» взысканы неустойка в размере 41 398 рублей 50 копеек, компенсация морального вреда в размере 1 500 рублей, штраф в размере 21 449 рублей 25 копеек, расходы на оплату услуг представителя в размере 5 000 рублей. Судом был выдан исполнительный лист ДД.ММ.ГГГГ, который предъявлен в ОСП по &lt;адрес&gt; № для принудительного исполнения, на ее девичью фамилию ФИО69. (т.2 л.д.66-69) Свидетель ФИО18 суду пояснила, что она работает судебным приставом ОСП № по &lt;адрес&gt;. Первое производство было возбуждено в 2014 году судебным приставом ФИО10, затем присоединялись остальные. С декабря 2016 года у нее находится на исполнении производство в отношении ООО ФИО1 Директор ФИО27 был приглашен на беседу. ФИО27 был не против исполнять решения, но ссылался на сложное финансовое состояние организации. В марте 2017 года она арестовала четыре автомобиля, ранее был арестован еще один автомобиль другим приставом в связи с задолженностью по налогам в 2016 году. Однако вопрос об оценке арестованных ей автомобилей не решался в связи с введением процедуры наблюдения Арбитражным судом &lt;адрес&gt; в мае 2017 года. В 2017 году она обращалась в суд с заявлением об аресте земельного участка на &lt;адрес&gt;, но Арбитражным судом ей было отказано. Помнит, что выезжали в офис ООО ФИО1», ФИО27 препятствовал входу в другой кабинет, документов не было, полагает, что не все документы изъяты. Согласно выписке Росреестра квартиры числятся в собственности организации, но дома снесены. На участке по &lt;адрес&gt; построен дом. ФИО27 изымались деньги из кассы, в ходе ведения исполнительного производства документов о том, что это деньги дольщиков не предоставлял и не говорил об этом. В январе 2017 года ей выдавались ФИО27 однотипные предупреждения. В предупреждениях, приобщенных в качестве вещественных доказательств ее подписи, она предупреждала ФИО27 об уголовной ответственности по ст. 315 УК РФ . Оглашенные показания подтверждает. Из оглашенных показаний свидетеля ФИО18 следует, что в ее производстве находится исполнительное производство № (новый №) от ДД.ММ.ГГГГ, включающее 202 исполнительных производства. в отношении должника ООО ФИО1 на общую сумму задолженности более 27 314 756,36 рубля (остаток задолженности на ДД.ММ.ГГГГ составляет более 25 132 152 рубля 05 копеек) в пользу бюджетных организаций, внебюджетных фондов, физических и юридических лиц. В состав сводного исполнительного производства входят исполнительные производства в пользу следующих взыскателей: ФИО94, ФИО83, ООО ФИО95 ФИО85, ФИО48, ФИО77, ФИО9, ФИО72; ФИО45; ФИО71, ФИО4 и ФИО5, ФИО69 А.С. (ФИО2), ФИО57, МУП ФИО92 ФИО64, ФИО12( ФИО49)., ФИО15 и ФИО51, ФИО50, ФИО44, ФИО19 ФИО87, ФИО88, ФИО60, ФИО75, ФИО76, ФИО56, ФИО55, ФИО86, ФИО47, ФИО70, ФИО89, ФИО46; ФИО54 и ФИО20, ФИО68, ФИО52; ФИО59 и ФИО58, ФИО3, ФИО78, ФИО61, ФИО43, МУП ФИО97, ФИО69, ФИО63, ФИО84, ФИО65. В связи с неисполнением в добровольном порядке с момента получения постановлений о возбуждении исполнительного производства в установленный для добровольного исполнения решения суда срок, в отношении организации-должника вынесены постановления о взыскании исполнительского сбора на общую сумму 1 98715,92 руб. по исполнительному производству №, остаток 5 529 884,34 руб. Неоднократно направлялись и обновлялись запросы в регистрирующие и кредитные органы, в банки и их филиалы в &lt;адрес&gt;, ФИО113, ФИО112 Согласно полученных ответов за ООО «ФИО1 зарегистрированы следующие объекты недвижимого имущества: трансформаторная подстанция; незавершенный строительством жилой дом по адресу: &lt;адрес&gt;; шесть квартир, два земельных участка. В собственности у организации находятся транспортные средства: прицеп, грузовой автомобиль, четыре легковых автомобиля. ДД.ММ.ГГГГ, ДД.ММ.ГГГГ, ДД.ММ.ГГГГ, ДД.ММ.ГГГГ, ДД.ММ.ГГГГ, ДД.ММ.ГГГГ, ДД.ММ.ГГГГ, ДД.ММ.ГГГГ, ДД.ММ.ГГГГ, ДД.ММ.ГГГГ с расчетного счета в банке ООО ФИО1 были перечислены частично денежные средства в пользу Пенсионного фонда РФ. Денежные средства, списываемые принудительно со счетов ранее июня 2014 года распределялись в пользу бюджетных и внебюджетных фондов. Часть исполнительных производств о взыскании задолженности в пользу указанных организаций была окончена фактическим исполнением по п.п.1 ч.1 ст. ФЗ «Об исполнительном производстве», по находящимся на тот момент на исполнении исполнительным производствам. ДД.ММ.ГГГГ, ДД.ММ.ГГГГ, ДД.ММ.ГГГГ, ДД.ММ.ГГГГ судебными приставами-исполнителями, на принудительном исполнении у которых находилось данное сводное исполнительное производство, выносились постановления об обращении взыскания на денежные средства должника в банках, на действующие расчетные счета, с учетом поступления на исполнение новых исполнительных документов и присоединения, возбужденных новых исполнительных производств. Списание денежных средств производилось в период с июля 2014 по декабрь 2015. Кроме того, минуя расчетные счета организация-должник частично производила самостоятельно имеющуюся задолженность напрямую взыскателям через сторонние организации. По исполнительным производствам, о взыскании задолженности в пользу ФИО114, имеющаяся задолженность была погашена платежными поручениями с расчетного счета ФИО98» (копия платежного поручения от ДД.ММ.ГГГГ № на сумму 55000 руб.) и в пользу ФИО80 с расчетного счета ФИО98 (копия платежного поручения от ДД.ММ.ГГГГ № на сумму 25465 руб.), с расчетного счета ФИО106 (копия платежного поручения от ДД.ММ.ГГГГ № на сумму 50000 руб. и №от ДД.ММ.ГГГГ на сумму 50000 руб.) в пользу ФИО114 Исполнительные производства были окончены фактическим исполнением в связи с погашением имеющейся задолженности. Также ООО ФИО1 к материалам сводного исполнительного производства была предоставлена копия расходного кассового ордера от ДД.ММ.ГГГГ о выдаче наличными денежными средствами из кассы предприятия суммы в размере 40000 руб. ФИО83, чем частично погашена задолженность по исполнительному производству №-ИП, остаток задолженности составляет 14131,22 руб. Последнее списание денежных средств банком произведено ДД.ММ.ГГГГ. Остаток задолженности по ИП №-ИП в пользу администрации &lt;адрес&gt; составляет 219794.76 руб., всего сумма списания по указанному исполнительному производству составила 74742,92 руб. Также по данному исполнительному производству была учтена оплата по платежному документу должника на сумму 1870142,97 руб. от ДД.ММ.ГГГГ, предоставленного ДД.ММ.ГГГГ. Кроме того, ДД.ММ.ГГГГ, ДД.ММ.ГГГГ и ДД.ММ.ГГГГ вынесены постановления о запрете регистрационных действий в отношении всех объектов недвижимого имущества и транспортных средств. ДД.ММ.ГГГГ судебным приставом-исполнителем ФИО7 вынесено постановление об ограничении расходных операций по кассе в размере 50 % от суммы, поступающей в кассу организации. Постановление вручено лично под роспись ФИО27 Денежные средства не вносились и еженедельно в адрес ОСП по &lt;адрес&gt; №, направлялась справка об отсутствии денежных средств в кассе предприятия. ДД.ММ.ГГГГ судебным приставом ФИО21 вынесено постановление о запрете внесения изменений в ЕГРЮЛ в отношении организации-должника, так как было установлено, что ООО ФИО1 предпринимало попытки к реорганизации и смене учредителей. Неоднократно руководство ООО ФИО1 обращалось в Арбитражный суд ВО с заявлением о введении процедуры банкротства в отношении организации, но судебные заседания были отложены, ввиду того, что ООО ФИО1 не предоставляло необходимых документов ДД.ММ.ГГГГ судебный пристав-исполнитель Попов обратился в суд с заявлением об обращении взыскания на земельный участок ООО ФИО1 ДД.ММ.ГГГГ судебным приставом-исполнителем П-вым вынесено постановление о наложении ареста на имущество должника на имущество должника, ООО ФИО1 в постановлении лично расписался директор общества ФИО27, произведен арест предметов мебели и оргтехники на сумму 88 000 руб. по адресу: &lt;адрес&gt;. Однако, ООО ФИО1 предоставлены договоры субаренды помещений, в которых располагается общество и имущества, находящегося в нем. На основании вышеизложенного арест с имущества снят. По требованию судебного пристава-исполнителя ФИО22 от ДД.ММ.ГГГГ -ДД.ММ.ГГГГ организацией предоставлены копии учредительных и бухгалтерских документов, договоров на участие в долевом строительстве, актов приема-передачи объектов долевого строительства и аренды транспортных средств и субаренды помещений. Согласно полученным документам было установлено наличие недвижимого имущества и транспортных средств на балансе организации. Однако, мер к добровольному погашению задолженности не последовало. Также установлено наличие действующих договоров по строительству объектов долевого участия в строительстве объекта, по адресу: &lt;адрес&gt; (срок сдачи объекта 4 квартал 2016 года), и движение денежных средств через кассу предприятия до ДД.ММ.ГГГГ и выдача под отчет сотрудниками организации-должника и лично ФИО27 в пределах до 2000000-300000 рублей, без наличия подтверждающих документов в полном объеме о возврате в кассу общества. Со стороны организации после вынесения постановлений о наложении запрета о внесении изменений в ЕГРЮЛ, и на недвижимое имущество известно о попытке смене учредителя общества и выкупе доли ФИО27, однако, внесения изменений в учредительные документы не последовало, ввиду имеющихся действующих запретов, что свидетельствуют о ведении непосредственной хозяйственной деятельности предприятием, оказании услуг по строительству объектов недвижимого имущества и проведении расчетов, в обход имеющейся задолженности, взысканной судебными решениями и по постановлениям специально уполномоченных органов. Зная о возбуждении исполнительного производства и необходимости исполнить решений суда руководитель ООО ФИО1 ФИО27 расходовал денежные средства по своему усмотрению, мер к погашению задолженности не предпринимал. В рамках принудительного исполнения были запрошены выписки в банках по расчетным счетам организации о движении денежных средств, из которых видно, что движение денежных средств по счетам осуществлялось, поступали денежные средства от сдачи в аренду помещений в период до августа 2016 года, в обход решений суда и постановлений специально уполномоченных органов. (т.4 л.д.95-115) Свидетель ФИО21 суду пояснила, что она работает судебным приставом – исполнителем. ДД.ММ.ГГГГ посещала в организацию совместно с судебным приставом ФИО18. Было установлено, что автомобили организации были сданы в аренду. Директор пояснял, что деятельность ведется. Свидетель ФИО51 суду пояснил, что в декабре 2013 года он приобрел жилое помещение через ООО ФИО109» у ООО ФИО1 по адресу &lt;адрес&gt;, оплату производил полностью наличными. Срок сдачи дома задержали на год. В суд обращались совместно с супругой ФИО15, так как собственность долевая. Судебным решением взыскано 180 000 рублей. Решение суда не исполнено. Свидетель ФИО118 суду пояснил, что в 2014 году он приобрел квартиру по адресу: &lt;адрес&gt; через ФИО109 Дом обещали сдать в 2015 году, однако задержали почти на год. В 2016 года он присутствовал на собраниях, ФИО27 ссылался на проблемы с лифтами. Обращался с иском в суд, взыскано в его пользу и супруги по 150 000 рублей. Решение не исполнено. Свидетель ФИО52 суду пояснил, что ДД.ММ.ГГГГ он приобрел квартиру по адресу: &lt;адрес&gt; через ФИО109. В связи с задержкой сдачи дома обратился в суд, в его пользу взыскана неустойка 123 000 рублей. Исполнительный лист передан в службы судебных приставов, деньги не выплачены. Свидетель ФИО43 суду пояснил, что ДД.ММ.ГГГГ им был заключен договор с ООО ФИО1 на строительство квартиры в срок до ДД.ММ.ГГГГ. В связи с невыполнением обязательств в установленный срок обратился в суд. Решением Вологодского городского суда взыскано 226 500 рублей, в том числе неустойка 150 000 рублей. Денежные средства он не получил, судебное решение должником не исполнено. Свидетель ФИО3 суду пояснила, что ДД.ММ.ГГГГ приобрела квартиру у ООО ФИО1», дом должен быть сдан до ДД.ММ.ГГГГ. Срок сдачи дома был нарушен. Решением Вологодского городского суда в ее пользу с организации взысканы неустойка 80 000 рублей, штраф 20 000 рублей, моральный вред 3 000 рублей. Решение суда не исполнено, ФИО27 ущерб не возместил. Свидетель ФИО45 суду пояснила, что в 2014 году через риэлтора приобрела квартиру, но дом был сдан только в 2016 году. Она дважды обращалась в суд, в ее пользу взысканы по первому решению неустойка 145 000 рублей, моральный вред 2000 рублей, штраф 73 500 рублей, решением от ДД.ММ.ГГГГ около 93 000 рублей. До настоящего времени ущерб не возмещен. Свидетель ФИО55 суду пояснила, что приобрела квартиру по договору уступки права требования, сроки сдачи дома были нарушены. Решением Вологодского городского суда 3 августа 2016 года взыскано 223 646 рублей 66 копеек. Ущерб не возмещен. Свидетель ФИО56 суду пояснила, что ДД.ММ.ГГГГ был заключен договор с ООО ФИО1», срок сдачи до ДД.ММ.ГГГГ, однако дом был сдан через год. Решением суда взысканы неустойка 193 230 рублей 34 копейки, моральный вред 5 000 рублей, штраф 99 115 рублей 17 копеек. В ходе исполнительного производства ущерб не возмещен. Свидетель ФИО63 суду пояснила, что она приобрела квартиру у ООО ФИО1, но дом был сдан через год. Судебным решением в ее пользу взысканы неустойка 100 000 рублей, моральный вред 2 000 рублей, расходы по оплате юридических услуг 4 000 рублей, штраф 51 000 рублей. Судебные приставы говорили, что директор обещал оплатить задолженность, но у него нет денег. Свидетель ФИО64 в судебном заседании пояснила, что ДД.ММ.ГГГГ она приобрела у ООО «ФИО1 квартиру, срок сдачи 1 квартал 2015 года. Решением суда в ее пользу взыскано неустойка 61 402 рубля 34 копейки, моральный вред 3000 рублей, штраф 16 100 рублей 58 копеек. По судебному решению ущерб не возмещен. Свидетель ФИО67 суду пояснила, что работает бухгалтером в ООО ФИО1». Организация хорошо работала, но с 2014 года произошли задержки. Деньги дольщиков предприятием направлялись на строительство домов. Также в аренду организация сдавала офисы, около 120 000 рублей доход. Под отчет выдавались деньги полученные от дольщиков. Руководителю выдавали деньги под отчет для расчета с подрядчиками. Отчитывались по приходно- кассовым ордерам. Документы по кассе за 2014-2015 года отданы ФИО27 для аудиторской проверки, но до сих пор не возвращены. Она спрашивала у него о нахождении документов, отвечал, что на проверке. Оглашенные показания подтверждает. Из оглашенных показаний свидетеля ФИО67 следует, что ФИО27 является директором ООО ФИО1 с 2008 года. Заработная плата директора 30 000 рублей выплачивается наличными денежными средствами по ведомостям сотрудникам по 71 счету, задолженности у Общества нет. Организацией ведется застройка одного объекта на территории &lt;адрес&gt;, жилого дома по адресу: &lt;адрес&gt; До указанного объекта велось долевое строительство объектов: &lt;адрес&gt;, а также и по другим адресам на территории города. ООО ФИО1 сдавало в субаренду в период с 2014 по апрель 2016 помещения ранее арендованных ими помещений у ФИО119 по адресу: &lt;адрес&gt;, оплата производилась арендаторами до апреля 2016 года, частично погашалась имеющаяся задолженность последними до августа 2016 года на расчетный счет в банке или кассу предприятия. Наличные денежные средства поступают в кассу организации и ККМ от дольщиков, и от аренды. Лимит по кассе составляет 2 000 000 рублей. Последний кредитный договор был заключен директором ФИО27 с банком ВТБ в конце 2013 на сумму около 40 000 000 рублей. Платежи по кредитам с 2014 года осуществлялись из личных средств учредителей и заемных средств, ежемесячный платеж в размере 1 000 000 рублей. Остаток по кредиту составлял около 12 000 000 рублей, в начале 2017 года задолженность погашена, но из чьих средств ей не известно. Строящийся объект по адресу: &lt;адрес&gt;, стал убыточным, дом был сдан с просрочкой в 9 месяцев. Практически все дольщики обратились в суд с исковыми заявлениями о взыскании неустойки, также имеется задолженность перед юридическими лицами: МУП ФИО92 МУП ФИО97», ОАО «ФИО121 Общая сумма задолженности составила около 28 000 000 рублей. Первые судебные решения были от 2014 года. На основании вступивших в законную силу судебных решений, судебными приставами возбуждены исполнительные производства. Постановления о возбуждении исполнительных производств получены почтой, а также частично вручены лично под роспись ФИО27. На расчетные счета наложены аресты судебными приставами, поэтому все расчеты производилось только через кассу. ООО ФИО1 является действующей организацией. Задолженность перед подрядчиками присутствует, подсчеты производятся по мере сдачи объектов в эксплуатацию. Судебными приставами наложен арест на транспортные средства. В мае 2016 выносилось постановление о наложении ограничения о проведении кассовых операций в размере 50%, лично директору под роспись. Денежные средства, поступающие в кассу, не предоставляли в ОСП по &lt;адрес&gt; № судебному приставу, так как расходовались на оплату непосредственных коммунальных платежей, выдавались под отчет сотрудникам предприятия на зарплату, хозяйственные нужды, подрядчикам. За исключением непосредственных расходов, денежные средства возвращались в кассу и вносились ею позже на расчетный счет в банке. (т.13 л.д.214-217) Свидетель ФИО71 суду пояснила, что в 2013 году был заключен договор строительства, дом был сдан только в 2016 году. Обратилась в суд, ДД.ММ.ГГГГ в ее пользу взыскано около 147 000 рублей. ФИО27 ссылался на то, что отсутствуют лифты, возникли проблемы с придомовой территорией, затем с трубами. Им пришлось арендовать квартиру. Свидетель ФИО22 суду пояснил, что он работал судебным приставом в ОСП № &lt;адрес&gt;. Ему на исполнение было передано исполнительное производство в отношении ООО ФИО1 Денежных средств от организации не поступило. В конце ноября 2016 года был совершен выезд в организацию. В ходе проверки бухгалтерии было выяснено, что ФИО27 брал деньги под отчет. Был наложен арест на оргтехнику и мебель на сумму около 100 000 рублей. Было предъявлено требование о предоставлении транспортных средств для наложения ареста, так как их фактически в наличии не было. В 2015 году наложены запреты на регистрационные действия. Вынесение данного постановления не обязывает судебного пристава накладывать арест. Деятельность организации велась. Дольщики вносили деньги в кассу предприятия, директор брал их под отчет, подтверждающих документов, что данные средства направлялись на строительство нет. Оглашенные показания подтверждает. Из оглашенных показаний свидетеля ФИО22 следует, что с весны 2016 в его производстве находилось исполнительное производство № (новый № от ДД.ММ.ГГГГ, состоящее из 202 исполнительных производства. ДД.ММ.ГГГГ судебным приставом-исполнителем ОСП по &lt;адрес&gt; № ФИО7, ДД.ММ.ГГГГ и ДД.ММ.ГГГГ им директору ООО ФИО1» ФИО27 вручены предупреждения по ст. 315 УК РФ . ДД.ММ.ГГГГ им вручены предупреждения по ст. 177 УК РФ по исполнительным производствам о взыскании задолженности, превышающей сумму 2 250 000 рублей в пользу МУП ФИО92. На врученные предупреждения ФИО27 не отреагировал, и мер к погашению задолженности не принял. ДД.ММ.ГГГГ, ДД.ММ.ГГГГ, ДД.ММ.ГГГГ, ДД.ММ.ГГГГ, ДД.ММ.ГГГГ, ДД.ММ.ГГГГ, ДД.ММ.ГГГГ, ДД.ММ.ГГГГ, ДД.ММ.ГГГГ, ДД.ММ.ГГГГ с расчетного счета в банке ООО ФИО1 были перечислены частично денежные средства в пользу ПФР. Денежные средства, списываемые принудительно со счетов ранее июня 2014 года распределялись в пользу бюджетных и внебюджетных фондов. Списание денежных средств производилось в период с июля 2014 по декабрь 2015. Кроме того, минуя расчетные счета организация-должник частично производила некоторым взыскателям самостоятельно через сторонние организации. ДД.ММ.ГГГГ судебным приставом-исполнителем ФИО7 вынесено постановление об ограничении расходных операций по кассе в размере 50 % от суммы, поступающей в кассу организации. Постановление вручено лично под роспись ФИО27. Денежные средства не вносились и еженедельно в адрес ОСП по &lt;адрес&gt; № направлялась справка об отсутствии денежных средств в кассе предприятия. Неоднократно руководство организации обращалось в Арбитражный суд с заявлением о введении процедуры банкротства в отношении организации, но судебные заседания были отложены, поскольку ООО ФИО1 не предоставлялено необходимых документов. ДД.ММ.ГГГГ он обращался в суд с заявлением об обращении взыскания на земельный участок. ДД.ММ.ГГГГ им был наложен арест предметов мебели и оргтехники на сумму 88 000 рублей по адресу: &lt;адрес&gt;. Однако, со стороны организации предоставлены договоры субаренды помещений. Со стороны ООО "ФИО1 после вынесения постановлений о наложении запрета о внесении изменений в ЕГРЮЛ, и на недвижимое имущество направлены в адрес ОСП по &lt;адрес&gt; № стало известно о попытке смене учредителя общества и выкупе доли ФИО27, однако, внесения изменений в учредительные документы не последовало, ввиду имеющихся действующих запретов. Зная о возбуждении исполнительного производства и необходимости исполнить решение суда руководитель ООО ФИО1 ФИО27 расходовал денежные средства по своему усмотрению, мер к погашению задолженности не предпринимал. (т.2 л.д.70-81) Свидетель ФИО76 суду пояснила, что в 2013 году приобрела квартиру, дом должен быть сдан в июне 2015 года. ДД.ММ.ГГГГ решением суда с ООО ФИО1 взысканы неустойка 195 000 рублей, штраф 85 000 рублей. Ущерб не возмещен. Свидетель ФИО90 суду пояснил, что в ноябре 2010 года он приобрел квартиру через ООО ФИО109 на &lt;адрес&gt; А. Во время приемки квартиры он указал замечания в связи с отсутствием гидроизоляции над лоджией. Затем произошло протекание через стену по перекрытиям 11 этажа. Во время холодов все замерзало. Он обратился в суд, было утверждено мировое соглашение. Над его квартирой установили металлический козырек, частично недостатки были устранены, так как со стороны комнаты протекание не прекратилось. Он звонил юристу ФИО91, сообщал ему телефон владельца &lt;***&gt; квартиры, полагал, что со стороны ООО ФИО1 будут выполнены все необходимые действия. Исполнительный лист находится у судебных приставов, протечка не устранена до сих пор, самостоятельно он устранить ее не может. Оглашенные показания подтверждает. Будучи допрошенным в ходе дознания свидетель ФИО90 показал, что решением Вологодского городского суда Вологодской области от 16.10.2015 по делу №, определено обязать ООО «ФИО1 устранить строительные дефекты, которые привели к намоканию стен в квартире (протечки лоджии на 11 этаже), Ранее при приемке квартиры им в акте были указаны дефекты: намокание стены на кухне, которое приводит к ее разрушению. Он обращался к застройщику с претензиями об устранении данного дефекта. Однако, представители ООО ФИО1 отказались устранять дефекты в квартире, мирного урегулирования процесса не произошло, наоборот затягивали процесс, игнорировали его претензии. В связи с чем он обратился в суд с исковым заявлением. В 2012 году было заключено мировое соглашение, в результате которого ООО ФИО1 устранили дефекты, но частично, путем установления козырька над лоджией. Намокать стена на кухне перестала, однако, со стороны комнаты недостаток не был устранен. Он обращался в ТСЖ &lt;данные изъяты&gt; с устными просьбами устранения строительного дефекта, приводящего к намоканию стены. Специалисты посоветовали обратиться к застройщику с данными претензиями. Однако, на повторные требования устранить дефекты ООО ФИО1 не отреагировало, в связи с чем пришлось вновь обратиться в суд с заявлением о выдаче исполнительного листа для предъявления его в службу судебных приставов. Спустя месяц после судебного заседания пришло письмо от ООО «ФИО1» с просьбой оказать содействие им в доступе в квартиры соседей № и 228. Он представителю организации предоставил номера телефонов соседей. Считает, что решение Вологодского городского суда не исполняется. (т.8 л.д.66-69) Свидетель ФИО23 суду пояснила, что она работает судебным приставом исполнителем &lt;данные изъяты&gt; у нее на исполнении имеется девять исполнительных производств в отношении ООО ФИО1», удержаний не производилось. Она выезжала в офис организации на &lt;адрес&gt;, разговаривала с ФИО27. Директору были вручены предупреждения об уголовной ответственности по ст. 315 УК РФ от ДД.ММ.ГГГГ, требование о предоставлении ряда документов по кассе, учредительных документов. Она направляла требование о предоставлении транспортных средств, которое было не исполнено, она не могла установить их местонахождение. В организации транспортных средств не видела. Свидетель ФИО24 суду пояснила, что она работает специалистом- экспертом в &lt;данные изъяты&gt;. У нее на исполнении находилось исполнительное производство в отношении ФИО90, поступившее в июле 2016 года. ДД.ММ.ГГГГ возбуждено исполнительное производство, с момента его вручения пять дней на добровольное исполнение. Но решение не было исполнено. После вынесения постановления об исполнительском сборе, ею был установлен новый срок для исполнения. ДД.ММ.ГГГГ и ДД.ММ.ГГГГ директору ФИО27 вручались предупреждения об уголовной ответственности по ст. 315 УК РФ . В ноябре было получено объяснение от ФИО27 в котором он указывал о невозможности исполнения в связи с погодными условиями, но летом и осенью вновь никаких мер ООО ФИО1 не принималось, ДД.ММ.ГГГГ ей вынесен рапорт об обнаружении признаков преступления по ст. 315 УК РФ . ФИО27 привлекали к административной ответственности по ч.1 ст. 17.15 КоАП РФ. Эксперт ФИО25 суду пояснил, что при составлении экспертного заключения ошибочно указан недействующий акт, вместо действующего указания банка России от ДД.ММ.ГГГГ №-У «О порядке ведения кассовых операций индивидуальными предпринимателями и субъектами малого предпринимательства». Однако изменения не затронули положения о приеме и расходовании денежных средств из кассы общества с ограниченной ответственностью. Влияния на выводы экспертизы это не оказало, поскольку производил экспертизу на основании первичных документов. В ходе экспертизы им было установлено наличие у организации трех расчетных счетов. По вопросу исполнения решения судов им путем исследования банковских выписок была сделана выборка перечислений, всего 15 на сумму 890 332 рубля 80 копеек. Поступление денежных средств от дольщиков им отражено, вопрос о возврате им денежных средств не ставился. Оглашенные показания подтверждает. Из оглашенных показаний эксперта ФИО25 следует, что правильность сделанных им выводов в заключении №.1 от ДД.ММ.ГГГГ подтверждает. Для установления общей суммы денежных средств, поступивших в кассу и на расчетные счета общества в период с ДД.ММ.ГГГГ по ДД.ММ.ГГГГ, следует установленные суммы сложить, в итоге составляет 152 183 906 рублей 66 копеек. Общая сумма денежных средств, поступивших в кассу и на расчетные счета ООО ФИО1 в счет расчетов по договорам долевого участия за период времени с ДД.ММ.ГГГГ по ДД.ММ.ГГГГ, в том числе за период времени с ДД.ММ.ГГГГ по ДД.ММ.ГГГГ составляет 65 378 741 рубль 44 копейки. При сравнении общей сумму денежных средств, поступивших в кассу и на расчетные счета общества в период с ДД.ММ.ГГГГ по ДД.ММ.ГГГГ, в размере 152 183 906 рублей 66 копеек с общей суммой задолженности в размере 25 132 152 рубля 05 копеек в пользу разных взыскателей, разница составит: 127 051 754 рубля 61 копеек, в 6,06 раза в относительной величине. В период с ДД.ММ.ГГГГ по ДД.ММ.ГГГГ за счет поступивших в кассу и на расчетные счета денежных средств общество имело возможность перечислять денежные средства взыскателям в погашение задолженностей, вытекающих из вступивших в силу решений судов. (т.14 л.д.118-120) Свидетель защиты ФИО91 суду пояснил, что он работает юристом в ООО ФИО1 В 2014 году финансовое состояние было нормальное, в 2015 году упали цены на жилье, уменьшилось количество дольщиков, появились просрочки, поступления денег не было. Основная выручка предприятия это привлечение денежных средств дольщиков. Деньгами застройщика является разница между собранными деньгами дольщиков и потраченными на строительство. В связи с просрочками дольщики обращались в суд с исками о взыскании неустоек. Со стороны ФИО27 производилось гашение задолженности по исполнительным производствам за счет поступления денег от арендной платы. В 2014 году судебными приставами с мая по июнь был наложен запрет на отчуждение имущества транспорта, земельный участок, на &lt;адрес&gt; и трансформаторную подстанцию с земельным участком. В 2015-2016 году на исполнение были предъявлены исполнительные листы от дольщиков, задолженность увеличивалась. Они привозили документы приставам на подстанцию и земельный участок, предлагали его реализовать. Самостоятельно продать не могли, так как стоимость имущества более 30 000 рублей и подлежит оценке приставами. В 2016 года приставами было арестовано одно транспортное средство &lt;данные изъяты&gt; но его оценка до конца года не производилась. Предоставляли приставам договор аренды участка, договоры на строительство, отчетность застройщика, указав, что деньги являются целевым финансированием. Только с 2016 года стало возможно погашать задолженность из денег дольщиков. В 2015 году проходила прокурорская проверка и 2016 году проверка по другому объекту &lt;данные изъяты&gt;, в ходе которых не было выявлено нецелевого использования денежных средств. Считает, что у судебных приставов имелась возможность реализовать имущество ООО ФИО1 но действий по реализации не производилось с 2014 года. С ФИО90 было заключено мировое соглашение, часть мероприятий была выполнена. Но ФИО90 получил исполнительный лист. Они направили ФИО90 письмо, просили его обеспечить доступ в квартиру на 11 этаже. Он его не обеспечил, жильцы не хотели, чтобы в их помещении осуществлялись работы. Полагает, что у организации не было возможности выполнить данные работы. Из оглашенных с согласия сторон показаний свидетеля ФИО5 следует, что ДД.ММ.ГГГГ совместно с ФИО5 приобрели по договору участия по уступке права в долевом строительстве многоквартирного жилого дома, расположенного по адресу: &lt;адрес&gt; квартиру на сумму 2 050 000 рублей, из них заемные средства (ипотечный кредит) в сумме 1730000 рублей. Первоначальный взнос 320 000 рублей внесен наличными. Срок сдачи объекта по договору до ДД.ММ.ГГГГ. Решением Вологодского городского суда Вологодской области по от 07.04.2016 с ООО ФИО1 взыскана в ее пользу взысканы: неустойка 140 000 рублей, компенсация морального вреда 1000 рублей, штраф 70 000 рублей 50 копеек, всего 211 000 рублей 50 копеек. Аналогичная сумма взыскана в пользу ФИО5. Исполнительный лист ДД.ММ.ГГГГ, который предъявлен в ОСП по &lt;адрес&gt; № для принудительного исполнения. Денежные средств в счет погашения задолженности не поступили. (т.2 л.д.95-98) Из оглашенных с согласия сторон показаний свидетеля ФИО4 о том, что решением Вологодского городского суда Вологодской области от 07.04.2016 с ООО ФИО1в его пользу взысканы 211 000 рублей 50 копеек. Решение не исполнено (т.2 л.д.99-102) Из оглашенных с согласия сторон показаний свидетеля ФИО48 следует, что в 2014 году она приобрела квартиру – студию в доме по адресу: &lt;адрес&gt;. Денежные средства были внесены наличными в кассу в сумме 1 110 000 рублей по приходно-кассовому ордеру, остаток 20000 руб. в течение двух месяцев внесен дополнительно в кассу общества. Срок сдачи объекта по договору обозначен до ДД.ММ.ГГГГ. Дом был сдан с опозданием практически на год. Решением Вологодского городского суда &lt;адрес&gt; от ДД.ММ.ГГГГ с ООО ФИО1 в ее пользу взысканы: неустойка 50 000 рублей. Судом был выдан исполнительный лист ДД.ММ.ГГГГ, который предъявлен в ОСП по &lt;адрес&gt; № для принудительного исполнения. С момента взыскания задолженности в судебном порядке в ее адрес денежных средств не поступило (т.4 л.д.169-171) Из оглашенных с согласия сторон показаний свидетеля ФИО49 следует, что в 2014 году она приобрела по договору участия в долевом строительстве многоквартирного жилого дома квартиру по адресу: &lt;адрес&gt; на сумму 1 136 000 рублей. Оплата вносилась в кассу Общества. Срок сдачи объекта до ДД.ММ.ГГГГ. Решением Вологодского городского суда &lt;адрес&gt; от ДД.ММ.ГГГГ с ООО ФИО1 в ее пользу взысканы: неустойка 173 307 рублей 82 копейки, компенсация морального вреда 4000 рублей, штраф 44 326 рублей 96 копеек. Судом был выдан исполнительный лист ДД.ММ.ГГГГ, на девичью фамилию ФИО12 Судебное решение не исполнено. (т.4 л.д.172-174) Из оглашенных с согласия сторон показаний свидетеля ФИО50 следует, что в 2013 году она приобрела по договору участия в долевом строительстве многоквартирного жилого дома квартиру – студию адресу: &lt;адрес&gt; на сумму 960 000 руб. Оплата по договору вносилась наличными денежными средствами в кассу Общества по приходно-кассовому ордеру. Срок сдачи объекта по договору до июня 2015 года. Решением Вологодского городского суда Вологодской области по от 09.03.2016 с ООО ФИО1» в ее пользу взысканы: неустойка 80 000 рублей, компенсация морального вреда 1000 рублей, расходы по оплате юридических услуг 6000 рублей, штраф в размере 40 500 рублей, а всего 127 500 рублей. Судом был выдан исполнительный лист ДД.ММ.ГГГГ, который предъявлен в ОСП по &lt;адрес&gt; № для принудительного исполнения. Решение суда не исполнено. (т.4 л.д.197 -199) Из оглашенных с согласия сторон показания свидетеля ФИО54 следует, что в ОСП по &lt;адрес&gt; № находится исполнительное производство, о взыскании задолженности с ООО ФИО1 в сумме 151 500 рублей по решению Вологодского городского суда Вологодской области от 04.05.2016. Задолженность образовалась в виду неисполнения со стороны ООО ФИО1 обязательств договора долевого строительства многоквартирного жилого &lt;адрес&gt;, расположенного по адресу: &lt;адрес&gt;. С момента взыскания задолженности в судебном порядке денежных средств в счет погашения задолженности в ее адрес не поступало. (т.8 л.д.42-45) Из оглашенных с согласия сторон показаний свидетеля ФИО44 следует, что ДД.ММ.ГГГГ он приобрел квартиру-студию в долевом строительстве многоквартирного жилого дома, расположенного по адресу: &lt;адрес&gt;. Оплата им произведена в полном объеме в кассу ООО «ФИО1 наличными в сумме 1 0844 466 руб. Срок сдачи объекта до ДД.ММ.ГГГГ. Решением Вологодского городского суда Вологодской области от 03.02.2016 по делу №, с ООО ФИО1» взыскано его пользу неустойка 70 000 рублей, моральный вреда 500 рублей, штраф 35 250 рублей, всего 105 750 рублей. В ОСП по &lt;адрес&gt; № на исполнении у судебного пристава-исполнителя находится исполнительное производство в отношении должника-организации ООО ФИО1 предмет взыскания: задолженность в его пользу в сумме 105 750 рублей. Кроме того обращался в суд о взыскании неустойки в период с ДД.ММ.ГГГГ по ДД.ММ.ГГГГ. С момента взыскания задолженности в судебном порядке денежных средств от ООО ФИО1 не поступило. ( т.10 л.д.120- 123) Будучи допрошенной в ходе дознания свидетель ФИО78 показала о том, что ДД.ММ.ГГГГ приобрела по договору участия в долевом строительстве многоквартирного жилого дома, расположенного по адресу: &lt;адрес&gt; квартиру-студию Оплата по договору вносилась непосредственно наличными денежными средствами в сумме 164 501 от ДД.ММ.ГГГГ и 1 100 890 рублей от ДД.ММ.ГГГГ по приходно-кассовым ордерам. Срок сдачи объекта до ДД.ММ.ГГГГ. Решением Вологодского городского суда Вологодской области от 24.05.2016 с ООО ФИО1 взысканы в её пользу неустойка 80 000 рублей, 3000 рублей компенсация морального вреда, штраф 41500 рублей, 5000 рублей за услуги представителя. Денежные средства в счет погашения задолженности не поступили. (т.14 л.д.142-144) В ходе дознания свидетель ФИО46, показания которой оглашены с согласия сторон, показала, что ДД.ММ.ГГГГ она приобрела по договору участия в долевом строительстве многоквартирного жилого дома, расположенного по адресу: &lt;адрес&gt; квартиру. Оплата по договору вносилась продавцу на расчетный счет в сумме 324840 рублей. Срок сдачи объекта до ДД.ММ.ГГГГ. Остальная часть 1200000 руб. была взята ФИО46 в ипотечный кредит. Решением Вологодского городского суда Вологодской области от 06.07.2016 с ООО ФИО1 взысканы в её пользу неустойка 150000 рублей, моральный вред 5000 рублей, штраф в 77500 рублей, расходы за оплату услуг представителя 4500 рублей. С момента взыскания задолженности в судебном порядке в адрес ФИО46 денежные средства в счет погашения задолженности не поступили. (т.10 л.д.228-230) Из оглашенных с согласия сторон показаний свидетеля ФИО47 следует, что в 2014 году она приобрела по договору участия в долевом строительстве многоквартирного жилого дома, расположенного по адресу: &lt;адрес&gt; квартиру. Оплата по договору производилась наличными непосредственно продавцу, сумма заплачена полностью. Срок сдачи объекта до ДД.ММ.ГГГГ. Решением Вологодского городского суда &lt;адрес&gt; от ДД.ММ.ГГГГ с ООО ФИО1» взысканы в ее пользу неустойка 200 000 рублей, компенсация морального вреда 1000 рублей, штраф 100500 рублей. По исполнительному листу денежных средств в счет погашения задолженности не поступило. (т.10 л.д.231-233) Из оглашенных с согласия сторон показаний свидетеля ФИО57 следует, что в ОСП по &lt;адрес&gt; № находится исполнительное производство в отношении и ООО ФИО1 возбужденного на основании исполнительного листа, выданного по решению Вологодского городского суда &lt;адрес&gt; от ДД.ММ.ГГГГ. Решением суда взысканы в его пользу неустойка 85 000 рублей, компенсация морального вреда 3000 рублей, а также штраф 22 000 рублей. Задолженность образовалась в виду неисполнения со стороны организации договора долевого строительства многоквартирного жилого &lt;адрес&gt;, расположенного по адресу: &lt;адрес&gt;. С момента взыскания задолженности в судебном порядке денежных средств в счет погашения задолженности не поступало. (т.10 л.д.246-249) Из оглашенных с согласия сторон показаний свидетеля ФИО58 следует, что ДД.ММ.ГГГГ приобрела по договору участия в долевом строительстве многоквартирного жилого дома, расположенного по адресу: &lt;адрес&gt; квартиру-студию. Оплата по договору производилась наличными. Срок сдачи объекта до ДД.ММ.ГГГГ. Решением Вологодского районного суда &lt;адрес&gt; от ДД.ММ.ГГГГ по делу № с ООО ФИО1 взыскано в ее в пользу неустойка, убытки, моральный вред, а всего 221 923 рубля 44 копейки. С момента взыскания задолженности в судебном порядке денежные средства в счет погашения задолженности не поступили. (т.11 л.д.1-3) Из оглашенных с согласия сторон показаний свидетеля ФИО59 следует, что ДД.ММ.ГГГГ он приобрел квартиру по договору участия в долевом строительстве многоквартирного жилого дома, расположенного по адресу: &lt;адрес&gt;. Решением Вологодского районного суда &lt;адрес&gt; от ДД.ММ.ГГГГ с ООО ФИО1 в его пользу взысканы неустойка, убытки, моральный вред, а всего 221 923 рубля 44 копейки. С момента взыскания задолженности в судебном порядке в его адрес денежные средства в счет погашения задолженности не поступили. (т.11 л.д.4-6) Будучи допрошенным в ходе дознания свидетель ФИО60 показал, что ДД.ММ.ГГГГ по договору уступки права требования он приобрел квартиру в &lt;адрес&gt;. В ОСП по &lt;адрес&gt; № находится исполнительное производство, возбуждено на основании исполнительного листа, выданного по решению Вологодского городского суда Вологодской области от 19.04.2016, которым с ООО ФИО1 взыскана в его пользу неустойка 90 000 рублей, компенсация морального вреда 2000 рублей, расходы по оплате юридических услуг 4000 рублей, штраф 46 000 рублей. С момента взыскания задолженности в его адрес денежные средств в счет погашения задолженности не поступило. (т.11 л.д.7-10) Из оглашенных с согласия сторон показаний свидетеля ФИО61 следует, что ДД.ММ.ГГГГ он приобрел по договору уступки права требования квартиру в жилом &lt;адрес&gt;. Оплата внесена наличными денежными средствами. Решением Вологодского городского суда Вологодской области от ДД.ММ.ГГГГ с ООО «ФИО1 взысканы неустойка за нарушение срока передачи объекта долевого строительства за период с ДД.ММ.ГГГГ по ДД.ММ.ГГГГ в размере 150 000 рублей 44 копейки, компенсация морального вреда 10 000 рублей. Судебным приставом-исполнителем возбуждено исполнительное производство в отношении должника-организации ООО ФИО1 Задолженность перед ним не погашена. (т.13 л.д.86-88) Из оглашенных с согласия сторон показаний свидетеля ФИО62 следует, что в ОСП по &lt;адрес&gt; № возбуждено исполнительное производство на основании решения Арбитражного суда Вологодской области от 21.09.2015 о взыскании с ООО ФИО1 90 000 рублей основного долга за выполнение работы, а также 3600 рублей государственная пошлина, 3000 рублей возмещение расходы на оплату юридических услуг. Задолженность перед ООО ФИО95 образовалась в виду неисполнения ООО ФИО1 обязательств по договору подряда № от ДД.ММ.ГГГГ. Задолженность до настоящего времени не погашена. (т.13 л.д.89-92) Из оглашенных показаний свидетеля ФИО9 следует, что в ОСП по &lt;адрес&gt; № на исполнении находится исполнительный лист, выданный ДД.ММ.ГГГГ по решению Вологодского городского суда Вологодской области от 25.01.2016 о взыскании с ООО ФИО1 в ее пользу неустойки 40 000 рублей, компенсации морального вреда 4 000 рублей, штрафа 22 000 рублей. Задолженность у организации образовалась в виду неисполнения обязательств по договору участия в долевом строительстве квартиры-студии о адресу: &lt;адрес&gt;. ООО «ФИО1 нарушило сроки сдачи объекта. В её адрес денежные средства в счет погашения задолженности не поступали. (т.13 л.д.168-170) Из оглашенных показаний с согласия сторон показаний свидетеля ФИО65 следует, что ДД.ММ.ГГГГ он приобрел однокомнатную квартиру по договору долевого строительства многоквартирного жилого дома, расположенного по адресу: &lt;адрес&gt;. Оплата производилась лично наличными в кассу организации частями: ДД.ММ.ГГГГ в сумме 1 000 000 рублей и ДД.ММ.ГГГГ в сумме 450 000 рублей. Решением Вологодского городского суда Вологодской области от 01.09.2016 с ООО ФИО1» в его пользу взысканы неустойка за нарушение срока передачи объекта долевого строительства за период с ДД.ММ.ГГГГ по ДД.ММ.ГГГГ в размере 20 000 рублей, компенсация морального вреда в размере 1 500 рублей, штраф за несоблюдение в добровольном порядке требований потребителя в размере 10 750 рублей, расходы на оплату услуг представителя в размере 3 000 рублей. Решением Вологодского городского суда Вологодской области от ДД.ММ.ГГГГ в его пользу взысканы неустойка 208 649 рублей 16 копеек, компенсация морального вреда 1 000 рублей, штраф 104 839 рублей 58 копеек, расходы на оплату юридических услуг 7 000 рублей. Денежных средств в счет погашения задолженности не поступало. (т.13 л.д.186-189) Из оглашенных с согласия сторон показаний свидетеля ФИО66 следует, что в ОСП по &lt;адрес&gt; № находится исполнительное производство №-ИП от ДД.ММ.ГГГГ в отношении должника-организации ООО ФИО1 в связи с взысканием в пользу МУП ФИО97 по решению Арбитражного суда Вологодской области от 02.08.2016о задолженности в размере 986 574 рублей 49 копеек, 963 135 рубля 75 копеек пени и 9 000 рублей - в возмещение расходов по уплате государственной пошлины. Задолженность перед МУП ФИО97 не погашается. (т.13 л.д.197-200) Из оглашенных с согласия сторон показаний свидетеля ФИО68 установлено, что ДД.ММ.ГГГГ приобрела по договору участия в долевом строительстве многоквартирного жилого дома, расположенного по адресу: &lt;адрес&gt; квартиру на сумму 995 220 рублей. Оплата по договору производилась наличными. Срок сдачи объекта до ДД.ММ.ГГГГ. Решением Соломбальского районного суда г.Архангельска от ДД.ММ.ГГГГ с ООО «ФИО1 взыскана неустойка в размере 169 867 рублей 44 копейки, штраф в размере 84 933 рубля 72 копейки, а всего взыскано 254 801 рубль 35 копеек. Задолженность не погашена.(т.13 л.д.223-224) Будучи допрошенной в ходе дознания свидетель ФИО69 дала показания о том, что она приобрела по договору участия в долевом строительстве квартиру-студию по адресу: &lt;адрес&gt;. Оплата производилась при заключении договора наличными денежными средствами в размере 960 300 рублей. Денежные средства были переданы директору ФИО27. Решением Вологодского городского суда от 16 июня 2016 года с ООО ФИО1 в ее пользу взысканы неустойка 120 000 рублей, компенсация морального вреда 1000 рублей, а также штраф 60500 рублей. Денежные средства в счет уплаты долга от должника не поступали. (т.13 л.д.229-231) Из оглашенных с согласия сторон показаний свидетеля ФИО70 установлено, что ДД.ММ.ГГГГ она заключила договор участия в долевом строительстве с ООО ФИО1 по адресу: &lt;адрес&gt;. Сроки сдачи дома в первом квартале 2015 года, дом был сдан ДД.ММ.ГГГГ. Решением Вологодского городского суда в ее пользу взыскана сумма 132 500 рублей. Денежные средства по исполнительному листу в счет погашения задолженности не поступали. (т.14 л.д.4-6) Будучи допрошенной в ходе дознания свидетель ФИО72 давала показания о том, что в 2014 году она приобрела по договору участия в долевом строительстве многоквартирного жилого дома, расположенного по адресу: &lt;адрес&gt; однокомнатную квартиру. Оплата по договору производилась частично наличными средствами - в размере 750000 рублей, 800 000 рублей в ипотеку, сумма по договору заплачена полностью. Решением Вологодского городского суда Вологодской области от 22.01.2016 с ООО ФИО1 взыскана в ее пользу неустойка 80 000 рублей, компенсация морального вреда 1000 рублей, штраф 40 500 рублей, юридические расходы 4000 рублей, а всего 125 500 рублей. Задолженность не погашается. (т.14 л.д.88-90) Из оглашенных показаний свидетеля ФИО73 следует, что с сентября 2015 года ООО ФИО123 арендует помещение у ООО ФИО96 Здание по адресу: &lt;адрес&gt; принадлежит ООО «ФИО1 (т.14 л.д.104-106) Из оглашенных показаний свидетеля ФИО74 следует, что ООО ФИО104 арендуют офис у ООО ФИО1». Арендную плату они вносят по безналичному расчету на расчетный счет ООО ФИО96 (т.14 л.д.109-111) Из оглашенных показаний свидетеля ФИО26 следует, что решением Арбитражного суда Вологодской области от 11.05.2016 по делу № с ООО ФИО1 пользу АО ФИО101 взысканы 46 800 рублей основной долг, 1740 рублей 34 копейки проценты за пользование чужими денежными средствами, а также проценты на сумму долга 46800 рублей, и 2000 рублей в возмещение расходов по уплате государственной пошлины. Решением Арбитражного суда Вологодской области от 16.08.2016 с ООО ФИО1 в пользу АО ФИО101 взысканы 34 484 рубля 98 копеек, в том числе 33 753 рубля 54 копейки задолженность, 731 рубль 44 копейки проценты, а также 1999 рублей расходы по оплате государственной пошлины. Задолженность не погашена. (т.14 л.д.115-117) Из оглашенных с согласия сторон показаний свидетеля ФИО75 установлено, что она приобрела по договору участия в долевом строительстве многоквартирного жилого дома, расположенного по адресу: &lt;адрес&gt; квартиру-студию. Оплата по договору производилась наличными в размере 400 000 рублей, а 600000 рублей были взяты ею в ипотеку. Срок сдачи объекта до 30.06.2015 года, дом был сдан с опозданием, Решением Вологодского городского суда Вологодской области от 06.06.2016 с ООО ФИО1 взысканы неустойка 166 479 рублей 44 копейки, моральный вред 1000 рублей, штраф 83 739 рублей 58 копеек, а всего 251 218 рублей 74 копейки. Задолженность не погашена. (т.14 л.д.122-124) Из оглашенных с согласия сторон показаний свидетеля ФИО77 следует, согласно в 2014 приобрела квартиру-студию по адресу: &lt;адрес&gt; на сумму 1 180 000 рублей. Денежные средства были внесены на расчетный счет продавцу. Оплата произведена в срок. В ОСП по &lt;адрес&gt; № находится исполнительное производство, на основании решения Вологодского городского суда &lt;адрес&gt; от ДД.ММ.ГГГГ о взыскании в ее пользу неустойки в размере 100 000 рублей, а также штрафа в размере 50 000 рублей. Задолженность не погашена (т.14 л.д.128-130) Из оглашенных с согласия сторон показаний свидетеля ФИО79 следует, что в 2014 году он приобрел по договору участия в долевом строительстве многоквартирного жилого дома, расположенного по адресу: &lt;адрес&gt; квартиру за 1 976 860 рублей. Оплата производилась частично наличными, частично через ипотеку. Срок сдачи объекта до ДД.ММ.ГГГГ. Решением Вологодского городского суда Вологодской области от 31.05.2016 с ООО ФИО1 взысканы неустойка 105 000 рублей, моральный вред 1000 рублей, штраф 53 000 рублей, а всего 159 000 рублей. Задолженность не погашена. (т.14 л.д.165-167) Из оглашенных с согласия сторон показаний свидетеля ФИО80 следует, что в августе 2012 он принимал квартиру по адресу: &lt;адрес&gt;-б &lt;адрес&gt; по акту приема-передачи у ООО ФИО1. Но при приемке квартиры ему не были известны имеющиеся при застройке скрытые дефекты. В судебном заседании было заключено мировое соглашение, по условиям которого в течение 10 дней ООО ФИО1 должно было погасить перед ним задолженность. Условия мирового соглашения со стороны ООО ФИО1 исполнены не были, согласно решению мирового судьи &lt;адрес&gt; по судебному участку № с организации взысканы в его пользу стоимость услуг эксперта, стоимость коммунальных услуг и расходы на оплату услуг представителя в размере 25 465 рублей. Выдан исполнительный лист ДД.ММ.ГГГГ. Судебным приставом-исполнителем ОСП по &lt;адрес&gt; № ФИО7 ДД.ММ.ГГГГ было возбуждено исполнительное производство. ДД.ММ.ГГГГ на его расчетный счет от ООО «ФИО98 за ООО ФИО1 переведена денежная сумма в размере 25 465 рублей, чем полностью погашена имеющаяся задолженность. (т.14 л.д.168-170) Из оглашенных с согласия сторон показаний свидетеля ФИО81 следует, что ДД.ММ.ГГГГ с ООО ФИО1, в лице директора ФИО27, был заключен договор участия в долевом строительстве на покупку квартиры по адресу: &lt;адрес&gt; По условиям договора оплата квартиры вносилась ею платежами наличными денежными средствами в кассу застройщика: ДД.ММ.ГГГГ – 209 000 рублей, ДД.ММ.ГГГГ-1 000 000 рублей и ДД.ММ.ГГГГ -50 000 рублей. Предполагаемая сдача дома июнь 2017 года, срок сдачи нарушен. (т.14 л.д.201-203) Из оглашенных с согласия сторон показаний свидетеля ФИО82 следует, что решением Арбитражного суда Вологодской области от 04.03.2014 с ООО ФИО1 в пользу ФИО94 взысканы задолженность 2 199 994 рублей 72 копейки, пени 161 668 рублей 11 копеек. Задолженность по данному решению полностью не погашена, но произведен взаимозачет по другому договору в счет задолженности на сумму переплаты в 1 870 142 рублей 97 копеек, также было списание денежных средств со счета организации-должника на сумму 74 742 рубля 92 копейки, остаток задолженности составляет 219 794 рубля 76 копеек. Последняя списание через службу приставов было, в декабре 2015 года с расчетного счета, по постановлению судебного пристава-исполнителя в рамках исполнительного производства. Более денежных средств по данному решению не поступало. Решением Арбитражного суда &lt;адрес&gt; от ДД.ММ.ГГГГ с ООО ФИО1 в пользу ФИО94 взысканы задолженность 114 593 рубля 59 копеек, в том числе задолженность 108 384 рубля 65 копеек, пени в сумме 6 208 рублей 94 копейки. Решением Арбитражного суда Вологодской области от ДД.ММ.ГГГГ с ООО ФИО1 в пользу ФИО94 взысканы задолженность по арендной плате в размере 521 300 рубля 38 копеек, пени в сумме 20 142 рубля 58 копеек, проценты за пользование чужими денежными средствами в размере 11 598 рублей 69 копеек. По данным решениям оплаты в счет погашения задолженности не поступало. (т.14 л.д.225-228) Из оглашенных с согласия сторон показаний свидетеля ФИО83 следует, что в августе 2014 года на его автомобиль обрушилась балконная кладка многоквартирного жилого дома, расположенного по адресу: &lt;адрес&gt;А. Решением Вологодского городского суда Вологодской области от 19.02.2015 года с ООО ФИО1 в его пользу взыскан материальный ущерб 48 574 рубля, расходы по оплате юридических услуг в размере 4000 рублей, расходы по уплате государственной пошлины в размере 1557 рублей 22 копейки. В ноябре 2015 года от бухгалтера ООО ФИО1 из кассы он получил 40 000 рублей в счет погашения задолженности. Исполнительный документ с исполнения ОСП по &lt;адрес&gt; № отзывать не намерен, так как задолженность погашена не в полном объеме. (т.15 л.д.1-3) Из оглашенных с согласия сторон показаний свидетеля ФИО84 следует, что ДД.ММ.ГГГГ приобрела по договору участия в долевом строительстве многоквартирного жилого дома по адресу: &lt;адрес&gt; квартиру-студию. Оплата производилась наличными,ДД.ММ.ГГГГ в сумме 521 375 рублей и 521 375 рублей. Срок сдачи объекта до ДД.ММ.ГГГГ. Решением Вологодского городского суда Вологодской области от ДД.ММ.ГГГГ с ООО ФИО1 неустойка в размере 62 226 рублей 44 копейки, компенсация морального вреда 3000 рублей штраф 32 613 рублей. С момента взыскания задолженности в судебном порядке денежные средства в счет погашения задолженности не поступили. (т.15 л.д.9-11) Из оглашенных с согласия сторон показаний свидетеля ФИО85 следует, что ДД.ММ.ГГГГ приобрела по договору участия в долевом строительстве многоквартирного жилого дома, расположенного по адресу: &lt;адрес&gt; квартиру-студию. Оплата по договору производилась наличными ДД.ММ.ГГГГ - 1 16 400 рублей. Срок сдачи объекта до ДД.ММ.ГГГГ. Решением Вологодского городского суда Вологодской области от 25.11.2015 с ООО ФИО1 взысканы в её пользу неустойка 80 000 рублей, компенсация морального вреда 1000 рублей, штраф в размере 40500 рублей, а всего 121 500 рублей. Решением Вологодского городского суда Вологодской области от 27.11.2015 с ООО ФИО1 взысканы в ее пользу неустойка 45 000 рублей, компенсация морального вреда 1000 рублей, штраф 23 000 рублей, а всего 69000 рублей. Задолженность перед нею не погашается. (т.15 л.д.12-15) Из оглашенных с согласия сторон показаний свидетеля ФИО88 в 2014 она приобрела квартиру в доме по адресу: &lt;адрес&gt;, на сумму 1 510 000 рублей по договору уступки права требования. Дом был сдан с опозданием, решением Вологодского городского суда Вологодской области от декабря 2015 года с ООО ФИО1 взысканы в ее пользу неустойка 25 000 рублей, компенсация морального вреда 1000 рублей, расходы по оплате юридических услуг 4000 рублей, штраф 13 000 рублей, всего 43 000 рублей. Также в службу судебных приставов ей был предъявлен исполнительный лист по решению Вологодского городского суда по делу № от июля 2016 года С момента взыскания задолженности в судебном порядке денежные средств в счет погашения задолженности не поступило со стороны ООО ФИО1, также и от службы судебных приставов. (т.15 л.д.48-51) Из оглашенных с согласия сторон показаний свидетеля ФИО86 следует, что ДД.ММ.ГГГГ он приобрел квартиру по адресу: &lt;адрес&gt; на за 1 177 000 рублей. Первоначальный взнос в сумме 153 010 рублей был внесен наличными денежными средствами продавцу. Срок сдачи объекта до ДД.ММ.ГГГГ. Остальные средства заемные, за счет ипотечного кредита на расчетный счет организации. Дом сдан с опозданием срока. Решением Вологодского городского суда Вологодской области от 28.04.2016 с ООО ФИО1 взысканы в его пользу неустойка 80 000 рублей, компенсация морального вреда 1000 рублей, штраф 20 250 рублей, всего 101 250 рублей. Задолженность не погашена.(т.15 л.д.29-31) Из оглашенных с согласия сторон показаний свидетеля ФИО87 следует, в 2014 году она приобрела по договору участия в долевом строительстве многоквартирного жилого дома, расположенного по адресу: &lt;адрес&gt; квартиру на сумму 2 006 400 рублей. Оплата производилась наличными, непосредственно продавцу в полном объеме. Решением Вологодского городского суда Вологодской области от 15.06.2016 взысканы в ее пользу неустойка в 250 000 рублей, компенсация морального вреда 3000 рублей, штраф 126 500 рублей, а всего 379 500 рублей. Задолженность не погашена. (т.15 л.д.39-41) Из оглашенных с согласия сторон показаний свидетеля ФИО89 следует, в 2013 году он приобрел по договору участия в долевом строительстве многоквартирного жилого дома, расположенного по адресу: &lt;адрес&gt; квартиру. Оплата по договору производилась наличными в сумме 265 450 рублей непосредственно продавцу, а 690 000 рублей через договор ипотеку. Срок сдачи объекта до ДД.ММ.ГГГГ. Решением Вологодского городского суда Вологодской области от 23.05.2016 с ООО ФИО1 взысканы в его пользу неустойка 177 267 рублей 82 копейки, штраф 88 633 рубля 91 копейка, расходы на оплату юридических услуг 4000 рублей, всего 269 901 рубль 73 копейки. Задолженность не погашена.(т.15 л.д.74-76) том 1 - копией исполнительного листа от ДД.ММ.ГГГГ, выданного на основании решения Вологодского городского суда Вологодской области от 07.04.2016 по делу №, вступившего в законную силу ДД.ММ.ГГГГ о взыскании денежных средств с ООО ФИО1 в пользу ФИО5 (т.1 л.д. 9-12); - копией постановления о возбуждении исполнительного производства №-ИП от ДД.ММ.ГГГГ о взыскании с ООО ФИО1 в пользу ФИО5 неустойки, компенсации морального вреда, штрафа, в размере 211 000 рублей 05 копеек. (т.1 л.д.13-14); - копией исполнительного листа от ДД.ММ.ГГГГ, выданного на основании решения Вологодского городского суда Вологодской области от ДД.ММ.ГГГГ по делу №, вступившего в законную силу ДД.ММ.ГГГГ, о взыскании денежных средств ООО ФИО1 в пользу ФИО4 (т.1 л.д. 16-19); - копией постановления о возбуждении исполнительного производства №-ИП от ДД.ММ.ГГГГ о взыскании с ООО ФИО1 в пользу ФИО4 неустойки, компенсации морального вреда, штрафа, в размере 211 000 рублей 05 копеек. (т.1 л.д. 20-21); - копией постановления судебного пристава- исполнителя ФИО7 от ДД.ММ.ГГГГ об ограничении проведения расходных операций по кассе с целью обращения взыскания на наличные денежные средства ( т.1 л.д. 25 – 26) - копией постановления об объединении исполнительных производств в сводное по должнику от ДД.ММ.ГГГГ с присвоением №- СД ( т.1 л.д. 27 -40) - копией постановления об объединении исполнительных производств в сводное по должнику от ДД.ММ.ГГГГ ( т.1 л.д. 56-59) - копией приказа о вступлении в должность директора ООО ФИО1 ФИО27 с ДД.ММ.ГГГГ, на основании единственного участника ( т.1 л.д. 60) - копией постановлений об исправлении описок от ДД.ММ.ГГГГ по исполнительным производствам в отношении ФИО5 и ФИО4 на сумму 211 000 рублей 50 копеек. ( т.1 л.д. 66,67) - копией исполнительного листа от ДД.ММ.ГГГГ, выданного на основании решения Вологодского городского суда Вологодской области от 31.03.2016 по делу №, вступившего в законную силу ДД.ММ.ГГГГ, о взыскании с ООО ФИО1 денежных средства в пользу ФИО12. (т.1 л.д.97-100); - копией постановления о возбуждении исполнительного производства №-ИП от ДД.ММ.ГГГГ о взыскании с ООО ФИО1 в пользу ФИО12 задолженности, морального вреда, штрафа, в размере 221 634 рублей 78 копеек. (т.1 л.д. 101-102); - копией исполнительного листа от ДД.ММ.ГГГГ, выданного на основании решения Вологодского городского суда Вологодской области от 09.03.2016 по делу №,вступившего в законную силу ДД.ММ.ГГГГ, о взыскании с ООО ФИО1 денежных средств в пользу ФИО50 (т.1 л.д.119-122); - копией постановления о возбуждении исполнительного производства №-ИП от ДД.ММ.ГГГГ о взыскании с ООО ФИО1 в пользу ФИО50 задолженности, морального вреда, оплаты юридических услуг, штрафа, в размере 127 500 рублей. (т.1 л.д. 123-124); - копией исполнительного листа от ДД.ММ.ГГГГ, выданного на основании решения Вологодского городского суда Вологодской области от 03.02.2016 по делу №, вступившего в законную силу ДД.ММ.ГГГГ, о взыскании с ООО ФИО1 денежных средств в пользу ФИО44 (т.1 л.д.141-144); - копией постановления о возбуждении исполнительного производства №-ИП от ДД.ММ.ГГГГ о взыскании с ООО ФИО1 в пользу ФИО44 задолженности, морального вреда, штрафа, в размере 105 750 рублей. (т.1 л.д. 145-146); - копией исполнительного листа от ДД.ММ.ГГГГ, выданного на основании решения Вологодского городского суда Вологодской области от 31.05.2016 по делу №, вступившего в законную силу ДД.ММ.ГГГГ, о взыскании с ООО ФИО1 денежных средств в пользу ФИО79 (т.1 л.д.160-163); - копией постановления о возбуждении исполнительного производства №-ИП от ДД.ММ.ГГГГ о взыскании с ООО ФИО1 в пользу ФИО79 задолженности, компенсации морального вреда, штрафа, в размере 159 000 рублей. (т.1 л.д.164-165); - копией исполнительного листа от ДД.ММ.ГГГГ, выданного на основании решения Вологодского городского суда Вологодской области от 15.12.2015 по делу №, о взыскании с ООО ФИО1 денежных средств в пользу ФИО48 (т.1 л.д.180-183); - копией постановления о возбуждении исполнительного производства №-ИП от ДД.ММ.ГГГГ о взыскании с ООО ФИО1 в пользу ФИО48 задолженности, компенсации морального вреда, штрафа, в размере 76 500 рублей. (т.1 л.д.184-185); - копией исполнительного листа от ДД.ММ.ГГГГ, выданного на основании решения Вологодского городского суда Вологодской области от 06.11.2015 по делу №, о взыскании с ООО ФИО1 денежных средств в пользу ФИО69 А.С. (т.1 л.д.202-205); - копией постановления о возбуждении исполнительного производства №-ИП от ДД.ММ.ГГГГ о взыскании с ООО ФИО1 в пользу ФИО69 А.С. задолженности, компенсации морального вреда, штрафа, расходы на оплату услуг представителя в размере 69 347 рублей 75 копеек. (т.1 л.д.206-207); - копией исполнительного листа от ДД.ММ.ГГГГ, выданного на основании решения Вологодского городского суда Вологодской области от 01.02.2016 по делу №, вступившего в законную силу ДД.ММ.ГГГГ, о взыскании с ООО ФИО1 денежных средств в пользу ФИО45 (т.1 л.д.232-235); - копией постановления о возбуждении исполнительного производства №-ИП от ДД.ММ.ГГГГ о взыскании с ООО ФИО1 в пользу ФИО45 неустойки, компенсации морального вреда, штрафа, в размере 220 500 рублей. (т.1 л.д.236-237); Том 2 - копией исполнительного листа от ДД.ММ.ГГГГ, выданного на основании решения Вологодского городского суда Вологодской области от 16.06.2016 по делу №, вступившего в законную силу ДД.ММ.ГГГГ, о взыскании с ООО ФИО1 денежных средств в пользу ФИО51 (т.2 л.д.8-12); - копией постановления о возбуждении исполнительного производства №-ИП от ДД.ММ.ГГГГ о взыскании с ООО ФИО1 в пользу ФИО51 задолженности, морального вреда, штрафа, в размере 95 000 рублей. (т.2 л.д.13-14); - копией исполнительного листа от ДД.ММ.ГГГГ, выданного на основании решения Вологодского городского суда Вологодской области от 16.06.2016 по делу №, вступившего в законную силу ДД.ММ.ГГГГ, о взыскании с ООО ФИО1 денежных средств в пользу ФИО15. (т.2 л.д.16-19); - копией постановления о возбуждении исполнительного производства №-ИП от ДД.ММ.ГГГГ о взыскании с ФИО1 в пользу ФИО15 задолженности, морального вреда, штрафа, в размере 95 000 рублей. (т.2 л.д.20-21); - копией исполнительного листа от ДД.ММ.ГГГГ, выданного на основании решения Вологодского городского суда Вологодской области от 16.03.2016 по делу №, вступившего в законную силу ДД.ММ.ГГГГ, о взыскании с ООО ФИО1 денежных средств в пользу ФИО77 (т.2 л.д. 38-41); - копией постановления о возбуждении исполнительного производства №-ИП от ДД.ММ.ГГГГ о взыскании с ООО ФИО1 в пользу ФИО77 задолженности, штрафа, в размере 150 000 рублей. (т.2 л.д.42-43); - протоколом обыска от ДД.ММ.ГГГГ, согласно которому по адресу: &lt;адрес&gt;, изъята финансовая бухгалтерская документация ООО ФИО1: первичная бухгалтерская документация за 1 и 2 квартал 2016 года, папка, содержащая сведения по кассе за 2016 год, договор субаренды нежилых помещений (т.2 л.д.107-111); - бухгалтерской отчетностью ООО ФИО1 за 2014,2015 года ( т.1 л.д. 140-153) - копией Устава ООО ФИО1, утвержденный решением участника ДД.ММ.ГГГГ, размер уставного капитала составляет 2 153 732 рубля. Согласно п. 9.13 руководство текущей деятельностью Общества осуществляет директор – единоличный исполнительный орган. ( т.2 л.д. 154-171) - выпиской из Единого государственного реестра юридических лиц от ДД.ММ.ГГГГ, согласно которой ООО ФИО1», учредителем является ФИО39, директором ФИО27, сокращенное наименование ООО ФИО1» ( т.2 л.д. 181-186) - копией решения Арбитражного суда Вологодской области от 21.09.2015 по делу №, согласно которому с ООО ФИО1» в пользу ООО ФИО95 взысканы 90 000 рублей основного долга за выполненные работы, а также 3 600 рублей в возмещение расходов на уплату государственной пошлины 3000 рублей в возмещение расходов на оплату юридических услуг. (т.2 л.д.216-218); - копией решения Арбитражного суда Вологодской области от ДД.ММ.ГГГГ по делу №, согласно которому с ООО ФИО1 в пользу ФИО94 взысканы задолженность по арендной плате в размере 521 300 рублей 38 копеек, пени в сумме 20 142 рублей 58 копеек, проценты за пользование чужими денежными средствами в размере 11 598 рублей 69 копеек (т.2 л.д.219-221); - копией решения Арбитражного суда Вологодской области от ДД.ММ.ГГГГ по делу №, согласно которому с ООО «ФИО1» в пользу ФИО94 взыскано 114 593 рубля 59 копеек, в том числе задолженность в сумме 108 384 рублей 65 копеек, пени в сумме 6 208 рублей 94 копейки (т.2 л.д.222-223); - копией определения Арбитражного суда Вологодской области от 01.07.2015 по делу №, согласно которому утверждено мировое соглашение между МУП ФИО92 и ООО ФИО1, ответчик перечисляет истцу сумму задолженности 4 383 129 рублей 81 копейку, включающую сумму долга 3 853 580 рублей 83 копейки и неустойку 529 548 рублей 98 копеек ( т. 2 л.д. 226-&lt;***&gt;) Том 3 -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ФИО46 взыскана неустойка за нарушение срока передачи объекта долевого строительства за период с ДД.ММ.ГГГГ по ДД.ММ.ГГГГ в размере 150 000 рублей, компенсация морального вреда в размере 5 000 рублей, штраф за несоблюдение в добровольном порядке требований потребителя в размере 77 500 рублей, расходы на оплату услуг представителя в размере 2 000 рублей. (т.3 л.д.7-8)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ФИО3 взысканы неустойка за нарушение срока передачи объекта долевого строительства за период с ДД.ММ.ГГГГ по ДД.ММ.ГГГГ в размере 80 000 рублей, компенсация морального вреда в размере - 3 000 рублей, штраф за несоблюдение в добровольном порядке требований потребителя в размере 20 000 рублей (т.3 л.д.9-10);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ФИО69 взыскана неустойка в размере 120 000 рублей, компенсация морального вреда в размере 1 000 рублей, штраф в размере 60 500 рублей (т.3 л.д.11);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ФИО63 взысканы неустойка в сумме 100 000 рублей, 2000 рублей - сумму компенсации морального вреда, 4 000 рублей - расходы на оказание юридических услуг и 51 000 рублей - сумма штрафа, всего 157 000 рублей (т.3 л.д.12);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ФИО78 взысканы неустойка в сумме 80 000 рублей, 3 000 рублей- сумма компенсации морального вреда, и 41 500 рублей - сумма штрафа, всего 124 500 рублей. (т.3 л.д.13-14); - копией определения Вологодского городского суда Вологодской области от 13.09. 2016 года о взыскании с ООО ФИО1 в пользу ФИО78 за услуги представителя -5000 рублей( т.3 л.д. 15) - копией решения Вологодского городского суда Вологодской области от 29.07.2016, вступившего в законную силу ДД.ММ.ГГГГ, согласно которому с ООО ФИО1 в пользу ФИО56 взысканы неустойка в размере 193 230 рублей 34 копейки, компенсация морального вреда 5 000 рублей, штраф за отказ удовлетворить требования потребителя в добровольном порядке в размере 99 115 рублей 17 копеек (т.3 л.д.16-17); - копией решения Вологодского городского суда Вологодской области от 06.06.2016, вступившего в законную силу ДД.ММ.ГГГГ, согласно которому с ООО ФИО1 в пользу ФИО75 взысканы неустойка в размере 166 479 рублей 16 копеек, компенсация морального вреда - 1 000 рублей, штраф в размере 83 739 рублей 58 копеек, а всего 251 218 рублей 74 копейки (т.3 л.д.18-19); - копией заочного решения Вологодского городского суда Вологодской области от 23.05.2016, вступившего в законную силу ДД.ММ.ГГГГ, согласно которому с ООО ФИО1 в пользу ФИО89 взысканы неустойка в размере 177 267 рублей 82 копейки, штраф в размере 88 633 рублей 91 копейка, возмещение расходов на оплату юридических услуг в размере 4 000 рублей, а всего 269 901 рубль 73 копейки (т.3 л.д.20-21); - копией решения Вологодского городского Вологодской области от 09.08.2016, вступившего в законную силу ДД.ММ.ГГГГ, согласно которому с ООО ФИО1 в пользу ФИО70 взыскана неустойка за нарушение срока передачи объекта долевого строительства за период с ДД.ММ.ГГГГ до ДД.ММ.ГГГГ в размере 85 000 рублей, штраф за несоблюдение в добровольном порядке удовлетворения требований потребителя в размере 42 500 рублей, расходы на оплату услуг представителя в размере 5 000 рублей, всего 132 500 рублей (т.3 л.д.22-23); - копией решения Вологодского городского суда Вологодской области от 03.08.2016, вступившего в законную силу ДД.ММ.ГГГГ, согласно которому с ООО ФИО1 в пользу ФИО55 взысканы неустойка за нарушение срока передачи объекта долевого строительства за период с ДД.ММ.ГГГГ по ДД.ММ.ГГГГ в размере 100 000 рублей, компенсация морального вреда в размере 3 000 рублей, штраф за несоблюдение в добровольном порядке требований потребителя в размере 51 500 рублей (т.3 л.д.24-25); - копией решения Вологодского городского суда Вологодской области от 04.08.2016, вступившего в законную силу ДД.ММ.ГГГГ, согласно которому с ООО ФИО1 в пользу ФИО47 взысканы неустойка в размере 200 000 рублей, компенсация морального вреда 1000 рублей, штраф в размере 100 500 рублей, а всего 301 500 рублей (т.3 л.д.26-27); - копией решения Вологодского городского суда Вологодской области от 26.05.2016, вступившего в законную силу ДД.ММ.ГГГГ, согласно которому с ООО ФИО1 в пользу ФИО65 взысканы неустойка в размере 208 649 рублей 16 копеек, компенсация морального вреда 1000 рублей, штраф в размере 104 839 рублей 58 копеек, расходы по оплате юридических услуг 7 000 рублей. (т.3 л.д.28); - копией решения Вологодского городского суда Вологодской области от 14.03.2016, вступившего в законную силу ДД.ММ.ГГГГ, согласно которому с ООО ФИО1 в пользу ФИО64 взыскана неустойка в размере 61 402 рубля 34 копейки, компенсация морального вреда - 3 000 рублей, штраф в размере 16 100 рублей 58 копеек. (т.3 л.д.29-31); - копией решения Вологодского городского суда Вологодской области от 07.04.2016, вступившего в законную силу ДД.ММ.ГГГГ, согласно которому с ООО ФИО1 в пользу ФИО4 взысканы неустойка в размере 140 000 рублей, компенсация морального вреда в размере 1 000 рублей, штраф в размере 70 000 рублей 50 копеек; в пользу ФИО5 - неустойка в размере 140 000 рублей, компенсация морального вреда в размере 1 000 рублей, штраф в размере 70 000 рублей 50 копеек. (т.3 л.д. 32-33); - копией заочного решения Вологодского городского суда Вологодской области от 09.03.2016, вступившего в законную силу ДД.ММ.ГГГГ, согласно которому с ООО ФИО1 в пользу ФИО50 взысканы неустойка в размере 80 000 рублей, компенсация морального вреда в размере 1 000 рублей, расходы на оплату юридических услуг – 6 000 рублей, штраф в размере 40 500 рублей, а всего: 127 500 рублей. (т.3 л.д.34-36); - копией решения Вологодского городского суда Вологодской области от 31.05.2016, вступившего в законную силу ДД.ММ.ГГГГ, согласно которому с ООО ФИО1 в пользу ФИО79 взыскана неустойка за период с ДД.ММ.ГГГГ по ДД.ММ.ГГГГ в размере 105 000 рублей, в счет компенсации морального вреда - 1 000 рублей, штраф 53 000 рублей, всего взыскано 159 000 рублей. (т.3 л.д.37); - копией решения Вологодского городского суда Вологодской области от 16.06.2016, вступившего в законную силу ДД.ММ.ГГГГ, согласно которому с ООО ФИО1 в пользу ФИО51 взыскана неустойка в размере 60 000 рублей, компенсация морального вреда в размере 1 000 рублей, штраф в размере 30 500 рублей, расходы на оплату услуг представителя в размере 3 500 рублей, в пользу ФИО15 неустойка в размере 60 000 рублей, компенсация морального вреда в размере 1 000 рублей, штраф в размере 30 500 рублей, расходы на оплату услуг представителя в размере 3 500 рублей (т.3 л.д.38); - копией решения Вологодского городского суда Вологодской области от 01.02.2016, вступившего в законную силу ДД.ММ.ГГГГ, согласно которому с ООО ФИО1 в пользу ФИО45 взыскана неустойка за период с ДД.ММ.ГГГГ по ДД.ММ.ГГГГ в размере 145 000 рублей, компенсация морального вреда в размере 2 000 рублей, штраф за несоблюдение в добровольном порядке удовлетворения требований потребителя в размере 73 500 рублей. (т.3 л.д.39-40); - копией решения Вологодского городского суда Вологодской области от 03.02.2016, вступившего в законную силу ДД.ММ.ГГГГ, согласно которому с ООО ФИО1 в пользу ФИО44 взыскана неустойка за период с ДД.ММ.ГГГГ по ДД.ММ.ГГГГ в размере 70 000 рублей, в счет компенсации морального вреда - 500 рублей, штраф 35 250 рублей, всего взыскано 105 750 рублей (т.3 л.д. 43); - копией заочного решения Вологодского городского суда Вологодской области от 31.03.2016, вступившего в законную силу ДД.ММ.ГГГГ, согласно которому с ООО ФИО1 в пользу ФИО12 взысканы неустойка за период с ДД.ММ.ГГГГ по ДД.ММ.ГГГГ в размере 173 307 рублей 82 копейки, компенсация морального вреда 4 000 рублей, штраф за несоблюдение в добровольном порядке удовлетворения требований потребителя в размере 44 326 рублей 96 копеек (т.3 л.д. 47-48); - копией решения Вологодского городского суда Вологодской области от 22.01.2016, вступившего в законную силу ДД.ММ.ГГГГ, согласно которому с ООО ФИО1 в пользу ФИО72 взыскана неустойка за нарушение срока передачи объекта долевого строительства за период с ДД.ММ.ГГГГ до ДД.ММ.ГГГГ в размере 80 000 рублей, компенсация морального вреда в размере 1 000 рублей, штраф за несоблюдение в добровольном порядке требований потребителя в размере 40 500 рублей, юридических расходов в размере 4 000 рублей, а всего 125 500 рублей (т.3 л.д.51-52); - копией решения Вологодского городского суда Вологодской области от 28.01.2016, вступившего в законную силу ДД.ММ.ГГГГ, согласно которому с ООО ФИО1 в пользу ФИО57 взысканы неустойка в размере 85 000 рублей, компенсация морального вреда в размере 3 000 рублей, штраф в размере 22 000 рублей (т.3 л.д.55-57); - копией решения Вологодского городского суда Вологодской области от 01.06.2016, вступившего в законную силу ДД.ММ.ГГГГ, согласно которому с ООО ФИО1 в пользу ФИО45 взысканы неустойка в сумме 60 000 рублей, 2000 рублей - сумма компенсации морального вреда и 31 000 рублей - сумма штрафа, всего 93 000 рублей. (т.3 л.д.65); - копией решения Вологодского городского суда Вологодской области от 15.06.2016, вступившего в законную силу ДД.ММ.ГГГГ, согласно которому с ООО ФИО1 в пользу ФИО43 взысканы неустойку в размере 150 000 рублей, компенсация морального вреда в размере 1 000 рублей, штраф 75 500 рублей (т.3 л.д.68-69); - копией решения Вологодского городского суда Вологодской области от ДД.ММ.ГГГГ, вступившего в законную силу ДД.ММ.ГГГГ, согласно которому с ООО ФИО1 в пользу ФИО86 взысканы неустойка в сумме 80 000 рублей, 1000 рублей - компенсация морального вреда, и 20 250 рублей - сумма штрафа, всего 101 250 рублей (т.3 л.д.72); - копией решения Вологодского городского суда Вологодской области от 04.04.2016, вступившего в законную силу ДД.ММ.ГГГГ, согласно которому с ООО ФИО1 в пользу ФИО76 (Абдельрахман) И.В. взысканы неустойка за период с ДД.ММ.ГГГГ по ДД.ММ.ГГГГ в размере 190 000 рублей, штраф за несоблюдение в добровольном порядке удовлетворения требований потребителя в размере 95 000 рублей (т.3 л.д.76-77); - копией решения Вологодского городского суда Вологодской области от 15.06.2016, вступившего в законную силу ДД.ММ.ГГГГ, согласно которому с ООО ФИО1 в пользу ФИО87 взыскана неустойка в размере 250 000 рублей, моральный вред в размере 3 000 рублей, штраф в размере 126 500 рублей, а всего 379 500 рублей. (т.3 л.д.80); - копией решения Вологодского городского суда Вологодской области от 19.04.2016, вступившего в законную силу ДД.ММ.ГГГГ, согласно которому с ООО ФИО1 в пользу ФИО60 взысканы неустойка в размере 90 000 рублей, компенсация морального вреда в размере 2 000 рублей, расходы по оплате юридических услуг в размере 4 000 рублей, штраф 46 000 рублей, а всего 142 000 рублей (т.3 л.д.81-82); - копией решения Вологодского городского суда Вологодской области от 04.05.2016, вступившего в законную силу ДД.ММ.ГГГГ согласно которому с ООО ФИО1 в пользу ФИО54 взысканы неустойка за период с ДД.ММ.ГГГГ по ДД.ММ.ГГГГ в размере 100 000 рублей, в счет компенсации морального вреда - 1 000 рублей, штраф 50 500 рублей, всего взыскано 151 500 рублей., в пользу ФИО53 неустойка за период с ДД.ММ.ГГГГ по ДД.ММ.ГГГГ в размере 100 000 рублей, в счет компенсации морального вреда - 1 000 рублей, штраф 50 500 рублей, всего взыскано 151 500 рублей. (т.3 л.д.85); - копией решения Вологодского городского суда Вологодской области от 28.03. 2016, вступившего в законную силу ДД.ММ.ГГГГ согласно которому с ООО ФИО1 в пользу ФИО88 взысканы неустойка в размере 108 210 рублей 66 копеек, штраф в размере 54 105 рублей 33 копейки. (т.3 л.д.88-89); - копией решения Вологодского городского суда Вологодской области от 25.01.2016, вступившего в законную силу ДД.ММ.ГГГГ, согласно которому с ООО ФИО1 в пользу ФИО9 взысканы неустойка в размере 40 000 рублей, компенсация морального вреда 4 000 рублей, штраф в размере 22 000 рублей, а всего 66 000 рублей (т.3 л.д.92-94); - копией решения Вологодского городского суда Вологодской области от 15.12.2015, вступившего в законную силу ДД.ММ.ГГГГ, согласно которому с ООО ФИО1 в пользу ФИО48 взыскана неустойка в размере 50 000 рублей, компенсация морального вреда 1 000 рублей, штраф в размере 25500 рублей, а всего 76500 рублей (т.3 л.д.99-100); - копией решения Вологодского городского суда Вологодской области от 06.11.2015, согласно которому с ООО ФИО1» в пользу ФИО69 А.С. взысканы неустойка в размере 41 398 рублей 50 копеек, компенсация морального вреда - 1 500 рублей, штраф в размере 21 449 рублей 25 копеек, расходы на оплату услуг представителя в размере 5 000 рублей. (т.3 л.д.101-102); - копией решения Вологодского городского суда Вологодской области от 23.12.2015, вступившего в законную силу ДД.ММ.ГГГГ, согласно которому с ООО «ФИО1 в пользу ФИО88 взысканы убытки в размере 25000 рублей, компенсация морального вреда - 1 000 рублей, штраф в размере 13000 рублей, расходы по оплате юридических услуг 4000 рублей, всего 43 000 рублей (т.3 л.д.106); - копией решения Вологодского городского суда Вологодской области от 27.11.2015 вступившего в законную силу ДД.ММ.ГГГГ, согласно которому с ООО ФИО1 в пользу ФИО85 взыскана неустойка в размере 45 000 рублей, компенсация морального вреда - 1 000 рублей, штраф 23 000 рублей, а всего 69 000 рублей (т.3 л.д.107-108); - копией решения Вологодского городского суда Вологодской области от 25.11.2015, вступившего в законную силу ДД.ММ.ГГГГ, согласно которому с ООО ФИО1 в пользу ФИО85 взысканы неустойка в размере 80 000 рублей, компенсация морального вреда - 1 000 рублей, штраф 40 500 рублей, а всего 121 500 рублей (т.3 л.д.109-110); - копией решения Вологодского городского суда Вологодской области от 19.02.2015, с учетом апелляционного определения судебной коллегии по гражданским делам Вологодского областного суда от ДД.ММ.ГГГГ, согласно которому с ООО ФИО1 в пользу ФИО83 взыскано в возмещение материального ущерба 48 574 рублей, расходы по оплате юридических услуг в размере 4 000 рублей, расходы по уплате государственной пошлины в размере 1 557 рублей 22 копейки (т.3 л.д.111-112); - копией решения Арбитражного суда Вологодской области от 02.08.2016 по делу №, вступившего в законную силу ДД.ММ.ГГГГ, согласно которому с ООО ФИО1 в пользу муниципального унитарного предприятия ФИО97 взыскана задолженность в размере 986 574 рублей 49 копеек, 963 135 рубля 75 копеек пени, 9 000 рублей в возмещение расходов по уплате государственной пошлины. (т.3 л.д.117-119); - ответом на запрос ФИО124, от ДД.ММ.ГГГГ, согласно которому у ООО ФИО1 имеются объекты: многоквартирный жилой дом по адресу: &lt;адрес&gt;, ожидаемая дата ввода ДД.ММ.ГГГГ; одноэтажное здание магазина по адресу: &lt;адрес&gt; на земельном участке с кадастровым номером: №; жилой &lt;адрес&gt;, двенадцатиэтажный многоквартирный жилой дом по &lt;адрес&gt; ( т.3 л.д. 124) - копией резолютивной части решения Арбитражного суда Вологодской области от 16.08.2016 по делу №, вступившего в законную силу 07.09.2016, согласно которому с ООО ФИО1 в пользу АО ФИО101 взыскано 34 484 рубля 98 копеек, в том числе 33 753 рубля 54 копейки задолженности за март 2016 года, 731 рубль 44 копейки проценты за пользование чужими денежными средствами за период с ДД.ММ.ГГГГ по ДД.ММ.ГГГГ (т.3 л.д.176); - копией решения Арбитражного суда Вологодской области от 14.06.2016 по делу №, вступившего в законную силу ДД.ММ.ГГГГ, согласно которому с ООО ФИО1 в пользу МУП ФИО92 взыскано 3 376 646 рублей 97 копеек, в том числе: 2 612 251 рубль 81 копейка- основной долг, 764 395 рублей 16 копеек – пени, 9000 рублей расходы по оплате государственной пошлины ( т.3 л.д. 177-178) - копией решения Арбитражного суда Вологодской области от 11.05.2016 по делу №, вступившего в законную силу ДД.ММ.ГГГГ, согласно которому с ООО ФИО1 в пользу ФИО101» взыскано 46 800рублей основного долга, 1740 рублей 34 копейки процентов за пользование чужими денежными средствами, а также проценты за пользование чужими денежными средствами, начисленные на сумму долга 46 800 рублей. (т.3 л.д.179-183); - копией решения Вологодского городского суда Вологодской области от 28.03.2016, вступившего в законную силу ДД.ММ.ГГГГ, согласно которому с ООО ФИО1 в пользу ФИО84 взыскана неустойка в размере 62 226 рублей, компенсация морального вреда - 3 000 рублей, штраф в размере 32 613 рубля (т.3 л.д.186-187); - копией заочного решения Вологодского городского суда Вологодской области от 09 марта 2016, вступившего в законную силу ДД.ММ.ГГГГ, согласно которому с ООО ФИО1 в пользу ФИО50 взыскана неустойка в размере 80 000 рублей, компенсация морального вреда 1000 рублей, расходы на оплату юридических услуг – 6000 рублей, штраф в размере 40500 рублей, а всего: 127 500 рублей ( т.3 л.д. 188-189), - копией заочного решения Вологодского городского суда Вологодской области от 20 июля 2016 года, вступившего в законную силу ДД.ММ.ГГГГ, согласно которому с ООО ФИО1 в пользу ФИО50 взыскана неустойка за нарушение срока передачи участнику долевого строительства объекта долевого строительства в сумме 83 661 рублей 33 копейки, компенсация морального вреда в размере 1 000 рублей, расходы на оплату услуг представителя в размере 3 000 рублей, штраф в размере 42 330 рублей 66 копеек, всего 129 991 рублей 99 копеек (т.3 л.д.190-191); - копией решения Вологодского городского суда &lt;адрес&gt; от ДД.ММ.ГГГГ, вступившего в законную силу ДД.ММ.ГГГГ, согласно которому с ООО ФИО1 в пользу ФИО61 взыскана неустойка за нарушение срока передачи объекта долевого строительства за период с ДД.ММ.ГГГГ по ДД.ММ.ГГГГ в размере 150 000 рублей, компенсация морального вреда - 10 000 рублей, штраф за несоблюдение в добровольном порядке требований потребителя в размере 80 000 рублей (т.3 л.д.192-193); - копией решения Вологодского городского суда &lt;адрес&gt; от ДД.ММ.ГГГГ, вступившего в законную силу ДД.ММ.ГГГГ, согласно которому с ООО ФИО1 в пользу ФИО71 взыскана неустойка за нарушение срока передачи участнику долевого строительства в размере 95 000 рублей, штраф в размере 47 500 рублей, а всего 142 500 рублей. (т.3 л.д.194); - копией решения Вологодского городского суда &lt;адрес&gt; от ДД.ММ.ГГГГ, вступившему в законную силу ДД.ММ.ГГГГ, согласно которому с ООО ФИО1 в пользу ФИО77 взысканы неустойка 100 000 рублей, штраф в размере 50 000 рублей (т.3 л.д.200); - копией решения Вологодского городского суда &lt;адрес&gt; от ДД.ММ.ГГГГ, вступившего в законную силу ДД.ММ.ГГГГ, согласно которому с ООО ФИО1 в пользу ФИО52 взысканы неустойка в размере 77 008 рублей 79 копеек, штраф в размере 40 004 рублей 40 копеек, компенсация морального вреда в размере 3 000 рублей (т.3 л.д.201-204); - копией определения Вологодского городского суда &lt;адрес&gt; от ДД.ММ.ГГГГ о заключении мирового соглашения, вступившего в законную силу ДД.ММ.ГГГГ, согласно которому с ООО ФИО1 обязуется устранить строительные дефекты, которые привели к намоканию стены в квартире (протечки лоджии на 11 этаже), расположенной по адресу: &lt;адрес&gt;, принадлежащей ФИО90 в течение 30 дней со дня вступления мирового соглашения в силу (т.3 л.д.205); Том 4 - протоколом осмотра документов, согласно которому с ДД.ММ.ГГГГ по ДД.ММ.ГГГГ осмотрена изъятая финансовая бухгалтерская документация директора ООО ФИО1 в том числе справки отчеты кассиров- операционистов, расходные кассовые ордера, приходно - кассовые ордера (т.4 л.д.2-91) - протоколом осмотра документов, согласно которому ДД.ММ.ГГГГ осмотрен журнал кассира-операциониста ООО ФИО1» (т.4 л.д.180-181) - копией акта о наложении ареста (описи имущества) от ДД.ММ.ГГГГ, согласно которому судебным приставом – исполнителем ФИО22 наложен ареста на имущество ООО ФИО1 на общую сумму 88 000 рублей ( т.4 л.д. 129-136) - копией постановления от ДД.ММ.ГГГГ судебного пристава- исполнителя ФИО21 о запрете регистрационных действий о внесении изменения в ЕГРЮЛ в отношении ООО ФИО1 ( т. 4 л.д. 152) -копией постановления об обращении взыскания на денежные средства, находящиеся в банке ООО ФИО1 от ДД.ММ.ГГГГ судебного пристава- исполнителя ФИО7 ( т.4 л.д. 154-156) - копией постановления о запрете регистрационных действий в отношении транспортных средств шести автомобилей, принадлежащих ООО ФИО1 от ДД.ММ.ГГГГ, вынесенного судебным приставом- исполнителем ФИО7 ( т. 4 л.д. 162-165) - протоколом осмотра документов от ДД.ММ.ГГГГ, согласно которого осмотрены журнал кассира - операциониста ООО ФИО1 за период с ДД.ММ.ГГГГ, содержит восемь листов; первый операционный день ДД.ММ.ГГГГ- сумма выручки составила 14 849 640 рублей, последний операционный день ДД.ММ.ГГГГ, сумма выручки 200 000 рублей ( т.4 л.д. 180-181) - протоколом осмотра документов, согласно которому ДД.ММ.ГГГГ осмотрены, полученные по запросам документы: сопроводительное письмо и выписка о движении денежных средств ООО ФИО1 по расчетному счету №, открытому в ФИО125 сопроводительное письмо и выписка о движении денежных средств ООО ФИО1 по расчетному счету №, открытому в ФИО126, выписка о движении денежных средств ООО ФИО1 по расчетному счету № открытому в ФИО125 (т.4 л.д.207-209) - протоколом выемки, согласно которому ДД.ММ.ГГГГ в служебном кабинете № ОСП по &lt;адрес&gt; в присутствии двух понятых у свидетеля ФИО18 изъято сводное исполнительное производство № (т.4 л.д.220-222) Том 5 - протоколом осмотра документов, согласно которому осмотрено сводное исполнительное производство №, состоящее из исполнительных листов, заявлений граждан, постановлений о возбуждении исполнительных производств на основании решений судов по заявлениям граждан и юридических лиц о взыскании неустоек по договорам долевого участия в строительстве, причиненных убытков, компенсации морального вреда, штрафов с ООО ФИО1 в пользу ФИО12, ФИО5, ФИО4, ФИО44, ФИО50, ФИО45, ФИО79, ФИО48, ФИО8, ФИО72, ФИО88, ФИО85, ФИО71, ФИО64, ФИО57, ФИО51.Н., ФИО15, МУП ФИО97 ФИО43, ФИО65, ФИО86, ФИО47, МУП ФИО92 ФИО70, ФИО76 ФИО76 ФИО89, ФИО55, ФИО87, ФИО60, ФИО75, ФИО56, ФИО63, ФИО9, ФИО69, ФИО78, ФИО3, ФИО83, ФИО77, ФИО84, ФИО68, ФИО54, ФИО53, ФИО46, ФИО58, ФИО59 ; копия постановления судебного пристава - исполнителя ФИО7 от ДД.ММ.ГГГГ о запрете регистрационных действий в отношении объектов недвижимого имущества по исполнительному производству от ДД.ММ.ГГГГ № заявление на обращение взыскания на земельный участок в Вологодский городской суд от ФИО88, ФИО69 А.С., судебного пристава – исполнителя ФИО22; сопроводительное письмо ООО ФИО1 судебному приставу – исполнителю ФИО21 от ДД.ММ.ГГГГ, об обращении в ФИО128 по вопросу использования денежных средств участников долевого строительства; копия ответа на обращение ФИО128 от ДД.ММ.ГГГГ, согласно которого застройщик не вправе использовать денежные средства дольщиков для погашения задолженности по исполнительному производству; уведомление в &lt;данные изъяты&gt; от ДД.ММ.ГГГГ о принятии налоговым органом решения о направлении в Арбитражный суд заявления о признании должника банкротом; копии расчетов лимита остатка наличных денежных средств в кассе за 2014 год, который составляет 3 490 000 рублей; лимит остатка денег в кассе за 2015 года 2 490 000 рублей, лимит остатка денежных средств в кассе на 2016 год в сумме 2 288 621 рублей, подписаны главным бухгалтеров ФИО40 ; копиями расходно – кассовых ордеров о выдаче денежных средств из кассы предприятия ФИО27 ; журнал кассира- операциониста за период с ДД.ММ.ГГГГ по ДД.ММ.ГГГГ ООО ФИО1, с текстом книга закрыта с оборотом по кассе 730 103 264 рублей 25 копеек, имеется подпись директора ФИО27; копии кредитных соглашения между ФИО125 и ООО ФИО1 на 15 000 000 и 25 000 000 рублей;копия договора субаренды нежилых помещений от ДД.ММ.ГГГГ, заключенного между арендодателем ООО ФИО96 и арендатором ООО ФИО1 о принятии последним во временное пользование нежилых помещений по адресу: &lt;адрес&gt;, сроком по ДД.ММ.ГГГГ; копия договора аренды автомобилей от ДД.ММ.ГГГГ, согласно которому между арендодателем ФИО1 в лице директора ФИО27 и ООО ФИО96 о предоставлении арендатору в срочное платное пользование автомобилей модель №; ДД.ММ.ГГГГ года выпуска; &lt;данные изъяты&gt; ДД.ММ.ГГГГ года выпуска; &lt;данные изъяты&gt; ДД.ММ.ГГГГ года выпуска; &lt;данные изъяты&gt; ДД.ММ.ГГГГ года выпуска; оборотно- сальдовые ведомости по счету за 4 квартал 2016 года; выписки по лицевым счетам ООО ФИО1» ФИО125 о поступлении денежных средств в 2015, 2016 году, выписки по лицевым счетам в &lt;данные изъяты&gt;» за 2015, 2016 года; выписки по лицевым счетам в филиале № ФИО125 за 2015 год; требование судебного пристава исполнителя ФИО21 о предоставлении кассовой книги на проверку 2014-2016 годов, документы представлены ДД.ММ.ГГГГ; постановление судебного пристава- исполнителя ФИО7 об ограничении проведения расходных операций по кассе до 50 процентов от суммы ежедневно, с целью обращения взыскания на наличные денежные средства от ДД.ММ.ГГГГ, по исполнительным производствам на общую сумму взыскания 2 038 889 рублей 84 копейки; два предупреждения об уголовной ответственности по ст. 315 УК РФ судебного пристава- исполнителя ФИО7 от ДД.ММ.ГГГГ за невыполнение решений судов на имя руководителя ООО ФИО1 ФИО27 по исполнительным производствам по заявлениям взыскателя ФИО85 по судебным решениям № № и № предупреждения об уголовной ответственности по ст. 315 УК РФ судебного пристава- исполнителя ФИО22 от ДД.ММ.ГГГГ за невыполнение решений судов на имя руководителя ООО ФИО1 ФИО27 по исполнительным производствам по заявлениям взыскателей ФИО71, ФИО48, ФИО4, ФИО5,ФИО83, Администрации &lt;адрес&gt;; ФИО44; ФИО61; ФИО43; ФИО85; ФИО88; ФИО69 А.С.; ФИО50; ФИО77; ФИО9; ФИО72; ФИО45; ФИО57; ФИО64; ФИО12; ФИО15; ФИО51; ФИО88; ФИО79; ФИО65; ФИО87; ФИО60; ФИО75; ФИО56; ФИО76; ФИО55; ФИО70; ФИО47; ФИО86; ФИО89; ФИО46; ФИО68; ФИО53; ФИО54; ФИО59; ФИО52;ФИО58; ФИО3; ФИО78, в которых ФИО27 предупрежден об уголовной ответственности по ст. 315 УК РФ ; предупреждение об уголовной ответственности судебного пристава- исполнителя ФИО22 от ДД.ММ.ГГГГ по ст. 177 УК РФ за злостной уклонение от погашения кредиторской задолженности в крупном размере на имя руководителя ООО ФИО1» ФИО27 по исполнительному производству взыскатель МУП ФИО92 на сумму 4 387 629 рублей 81 копейка два предупреждения об уголовной ответственности судебного пристава- исполнителя ФИО18 от ДД.ММ.ГГГГ по ст. 177 УК РФ за злостное уклонение от погашения кредиторской задолженности в крупном размере на имя руководителя ООО ФИО1 ФИО27 взыскатель МУП ФИО92 на сумму 4 387 629 рублей 81 копейка и 3 385 464 рублей 97 копеек; предупреждение об уголовной ответственности по ст. 315 УК РФ судебного пристава- исполнителя ФИО18 от ДД.ММ.ГГГГ за невыполнение решений судов на имя руководителя ООО ФИО1 ФИО27 по исполнительным производству по заявлениям взыскателей ФИО83; ФИО85; ФИО88; ФИО69 А.С.; ФИО44 ; ФИО50; ФИО77; ФИО48; ФИО9; ФИО72; ФИО71; ФИО45; ФИО4; ФИО4; ФИО57; ФИО64; ФИО12; ФИО15; ФИО51; ФИО88; ФИО79; ФИО65; ФИО87; ФИО60; ФИО75; ФИО56; ФИО76; ФИО55; ФИО70; ФИО47; ФИО86; ФИО89; ФИО46;ФИО68; ФИО53; ФИО54; ФИО59; ФИО52; ФИО58; ФИО3; ФИО78; ФИО61; ФИО43; ФИО69; ФИО84; ФИО63; ФИО65.; постановление о возбуждении исполнительного производства от ДД.ММ.ГГГГ судебного пристава- исполнителя ФИО14 на основании исполнительного листа от ДД.ММ.ГГГГ по делу № от ДД.ММ.ГГГГ об устранении строительных дефектов, приведших к намоканию стен в квартире в пользу взыскателя ФИО90; требования судебного пристава – исполнителя ФИО14 от ДД.ММ.ГГГГ и от ДД.ММ.ГГГГ в о предоставлении в пятидневный срок информации об исполнении решения суда в отношении ФИО90; постановлением судебного пристава- исполнителя ОСП по &lt;адрес&gt; № УФССП по &lt;адрес&gt; о взыскании исполнительского сбора от ДД.ММ.ГГГГ по исполнительному производству взыскатель ФИО90; требование судебного пристава – исполнителя ФИО14 о предоставлении в срок до ДД.ММ.ГГГГ информации об исполнении решения суда в отношении ФИО90; постановление от ДД.ММ.ГГГГ о назначении нового срока исполнения судебного решения от ДД.ММ.ГГГГ до ДД.ММ.ГГГГ; предупреждение об уголовной ответственности по ст. 315 УК РФ судебного пристава- исполнителя ФИО14 от ДД.ММ.ГГГГ за невыполнение решения суда взыскатель ФИО90 на имя руководителя ООО ФИО1 ФИО27 ; письма ООО ФИО1 от ДД.ММ.ГГГГ и ДД.ММ.ГГГГ в ОСП по &lt;адрес&gt;, в которых гарантируют выполнение работ в июне 2016 года при условии получения согласия от собственника квартиры на 11 этаже; письмо ФИО1 от ДД.ММ.ГГГГ в котором просят с целью выявления дефектов предоставить согласие собственника квартиры; постановление судебного пристава- исполнителя ФИО14 об отказе в удовлетворении ходатайства; постановление ОСП по &lt;адрес&gt; № от ДД.ММ.ГГГГ о наложении штрафа на ООО ФИО1 в размере 3 0000 рублей по ч.1 ст. 17.15 . КоАП РФ; предупреждение об уголовной ответственности по ст. 315 УК РФ судебного пристава- исполнителя ФИО24 от ДД.ММ.ГГГГ за невыполнение решения суда взыскатель ФИО90 на имя руководителя ООО ФИО1 ФИО27; расходно - кассовый ордер № от ДД.ММ.ГГГГ, согласно которому директором ООО ФИО1 ФИО27 выдано ФИО83 40 000 рублей в счет компенсации на основании решения суда, подписан ФИО27; платежное поручение № от ДД.ММ.ГГГГ, согласно которому ООО ФИО106 внесено 50 000 рублей по исполнительному производству №-СД; платежное поручение № от ДД.ММ.ГГГГ, согласно которому ООО ФИО106 внесено 50 000 рублей по исполнительному производству №-СД; платежное поручение № от ДД.ММ.ГГГГ, ООО ФИО98 перечислено 25 465 рублей ФИО80 по мировому соглашению от ДД.ММ.ГГГГ; платежное поручение № ООО «ФИО98 перечислено 55 000 рублей ООО ФИО114 по исполнительному производству №; папка со сведениями о кассе за 2016 год; постановления от ДД.ММ.ГГГГ об исправлении описки в постановлении судебного пристава от ДД.ММ.ГГГГ, считать сумму взыскания по ФИО4 и ФИО5 211 000 рублей 50 копеек. (т.5 л.д.1-209); Том 6 - копией исполнительного листа от ДД.ММ.ГГГГ, выданного на основании решения Вологодского городского суда Вологодской области от 14.01.2016 по делу №, вступившего в законную силу ДД.ММ.ГГГГ, о взыскании денежных средств с ООО ФИО1 в пользу ФИО71 (т.6 л.д.18-21); - копией постановления о возбуждении исполнительного производства № от ДД.ММ.ГГГГ о взыскании с ООО ФИО1 в пользу ФИО71 неустойки, штрафа, в размере 142 500 рублей. (т.6 л.д. 22-23); - копией исполнительного листа от ДД.ММ.ГГГГ, выданного на основании решения Вологодского городского суда Вологодской области от 15.06.2016 по делу №, вступившего в законную силу ДД.ММ.ГГГГ, о взыскании денежных средств с ООО ФИО1 в пользу ФИО87 (т.6 л.д.114-117 ); - копией постановления о возбуждении исполнительного производства № от ДД.ММ.ГГГГ о взыскании с ООО ФИО1» в пользу ФИО87 неустойки, штрафа, в размере 379 500 рублей (т.6 л.д. 118-119); - копией исполнительного листа от ДД.ММ.ГГГГ, выданного на основании решения Вологодского городского суда Вологодской области от 15.06.2016 по делу №, вступившего в законную силу ДД.ММ.ГГГГ, о взыскании с ООО ФИО1 денежных средств в пользу ФИО43 (т.6 л.д.137-140); - копией постановления о возбуждении исполнительного производства № от ДД.ММ.ГГГГ о взыскании с ООО ФИО1 в пользу ФИО43 неустойки, штрафа, в размере 226 500 рублей (т.6 л.д.141-142); - копией исполнительного листа от ДД.ММ.ГГГГ, выданного на основании решения Вологодского городского суда Вологодской области от 04.08.2016 по делу №, вступившего в законную силу ДД.ММ.ГГГГ, о взыскании денежных средств с ООО ФИО1 в пользу ФИО47 (т.6 л.д.159-162); - копией постановления о возбуждении исполнительного производства № от ДД.ММ.ГГГГ о взыскании с ООО ФИО1 в пользу ФИО47 задолженности в размере 301 500 рублей (т.6 л.д.163-164); - копией исполнительного листа от ДД.ММ.ГГГГ, выданного на основании решения Вологодского городского суда Вологодской области от 04.04.2016 по делу №, вступившего в законную силу ДД.ММ.ГГГГ, о взыскании с ООО ФИО1 денежных средств в пользу ФИО76 (т.6 л.д.182-185); - копией постановления о возбуждении исполнительного производства № от ДД.ММ.ГГГГ о взыскании с ООО ФИО1 в пользу ФИО76 неустойки, штрафа, в размере 285 000 рублей (т.6 л.д.186-187); - копией исполнительного листа от ДД.ММ.ГГГГ, выданного на основании решения Вологодского городского суда Вологодской области от 04.05.2016 по делу №, вступившего в законную силу ДД.ММ.ГГГГ о взыскании задолженности с ООО ФИО1 денежных средств в пользу ФИО54 (т.6 л.д.204-207); - копией постановления о возбуждении исполнительного производства № от ДД.ММ.ГГГГ о взыскании с ООО ФИО1 в пользу ФИО54 неустойки, штрафа, в размере 151 500 рублей. (т.6 л.д.208-209); - копией исполнительного листа от ДД.ММ.ГГГГ, выданного на основании решения Вологодского городского суда Вологодской области от 04.05.2016 по делу №, о взыскании задолженности с ООО ФИО1 в пользу ФИО53 (т.6 л.д.213-216); - копией постановления о возбуждении исполнительного производства № от ДД.ММ.ГГГГ о взыскании с ООО «ФИО1» в пользу ФИО53 задолженности в размере 151 500 рублей (т.6 л.д.217-218); Том 7 - копией исполнительного листа от ДД.ММ.ГГГГ, выданного на основании решения Вологодского городского суда Вологодской области от 25.07.2016 по делу №, о взыскании с ООО ФИО1 задолженности в пользу ФИО52 (т.7 л.д.8-11); - копией постановления о возбуждении исполнительного производства № от ДД.ММ.ГГГГ о взыскании с ООО ФИО1 в пользу ФИО52 неустойки, штрафа, в размере 120 013 рублей 19 копеек (т.7 л.д.12-13); - копий исполнительного листа от ДД.ММ.ГГГГ, выданного по заявлению ФИО90 о выдаче исполнительного листа, на основании решения Вологодского городского суда Вологодской области от 16.10.2015 по делу №, согласно которому ООО ФИО1 обязан устранить строительные дефекты (протечки лоджии на 11 этаже), в квартире по адресу: &lt;адрес&gt;, принадлежащей ФИО90 (т.7 л.д.30-33); - копией постановления о возбуждении исполнительного производства № от ДД.ММ.ГГГГ предмет исполнения: устранение строительного дефекта ООО ФИО1 в квартире по адресу: &lt;адрес&gt;, принадлежащей ФИО90 (т.7 л.д.34-35); - копией постановления о наложении штрафа по делу № от ДД.ММ.ГГГГ о признании ООО ФИО1 виновным в совершении административного правонарушения, предусмотренного ч.1 ст. 17.15 КоАП РФ, в связи с неисполнением требований по судебному решению взыскатель ФИО90 к наказанию в виде штрафа в размере 30000 рублей ( т.7 л.д. 53-54) - копией исполнительного листа от ДД.ММ.ГГГГ, выданного на основании решения Арбитражного суда Вологодской области от 14.06.2016 по делу № №, о взыскании задолженности с ООО ФИО1 в пользу МУП ФИО92 на общую сумму 3 376 645 рублей 97 копеек (т.7 л.д.72-75) - копией постановления о возбуждении исполнительного производства № от ДД.ММ.ГГГГ о взыскании с ООО ФИО1» в пользу МУП ФИО92 задолженности по решениею Арбитражного Суда Вологодской области №. (т.7 л.д.77-78); - копией исполнительного листа от ДД.ММ.ГГГГ, выданного на основании решения Арбитражного суда Вологодской области от 01.07.2015 по делу №, о взыскании с ФИО1 ФИО1 в пользу МУП ФИО92 4 383 129 рублей 81 копейка, по ранее утвержденному мировому соглашению (т.7 л.д.117-121); - копией постановления о возбуждении исполнительного производства № от ДД.ММ.ГГГГ о взыскании с ООО ФИО1 в пользу МУП ФИО92 задолженности в размере 4 387 629 рублей 81 копейка (т.7 л.д.123-124); - копией исполнительного листа от ДД.ММ.ГГГГ, выданного на основании решения Вологодского городского суда Вологодской области от 01.08.2016 по делу №, о взыскании задолженности с ООО ФИО1 в пользу ФИО3 (т.7 л.д.215-219); - копией постановления о возбуждении исполнительного производства № от ДД.ММ.ГГГГ о взыскании с ООО ФИО1 в пользу ФИО3 задолженности в размере 103 000 рублей (т.7 л.д.220-221); Том 8 - копией исполнительного листа от ДД.ММ.ГГГГ, выданного на основании решения Вологодского городского суда Вологодской области от 19.02.2015 по делу №, о взыскании задолженности с ООО ФИО1 в пользу ФИО83 (т.8 л.д.6-9); - копией постановления о возбуждении исполнительного производства № от ДД.ММ.ГГГГ о взыскании с ООО ФИО1 в пользу ФИО83 материального ущерба, расходов по оплате юридических услуг, в размере 54 131 рубль 22 копейки (т.8 л.д.10-11); - копией решения Арбитражного суда &lt;адрес&gt; от ДД.ММ.ГГГГ по делу №, вступившего в законную силу ДД.ММ.ГГГГ, согласно которому с ООО ФИО1 в пользу ФИО94 взыскана задолженность в размере 2 199 994 рублей 72 копейки, пени в размере 161 668 рублей 11 копеек (т.8 л.д.79-84); - копией исполнительного листа от ДД.ММ.ГГГГ, выданного на основании решения Арбитражного суда Вологодской области от ДД.ММ.ГГГГ по делу № о взыскании с ООО ФИО1 задолженности в пользу ФИО94 задолженности (т.8 л.д.85-88); - копией постановления о возбуждении исполнительного производства №-ИП от ДД.ММ.ГГГГ о взыскании с ООО ФИО1 в пользу Администрации &lt;адрес&gt; задолженности, пени, в размере 2 361 662,82 рублей (т.8 л.д.89); - приходно – кассовыми ордерами о получении денежных средств кассиром ООО ФИО1 ФИО67 наличными из ФИО126 ДД.ММ.ГГГГ- 900 000 рублей; 1 560 000 рублей; ДД.ММ.ГГГГ – 800 000 рублей ( т. 8 л.д. 128-129)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с ООО ФИО1 задолженности в пользу ФИО88 (т.8 л.д.195-198); - копией постановления о возбуждении исполнительного производства №-ИП от ДД.ММ.ГГГГ о взыскании с ООО ФИО1 в пользу ФИО88 задолженности по исполнительному производству в размере 162 315 рублей 99 копеек (т.8 л.д.199-200); - копией исполнительного листа от ДД.ММ.ГГГГ, выданного на основании решения Вологодского городского суда Вологодской области от 23.12.2015 по делу № о взыскании с ООО ФИО1 в пользу ФИО88 убытков в размере 25 000 рублей, компенсации морального вреда в размере 1 000 рублей, штрафа 13 000 рублей, расходы по оплате юридических услуг 4 000 рублей, а всего 43 000 рублей (т.8 л.д.219-222); - копией постановления о возбуждении исполнительного производства №-ИП от ДД.ММ.ГГГГ о взыскании с ООО ФИО1 в пользу ФИО88 задолженности, морального вреда, юридических услуг, в размере 43 000 руб. (т.8 л.д.223-224) Том 9 - копией исполнительного листа от ДД.ММ.ГГГГ, выданного на основании решения Вологодского городского суда Вологодской области от 19.04.2016 по делу №, о взыскании задолженности с ООО ФИО1 в пользу ФИО60 (т.9 л.д.12-15); - копией постановления о возбуждении исполнительного производства №-ИП от ДД.ММ.ГГГГ о взыскании с ООО ФИО1 в пользу ФИО60 неустойки, компенсации морального вреда, юридических услуг, в размере 142 000 рублей (т.9 л.д.16); - копией исполнительного листа от ДД.ММ.ГГГГ, выданного на основании решения Вологодского городского суда Вологодской области от 29.07.2016 по делу №, о взыскании задолженности с ООО ФИО1 в пользу ФИО56 (т.9 л.д.44-46); - копией постановления о возбуждении исполнительного производства №-ИП от ДД.ММ.ГГГГ о взыскании с ООО ФИО1 в пользу ФИО56 задолженности в размере 297 345 рублей 51 копейка (т.9 л.д.47); - копией исполнительного листа от ДД.ММ.ГГГГ, выданного на основании решения Вологодского городского суда Вологодской области от 23.05.2016 по делу №, о взыскании задолженности с ООО ФИО1 в пользу ФИО89 (т.9 л.д.76-79); - копией постановления о возбуждении исполнительного производства №-ИП от ДД.ММ.ГГГГ о взыскании с ООО ФИО1 в пользу ФИО89 задолженности в размере 269 901 рубль 73 копейки (т.9 л.д.80-81); - копией исполнительного листа от ДД.ММ.ГГГГ, выданного на основании решения Арбитражного суда Вологодской области от 12.04.2016 по делу №, о взыскании с ООО ФИО1 денежных средств в пользу ФИО94 (т.9 л.д.103-105); - копией постановления о возбуждении исполнительного производства №-ИП от 30.058.2016 о взыскании с ООО ФИО1 в пользу ФИО94 задолженности, пени, в размере 114 593 рубля 59 копеек (т.9 л.д.106-107);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задолженности с ООО ФИО1 в пользу ФИО86 (т.9 л.д.127-130); - копией постановления о возбуждении исполнительного производства №-ИП от ДД.ММ.ГГГГ о взыскании с ООО ФИО1 в пользу ФИО86 задолженности, пени, в размере 101 250 рублей (т.9 л.д.131-132);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с ООО ФИО1 денежных средств в пользу ФИО44. (т.9 л.д.160-163); - копией постановления о возбуждении исполнительного производства №-ИП от ДД.ММ.ГГГГ о взыскании с ООО ФИО1 в пользу ФИО44 задолженности, в размере 76 500 рублей. (т.9 л.д.164);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задолженности с ООО ФИО1 в пользу ФИО78 (т.9 л.д.182-185); - копией постановления о возбуждении исполнительного производства №-ИП от ДД.ММ.ГГГГ о взыскании с ООО ФИО1 в пользу ФИО78 задолженности, в размере 124 500 рублей (т.9 л.д.186-187);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с ООО ФИО1 денежных средств в пользу ФИО78 5 000 рублей за услуги представителя. (т.9 л.д.188-191); - копией постановления о возбуждении исполнительного производства №-ИП от ДД.ММ.ГГГГ о взыскании с ООО ФИО1 в пользу ФИО78 задолженности, в размере 5000 рублей (т.9 л.д.192-193);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с ООО ФИО1 задолженности в пользу ФИО57 (т.9 л.д.211-213); - копией постановления о возбуждении исполнительного производства №-ИП от ДД.ММ.ГГГГ о взыскании с ООО ФИО1 в пользу ФИО57 задолженности, в размере 110 000 рублей (т.9 л.д.214-215);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задолженности с ООО ФИО1 в пользу ФИО55 (т.9 л.д.232-236); - копией постановления о возбуждении исполнительного производства №-ИП от ДД.ММ.ГГГГ о взыскании с ООО ФИО1 в пользу ФИО55 задолженности в размере 103 000 рублей (т.9 л.д.237-238); Том 10 - копией исполнительного листа от ДД.ММ.ГГГГ, выданного на основании решения Вологодского городского суда &lt;адрес&gt; от ДД.ММ.ГГГГ по делу №, о взыскании с ООО ФИО1 в пользу ФИО46 неустойки в сумме 150 000 рублей, компенсации морального вреда 5000 рублей, штрафа 77 500 рублей, расходы на оплату услуг представителя (т.10 л.д.7-9); - копией постановления о возбуждении исполнительного производства №-ИП от ДД.ММ.ГГГГ о взыскании с ООО ФИО1 в пользу ФИО46 задолженности (т.10 л.д.10-11); - копией исполнительного листа от ДД.ММ.ГГГГ, выданного на основании решения Вологодского городского суда &lt;адрес&gt; от ДД.ММ.ГГГГ по делу №, о взыскании задолженности с ООО ФИО1 в пользу ФИО59 (т.10 л.д.44-47); - копией заочного решения Вологодского районного суда Вологодской области от ДД.ММ.ГГГГ по делу №, вступившего в законную силу ДД.ММ.ГГГГ, согласно которому с ООО ФИО1 в пользу ФИО58 взыскана неустойка за нарушение срока передачи объекта долевого строительства в сумме 133 923 рублей 44 копейки, убытки, связанные с наймом жилья в размере 78 000 рублей, компенсация морального вреда в сумме 10 000 рублей, всего взыскано 221 923 рубля 44 копейки, в пользу ФИО59 - неустойка за нарушение срока передачи объекта долевого строительства в сумме 133 923 рублей 44 копейки, убытки, связанные с наймом жилья в размере 78 000 рублей, компенсация морального вреда в сумме 10 000 рублей, всего взыскано 221 923 рублей 44 копейки (т.10 л.д.48-51); - копией постановления о возбуждении исполнительного производства №-ИП от ДД.ММ.ГГГГ о взыскании с ООО ФИО1 в пользу ФИО59 задолженности в размере 221 923 рублей 44 копеек (т.10 л.д.52-54); - копией исполнительного листа от ДД.ММ.ГГГГ, выданного на основании решения Вологодского городского суда Вологодской области от 20.07.2016 по делу №, о взыскании задолженности с ООО ФИО1 в пользу ФИО50 (т.10 л.д.75-78); - копией постановления о возбуждении исполнительного производства №-ИП от ДД.ММ.ГГГГ о взыскании с ООО ФИО1 в пользу ФИО50 неустойки, компенсации морального вреда, расходов на представителя, штрафа, в размере 129 991 рубль 91 копейка (т.10 л.д.79-80); - копией исполнительного листа от ДД.ММ.ГГГГ, выданного на основании решения Вологодского городского суда Вологодской области от 20.07.2016 по делу №, о взыскании с ООО ФИО1 денежных средств в пользу ФИО58 (т.10 л.д.98-100); - копией постановления о возбуждении исполнительного производства №-ИП от ДД.ММ.ГГГГ о взыскании с ООО ФИО1 в пользу ФИО58 задолженности, в размере 221 923 рубля 44 копейки (т.10 л.д. 105-107); - копией решения Вологодского городского суда &lt;адрес&gt; от ДД.ММ.ГГГГ по делу №, вступившего в законную силу ДД.ММ.ГГГГ, согласно которому с ООО ФИО1 в пользу ФИО44 взысканы неустойка за нарушение срока передачи объекта долевого строительства за период с ДД.ММ.ГГГГ по ДД.ММ.ГГГГ в размере 50 000 рублей, компенсация морального вреда в размере 1 000 рублей, штрафа в размере 25 500 рублей (т.10 л.д.132-135); - протоколом выемки, согласно которому ДД.ММ.ГГГГ в служебном кабинете № ОСП по &lt;адрес&gt; в присутствии двух понятых у свидетеля ФИО24 изъято исполнительное производство №-ИП, в том числе два письменных предупреждения ФИО27 по ст. 315 УК РФ (т.10 л.д.197-199) - протоколом осмотра документов, согласно которому ДД.ММ.ГГГГ осмотрено исполнительное производство №-ИП, в котором находятся, в том числе исполнительный лист от ДД.ММ.ГГГГ по делу № взыскатель ФИО90, постановление о возбуждении исполнительного производства от ДД.ММ.ГГГГ., предупреждения по ст. 315 УК РФ от ДД.ММ.ГГГГ и ДД.ММ.ГГГГ, заявление ООО ФИО1 от 24. 11.2016 о невозможности исполнения требования судебного пристава в соответствии с погодными условиями, административное дело № (т.10 л.д.200-206); Том 11 -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ФИО63 (т.11 л.д.45-47); - копией постановления о возбуждении исполнительного производства №-ИП от ДД.ММ.ГГГГ о взыскании с ООО ФИО1 в пользу ФИО63 неустойки, компенсации, расходы, штрафа, в размере 157 000 рублей (т.11 л.д.50-51); - копией исполнительного листа от ДД.ММ.ГГГГ, выданного на основании решения Арбитражного суда Вологодской области от 21.09.2015 по делу №, о взыскании задолженности с ООО ФИО1 в пользу ООО ФИО95 (т.11 л.д.75-78); - копией постановления о возбуждении исполнительного производства № от ДД.ММ.ГГГГ о взыскании с ООО ФИО1 в пользу ФИО95 основного долга за выполненные работы, расходы по оплате госпошлины, расходы на оплату юридических услуг в размере 96 600 рублей (т.11 л.д.79-80); - копией исполнительного листа от ДД.ММ.ГГГГ, выданного на основании решения Вологодского городского суда Вологодской области от 25.01.2016 по делу №, о взыскании задолженности с ООО ФИО1 в пользу ФИО9. (т.11 л.д.104-107); - копией постановления о возбуждении исполнительного производства № от ДД.ММ.ГГГГ о взыскании с ООО ФИО1 в пользу ФИО9 задолженности в размере 66 000 рублей (т.11 л.д. 108-109);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задолженности с ООО ФИО1 в пользу ФИО75 (т.11 л.д.124-127); - копией постановления о возбуждении исполнительного производства № от ДД.ММ.ГГГГ о взыскании с ООО ФИО1 в пользу ФИО75 задолженности, морального вреда, штрафа, в размере 251 218 рублей 74 копейки (т.11 л.д.128); - копией исполнительного листа от ДД.ММ.ГГГГ, выданного на основании решения Арбитражного суда Вологодской области от ДД.ММ.ГГГГ по делу №, о взыскании с ООО ФИО1 в пользу ФИО97 о взыскании задолженности. (т.11 л.д. 143-146); - копией постановления о возбуждении исполнительного производства № от ДД.ММ.ГГГГ о взыскании с ООО ФИО1 в пользу ФИО97 задолженности: пени, госпошлины, в размере 1 958 710 рублей 24 копейки (т.11 л.д.147);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ФИО84 (т.11 л.д. 162-165); - копией постановления о возбуждении исполнительного производства № от ДД.ММ.ГГГГ о взыскании с ООО ФИО1 в пользу ФИО84 неустойки, компенсации, штрафа в размере 97 839 рублей (т.11 л.д.166-167);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денежных средств с ООО ФИО1 в пользу ФИО65 (т.11 л.д.193-196); - копией постановления о возбуждении исполнительного производства № от ДД.ММ.ГГГГ о взыскании с ООО ФИО1 в пользу ФИО41 задолженности в размере 321 488 рублей 74 копейки (т.11 л.д.197-198);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денежных средств с ООО ФИО1 в пользу ФИО64 (т.11 л.д.217-220); - копией постановления о возбуждении исполнительного производства № от ДД.ММ.ГГГГ о взыскании с ООО ФИО1 в пользу ФИО64 в размере 80 502 рубля 82 копейки (т.11 л.д.221-222); - копией исполнительного листа от ДД.ММ.ГГГГ, выданного на основании решения Арбитражного суда Вологодской области от 27.04.2015 по делу №, о взыскании задолженности с ООО ФИО1 в пользу ФИО94. (т.11 л.д.245-248); - копией постановления о возбуждении исполнительного производства № от ДД.ММ.ГГГГ о взыскании с ООО ФИО1 в пользу ФИО94 задолженности, пени, в размере 553 041 рубль 65 копеек (т.11 л.д.249); Том 12 - копией решения Вологодского городского суда &lt;адрес&gt; от ДД.ММ.ГГГГ по делу №, вступившего в законную силу ДД.ММ.ГГГГ, согласно которому с ООО ФИО1 в пользу ФИО65 взысканы неустойка за нарушение срока передачи объекта долевого строительства за период с ДД.ММ.ГГГГ по ДД.ММ.ГГГГ в размере 20 000 рублей, компенсация морального вреда 1 500 рублей, штраф за несоблюдение в добровольном порядке требований потребителя в размере 10 750 рублей, расходы на оплату услуг представителя в размере 3 000 рублей (т.12 л.д.10-12); - копия исполнительного листа от ДД.ММ.ГГГГ, выданного на основании решения Вологодского городского суда Вологодской области от 01.09.2016 по делу №, о взыскании с ООО ФИО1 денежных средств в пользу ФИО65 (т.12 л.д.18-20); - копией постановления о возбуждении исполнительного производства №-ИП от ДД.ММ.ГГГГ о взыскании с ООО ФИО1 в пользу ФИО65 задолженности в размере 35 250 рублей (т.12 л.д.21); - копией исполнительного листа от ДД.ММ.ГГГГ, выданного на основании решения Вологодского городского суда Вологодской области от ДД.ММ.ГГГГ по делу №, о взыскании денежных средств с ООО ФИО1 в пользу ФИО61 (т.12 л.д.38-42); - копией постановления о возбуждении исполнительного производства №-ИП от ДД.ММ.ГГГГ о взыскании с ООО ФИО1 в пользу ФИО61 задолженности, штрафа, морального вреда, в размере 240 000 рублей (т.12 л.д.43);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ФИО85 (т.12 л.д.58-61); - копией постановления о возбуждении исполнительного производства №-ИП от ДД.ММ.ГГГГ о взыскании с ООО ФИО1 в пользу ФИО85 неустойки, морального вреда, штрафа, в размере 121 500 рублей (т.12 л.д.62-63); - копией исполнительного листа от ДД.ММ.ГГГГ, выданного на основании решения Вологодского городского суда &lt;адрес&gt; от ДД.ММ.ГГГГ по делу №, о взыскании задолженности с ООО ФИО1 в пользу ФИО85 (т.12 л.д.79-82); - копией постановления о возбуждении исполнительного производства №-ИП от ДД.ММ.ГГГГ о взыскании с ООО ФИО1 в пользу ФИО85 неустойки, морального вреда, штрафа, в размере 69 000 рублей (т.12 л.д.83-84); - копией исполнительного листа от ДД.ММ.ГГГГ, выданного на основании решения Вологодского городского суда &lt;адрес&gt; от ДД.ММ.ГГГГ по делу №, о взыскании с ООО ФИО1 денежных средств в пользу ФИО48 (т.12 л.д.101-102); - копией постановления о возбуждении исполнительного производства №-ИП от ДД.ММ.ГГГГ о взыскании с ООО ФИО1 в пользу ФИО48 задолженности в размере 127 500 рублей (т.12 л.д.103); - копией решения Соломбальского районного суда г. Архангельска от 16.06.2016 по делу №, вступившего в законную силу ДД.ММ.ГГГГ, о взыскании с ООО ФИО1 в пользу ФИО68 неустойки в размере 169867 рублей 44 копейки, штрафа в размере 84 933 рублей 72 копейки, всего 254 801 рубль 16 копеек. (т.12 л.д.117-118);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ФИО68 (т.12 л.д.132-135); - копией постановления о возбуждении исполнительного производства №-ИП от ДД.ММ.ГГГГ о взыскании с ООО ФИО1 в пользу ФИО68 задолженности в размере 254 801 рубль 16 копеек (т.12 л.д.138-139); - копия исполнительного листа от ДД.ММ.ГГГГ, выданного на основании решения Вологодского городского суда Вологодской области от 01.06.2016 по делу №, о взыскании задолженности с ООО ФИО1 в пользу ФИО45 (т.12 л.д.166-169); - копией постановления о возбуждении исполнительного производства №-ИП от ДД.ММ.ГГГГ о взыскании с ООО ФИО1 в пользу ФИО45 задолженности в размере 93 000 рублей (т.12 л.д.170);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ФИО70 (т.12 л.д.200-204); - копией постановления о возбуждении исполнительного производства №-ИП от ДД.ММ.ГГГГ о взыскании с ООО ФИО1 в пользу ФИО70 задолженности в размере 132 500 рублей (т.12 л.д.208-209); - копия исполнительного листа от ДД.ММ.ГГГГ, выданного на основании решения Вологодского суда Вологодской области от 16.06.2016 по делу №, о взыскании задолженности с ООО ФИО1 в пользу ФИО69 (т.12 л.д.238-240); - копией постановления о возбуждении исполнительного производства №-ИП от ДД.ММ.ГГГГ о взыскании с ООО ФИО1 в пользу ФИО69 задолженности в размере 181 500 рублей (т.12 л.д.241); Том 13 - копией исполнительного листа от ДД.ММ.ГГГГ, выданного на основании решения Арбитражного суда Вологодской области от ДД.ММ.ГГГГ по делу №, о взыскании задолженности с ООО ФИО1 в пользу ФИО101 46 800 коп. основного долга, 1740 руб. 34 коп. процентов за пользование чужими денежными средствами, а также процентов за пользование чужими денежными средствами, начисленными на сумму долга 46 800 рублей. (т.13 л.д.17-19); - копией постановления о возбуждении исполнительного производства №-ИП от ДД.ММ.ГГГГ о взыскании с ООО ФИО1 в пользу ФИО953 задолженности по платежам за газ, тепло, и электроэнергию в размере 50 540 рублей 34 копейки. (т.13 л.д.21); - копией исполнительного листа от ДД.ММ.ГГГГ, выданного на основании решения Арбитражного суда &lt;адрес&gt; от ДД.ММ.ГГГГ по делу №, о взыскании с ООО ФИО1 в пользу ФИО101 34 484 рублей 98 копеек. (т.13 л.д.39-40); - копией постановления о возбуждении исполнительного производства № от ДД.ММ.ГГГГ о взыскании с ООО ФИО1 в пользу ФИО954 задолженности (т.13 л.д.42-43); - копией исполнительного листа от ДД.ММ.ГГГГ, выданного на основании решения Вологодского городского суда &lt;адрес&gt; от ДД.ММ.ГГГГ по делу №, о взыскании денежных средств с ООО ФИО1 в пользу ФИО72. (т.13 л.д.59-61); - копией постановления о возбуждении исполнительного производства №-ИП от ДД.ММ.ГГГГ о взыскании с ООО ФИО1 в пользу ФИО72 задолженности, морального вреда, штрафа, юридических расходов в размере 125 500 рублей (т.13 л.д.62-63); - протоколом выемки от ДД.ММ.ГГГГ, согласно которому в служебном кабинете № ОСП по &lt;адрес&gt; у свидетеля ФИО23 изъяты исполнительные производства № и №., три письменных предупреждения ФИО27, по ст. 315 УК РФ (т.13 л.д.124-126) - протоколом осмотра документов, согласно которому ДД.ММ.ГГГГ в служебном кабинете № ОСП по &lt;адрес&gt; № осмотрены: исполнительное производство №, в котором находится исполнительный лист от ДД.ММ.ГГГГ по делу № взыскатель ФИО101 на сумму 34 484 рубля 98 копеек, постановление о возбуждении исполнительного производства, постановление об обращении взыскания на денежные средства должника от ДД.ММ.ГГГГ, предупреждение об уголовной ответственности судебного пристава- исполнителя ФИО23 по ст. 315 УК РФ от ДД.ММ.ГГГГ, получено ФИО27; исполнительное производство №, в котором находятся исполнительный лист от ДД.ММ.ГГГГ, по делу №, взыскатель ФИО101» сумма 48 540 рублей 34 копейки, постановление о возбуждении исполнительного производства от ДД.ММ.ГГГГ, постановление судебного пристава – исполнителя о взыскании исполнительского сбора от ДД.ММ.ГГГГ, предупреждение об уголовной ответственности по ст. 315 УК РФ судебного пристава- исполнителя ФИО23 от ДД.ММ.ГГГГ., постановление о запрете на регистрационные действия в отношении транспортных средств от ДД.ММ.ГГГГ судебного пристава – исполнителя ФИО23; постановление судебного пристава- исполнителя ФИО23 об ограничении проведения расходных операций по кассе от ДД.ММ.ГГГГ, постановление о наложении ареста на имущество должника от ДД.ММ.ГГГГ, предупреждение об уголовной ответственности по ст. 315 УК РФ руководителя ООО ФИО1 ФИО27 от ДД.ММ.ГГГГ; постановление от ДД.ММ.ГГГГ в отношении ООО ФИО1 о привлечении к административной ответственности по ч.1 ст. 17.14 КоАП РФ, назначении штрафа 30 000 рублей (т.13 л.д.127-137); - ответом из ФИО125 от ДД.ММ.ГГГГ о том, что у ООО ФИО1 отсутствует задолженность по кредитам и обязательствам кредитного характера ( т. 13 л.д. 233) - протоколом осмотра предметов, согласно которому осмотрен СD-R диск, с выпиской о движении денежных средств по расчетному счету ООО ФИО1 в период ДД.ММ.ГГГГ-ДД.ММ.ГГГГ № в Филиале ФИО125), дата последней операции по счету ДД.ММ.ГГГГ, итого обороты по дебету за период 34 714 198 рублей 43 копейки, по кредиту 3 308 795 рублей 57 копеек (т.13 л.д.234-235); Том 14 - заключением судебной финансово-экономической экспертизы от ДД.ММ.ГГГГ №.1, согласно которой на расчётный счёт ООО ФИО1 №, в ФИО125 в период с ДД.ММ.ГГГГ по ДД.ММ.ГГГГ поступило и зачислено банком денежных средств на общую сумму 73 803 078 рублей 44 копейки, в том числе за период с ДД.ММ.ГГГГ по ДД.ММ.ГГГГ на сумму 35 965 578 рублей 44 копейки. На расчётный счёт ООО ФИО1 №, в ФИО126 в период с ДД.ММ.ГГГГ по ДД.ММ.ГГГГ поступило и зачислено банком денежных средств на общую сумму 23 842 086 рублей, в том числе за период с ДД.ММ.ГГГГ по ДД.ММ.ГГГГ на сумму 20 161 366 рублей На расчётный счёт ООО ФИО1» №, в ФИО125), за период с ДД.ММ.ГГГГ по ДД.ММ.ГГГГ поступило и зачислено банком денежных средств на общую сумму 2 767 874 рублей 52 копейки, в том числе за период с ДД.ММ.ГГГГ по ДД.ММ.ГГГГ на сумму 2 376196 рублей 91 копейка Установлены по расчётным счетам ООО ФИО1 факты перечисления в период 2014-2016 на расчетный счет ОСП по &lt;адрес&gt; № УФССП России по &lt;адрес&gt; денежных средств на общую сумму 890 332 рубля 80 копеек с назначением платежа, указывающим на взыскание денежных средств по материалам исполнительных производств. Общая сумма денежных средств, оприходованная за период с 11 января по ДД.ММ.ГГГГ в кассу ООО « ФИО1 в размере 51 770 867 рублей 70 копеек, в том числе за период с ДД.ММ.ГГГГ по ДД.ММ.ГГГГ на сумму 51 570 867 рублей 70 копеек. За период с ДД.ММ.ГГГГ по ДД.ММ.ГГГГ на расчетный счёт ООО ФИО1 № зачислено банком денежных средств на общую сумму 8 139 578 рублей 44 копейки, поступивших в счёт расчётов по договорам долевого участия в строительстве жилья, в том числе за период с ДД.ММ.ГГГГ по ДД.ММ.ГГГГ на сумму 5 074 578 рублей 44 копейки. За период с ДД.ММ.ГГГГ по ДД.ММ.ГГГГ на расчетный счёт ООО ФИО1 № зачислено банком денежных средств на общую сумму 19 802 236 рублей, поступивших в счёт расчётов по 19 договорам долевого участия в строительстве жилья, в том числе за период с ДД.ММ.ГГГГ по ДД.ММ.ГГГГ на сумму 16 123 576 рублей. Общая сумма денежных средств, оприходованная за период с 11 января по ДД.ММ.ГГГГ в кассу ООО ФИО1 в счёт расчётов по договорам долевого участия в строительстве жилья, в размере 37 436 927 рублей, в том числе за период с ДД.ММ.ГГГГ по ДД.ММ.ГГГГ на сумму 37 236 927 рублей. В связи с непредставлением документов на экспертизу установить суммы денежных средств, оприходованные в кассу ООО ФИО1 в счёт расчётов по договорам долевого участия в строительстве жилья за период 2014-2015 гг., не представляется возможным. Всего за период с ДД.ММ.ГГГГ по ДД.ММ.ГГГГ из кассы ООО ФИО1 на те или иные цели выдано (выплачено) денежных средств на общую сумму 54 068 977 рублей 43 копейки, в том числе за период с ДД.ММ.ГГГГ по ДД.ММ.ГГГГ на сумму 52 002 254 рублей 07 копеек. Всего за период с ДД.ММ.ГГГГ по ДД.ММ.ГГГГ из кассы ООО ФИО1 по платёжным ведомостям в счёт расчётов по заработной плате выдано денежных средств на общую сумму 1 778 619 рублей 48 копеек. В период 2014-2016 гг. с расчётных счетов Общества какие-либо суммы денежных средств в счёт расчётов по заработной плате не перечислялись (не выплачивались), за исключением денежных средств на сумму 20 615 рублей на лицевой счёт ФИО42 Общая сумма денежных средств, выданная за период с 11 января по ДД.ММ.ГГГГ из кассы ООО ФИО1 «под авансовый отчёт» ФИО27, в размере 40 493 368 рублей 77 копеек, в том числе за период с ДД.ММ.ГГГГ по ДД.ММ.ГГГГ на сумму 40 351 928 рублей 77 копеек. Установлено, что в период 2014-2016 гг. ФИО27 с расчётных счетов Общества какие-либо суммы денежных средств с назначением платежа «под авансовый отчёт» не перечислялись. Общая сумма денежных средств, оприходованная в период с ДД.ММ.ГГГГ по ДД.ММ.ГГГГ в кассу ООО ФИО1 от контрагентов в счёт оплаты за аренду (субаренду) помещений и транспортных средств, в размере 441 442 рублей 38 копеек. Общая сумма денежных средств, поступившая и зачисленная банком на счёт ООО ФИО1 № в период с ДД.ММ.ГГГГ по ДД.ММ.ГГГГ от контрагентов (физических и юридических лиц) в счёт оплаты за аренду (субаренду) помещений и телекоммуникационного оборудования связи, в размере 2 076 503 рублей 61 копейка, в том числе за период с ДД.ММ.ГГГГ по ДД.ММ.ГГГГ на сумму 1 842 808 рублей. ( т.14 л.д. 49-83) - копией договора купли- продажи доли в уставном капитале общества от ДД.ММ.ГГГГ, согласно которому ФИО39 продала ФИО27 принадлежащую ей долю в уставном капитале ФИО955 составляющую 100 процентов за 800 000 рублей. ( т. 14 л.д. 197) Том 15 - копией акта о наложении ареста от ДД.ММ.ГГГГ судебного пристава- исполнителя ФИО18 на автомобили, принадлежащие ООО ФИО1 &lt;данные изъяты&gt; ( т. 15 л.д. 93-95) - копией постановления о наложении ареста на имущество от ДД.ММ.ГГГГ ( т. 15 л.д. 96) Исследовав собранные по делу доказательства, суд пришел к выводу о доказанности вины ФИО27 в совершенных преступлениях, которая полностью нашла свое подтверждение в судебном заседании. Суд считает, что действия ФИО27 следует квалифицировать по ст. 315 УК РФ - злостное неисполнение служащим коммерческой организации вступившего в законную силу решения суда и воспрепятствование его исполнению. ФИО27 являясь, директором ООО ФИО1 злостно не исполнял, вступившие в законную силу решения суда в период с ДД.ММ.ГГГГ по ДД.ММ.ГГГГ, в течение длительного времени и воспрепятствовал исполнению. ФИО27, действовал с единым умыслом, поскольку изначально, не имел намерения с момента первого судебного решения погашать задолженность. Вина ФИО27 в совершении данного преступления, подтверждается показаниями свидетелей, приобретавших квартиры в ООО ФИО1 по договорам участия долевого строительства ФИО5, ФИО12, ФИО50, ФИО44, ФИО79, ФИО48, ФИО69 (ФИО2), ФИО45, ФИО51, ФИО77, ФИО71, ФИО87, ФИО43, ФИО47, ФИО76, ФИО52, ФИО3, ФИО83, ФИО88, ФИО60, ФИО56, ФИО89, ФИО86, ФИО44, ФИО78, ФИО57, ФИО55, ФИО46, ФИО59, ФИО75, ФИО84, ФИО65, ФИО64, ФИО63, ФИО61, ФИО85, ФИО68, ФИО70, ФИО69, ФИО72, а также показаниями свидетелей ФИО62, ФИО66, ФИО79, ФИО82, показавших о наличии задолженности по судебным решениям и отсутствии погашения в течение продолжительного периода времени. Свидетель ФИО100, являющаяся судебным приставом- исполнителем пояснила о наличии на исполнении сводного исполнительного производства, организация ООО ФИО1 в обход расчетных счетов через сторонние организации перечисляла выборочно некоторым взыскателям суммы по решениям судов, в частности ФИО83, ФИО80. Кроме того организацией предпринимались меры к смене учредителя. Было установлено наличие движимого и недвижимого имущества на балансе организации. Мер к добровольному возмещению ущерба руководителем организации ФИО27 не принималось. Имелся действующий договор по строительству срок сдачи четвертый квартал 2016 года. Данные обстоятельства полностью подтверждаются показаниями судебного пристава- исполнителя Попова. Кроме того он пояснил, что в конце ноября 2016 года был выезд в организацию, в ходе проверки бухгалтерии, было установлено, что ФИО27 брал деньги под отчет. Из показаний свидетелей ФИО73 и ФИО74 следует, что их организации арендовали помещения у ООО «ФИО1 денежные средства вносили в счет арендной платы. Согласно показаний свидетеля ФИО83, в ноябре 2015 года из кассы ООО ФИО1 он получил 40 000 рублей в счет погашения задолженности. Из показаний свидетеля ФИО80 следует, что ДД.ММ.ГГГГ от ООО ФИО98 за ООО ФИО1» перечислены денежные средства, в счет возмещения ущерба по исполнительному листу. В соответствии с показаниями свидетеля ФИО67, имеющиеся кредиты организации были погашены в начале 2017 года. Денежные средства, поступившие в кассу организации, судебным приставам не предоставляли, а направлялись в том числе и на оплату коммунальных платежей, хозяйственные нужды, подрядчикам, выдавались под отчет сотрудникам предприятия на зарплату. Применительно к ст. 315 УК РФ злостное неисполнение и воспрепятствование исполнению вступившего в законную силу приговора, решения суда или иного судебного акта имеет место в том случае, когда лицо не совершает предписанных решением действий (бездействия) полностью или частично, либо состоит в создании помех осуществлению судебного акта другими лицами. При этом злостным указанное поведение является, если оно совершено после соответствующего предупреждения уполномоченного органа. ФИО27 умышленно скрывал от приставов сведения об имущественном положении организации, сведения о движении денежных средств по кассе судебному приставу не предоставлял. Переводил денежные средства через сторонние организации, а также распоряжался деньгами из кассы предприятия для производства выплат, не связанных с исполнением судебных решений, без соблюдения установленной ч. 2 ст. 855 ГК РФ очередности, что также свидетельствует об умышленном воспрепятствовании ФИО27 исполнению судебных решений В соответствии с заключением судебной финансово – экономической экспертизы экспертом установлено с 11 января по ДД.ММ.ГГГГ под отчет ФИО27 выдано 40 493 368 рублей 77 копеек. Согласно показаний эксперта ФИО956 общая сумма денежных средств, поступившая в кассу организации с ДД.ММ.ГГГГ по ДД.ММ.ГГГГ 152 183 906 рублей 66 копеек, общая сумма, поступившая по договорам долевого строительства в указанный период составила 65 378 741 рубль 44 копейки, разница с с суммой задолженности составляет 6,06 раза в относительной величине. Таким образом, ФИО27 имел реальную возможность за счет средств организации своевременно погашать задолженность и надлежащим образом исполнять решения судов. Ему и без реализации имущества хватало денежных средств, что подтверждается заключением экспертизы, показаниями эксперта ФИО25 так как организация имела достаточные денежные средства, неоднократно превышающие сумму задолженности. Кроме того, имеющиеся кредиты организации были погашены своевременно, задолженности у организации не имеется. Заключение эксперта отвечает требованиям ст. 204 УПК РФ , является полными, мотивированным, обоснованным, выполнено экспертом с достаточно большим стажем работы в экспертной области, в связи, с чем сомнений не вызывает. Проведено по предоставленным эксперту документам. Отсутствие кассы за 2014-2015 год не влияет на правильность выводов эксперта, поскольку не представлена подсудимым, в ходе обыска в офисе не находилась в связи с чем и не была изъята. К доводам ФИО27 о том, что ему неизвестно, где находится касса за 2014-2015 год, суд относится критически и расценивает, как способ защиты. Суд считает, что действия ФИО27 следует квалифицировать (по преступлению с ФИО90) по ст. 315 УК РФ - злостное неисполнение служащим коммерческой организации вступившего в законную силу решения суда. Судом установлено, что ФИО27, заведомо зная о своей обязанности по исполнению вступившего в законную силу решения Вологодского городского суда от 16.10.2015 в период с ДД.ММ.ГГГГ по ДД.ММ.ГГГГ злостно уклонялся от исполнения. Согласно показаний свидетеля ФИО90, были установлены дефекты в его квартире, связанные с намоканием стены, которые не устранены до настоящего времени. Решение суда не исполнено. Со своей стороны он все действия выполнил, предоставил телефон собственника квартиры на одиннадцатом этаже. Данные обстоятельства полностью подтверждаются показаниями судебного пристава- исполнителя ФИО24. Свидетель защиты ФИО91 суду пояснил, что не смогли исполнить решение суда, поскольку не был обеспечен доступ в квартиру другого собственника. Суд критически относится к показаниям свидетеля ФИО91, поскольку обязанность по устранению намокания стен и все связанные с этим действия решением суда возлагались на организацию, а не на ФИО90. Доводы защиты о невозможности исполнения решения из - за отсутствии допуска в другую квартиру суд считает необоснованными, так как на руководителя организации возлагается контроль за исполнением судебного решения, именно ФИО27 мер по его исполнению не принял. Действия ФИО27 следует квалифицировать по ст. 177 УК РФ - злостное уклонение руководителя организации от погашения кредиторской задолженности в крупном размере после вступления в законную силу соответствующего судебного акта. Судом установлено, что ФИО27 в период с ДД.ММ.ГГГГ по ДД.ММ.ГГГГ умышленно, злостно уклонялся от обязанности погашения кредиторской задолженности, по решению Арбитражного суда Вологодской области от 14 июня 2016 года в размере 3 376 646 рублей 97 копеек и по определению Арбитражного суда Вологодской области от 01.07.2015 года в размере 4 383 129 рублей 81 копейка в крупном размере в пользу ФИО957 В судебном заседании представитель потерпевшего ФИО93 пояснила о наличии задолженности по двум судебным решениям, оплаты со стороны ООО ФИО1 не производилось. В судебном заседании, допрошенные в качестве свидетелей судебные приставы ФИО100 и ФИО22 подтвердили наличие длительного не исполнения судебных решений. Согласно примечанию к ст. 170.2 УК РФ в ст. 177 УК РФ задолженность в крупном размере признается задолженность в сумме, превышающей два миллиона двести пятьдесят тысяч рублей. В соответствии с заключением судебно финансово – экономической экспертизы, и показаниями эксперта ФИО25 организация располагала достаточными денежными средствами для погашения задолженности. Доводы защиты о том, что судебными приставами своевременно не налагался арест на имущество организации, и не принималось мер к его реализации, суд считает необоснованными, поскольку судебными решениями не обращено взыскание на имущество должника. ФИО27 имел в наличии денежные средства, которые в указанный период, после вступления решений в законную силу, направлял на цели, не связанные с погашением кредиторской задолженности, распоряжаясь указанными средствами по своему усмотрению. Согласно исследованным судом постановлениям судебных приставов -исполнителей о возбуждении исполнительных производств, с которыми надлежащим образом ознакомлен должник, что не отрицалось ФИО27 в судебном заседании, в них содержатся письменные предупреждения о возможности применения мер уголовной репрессии за злостное неисполнение актов судебной власти. Сам факт возбуждения исполнительного производства, является, предупреждением в адрес должника, за неисполнение или воспрепятствование исполнению которого предусмотрена уголовная ответственность по ст. и ст. 177 УК РФ . К показаниям ФИО27, отрицающего причастность к совершению преступлений, суд относится критически, поскольку его вина в совершении преступлений, полностью подтверждается совокупностью исследованных доказательств, которые получены с соблюдением требований уголовно – процессуального закона и согласуются между собой по фактическим обстоятельствам, не содержат существенных противоречий, являются достоверными и допустимыми. Доводы защиты и ФИО27 о вынесении оправдательного приговора являются несостоятельными, поскольку полностью опровергаются совокупностью исследованных в ходе судебного следствия доказательств. При назначении наказания ФИО27 суд учитывает характер и степень общественной опасности совершенных преступлений, которые относятся к категории небольшой тяжести, данные о личности подсудимого, который по месту жительства характеризуется удовлетворительно (т.2 л.д. 137), на учетах &lt;данные изъяты&gt; не состоит ( т.2, л.д. 134,135) к административной ответственности не привлекался ( т.2 л.д. 129-132), не судим ( т.2 л.д. 129-132). В качестве обстоятельств, смягчающих наказание ФИО27 суд учитывает частичное признание вины, совершение преступлений впервые, состояние здоровья, состояние здоровья супруги. Обстоятельств, отягчающих наказание, судом не установлено. Учитывая вышеизложенное данные о личности подсудимого, суд считает возможным назначить наказание ФИО27 в виде обязательных работ. На основании изложенного и руководствуясь ст. 307,308,309 Уголовно-процессуального кодекса Российской Федерации, суд ПРИГОВОРИЛ: признать виновным ФИО27, в совершении двух преступлений, предусмотренных 315 УК РФ, одного преступления, предусмотренного ст. 177 УК РФ и назначить ему наказание: - по ст. 315 УК РФ в виде обязательных работ на срок 200 (двести) часов - по ст. 315 УК РФ (по преступлению в отношении ФИО90) в виде обязательных работ на срок 120 (сто двадцать) часов - по ст. 177 УК РФ в виде обязательных работ на срок 150 (сто пятьдесят) часов На основании ч.2 ст. 69 УК РФ по совокупности преступлений, путем частичного сложения назначенных наказаний окончательно назначить ФИО27 наказание в виде обязательных работ на срок 280 (двести восемьдесят) часов. Меру пресечения ФИО27 на апелляционный период не избирать. Вещественные доказательства: - бухгалтерская документация ООО ФИО1: папка № на 90 л., папка № на 313 л., папка № на 378 л., папка № на 374 л., папка № на 379 л., папка № на 367 л., папка № на 168 л., папка № на 5 л.- хранить при материалах уголовного дела; журнал кассира-операциониста ООО ФИО1 &lt;адрес&gt; офис, №; выписки о движении денежных средств по расчетным счетам ООО ФИО1: № в ФИО125, №, в АО ФИО126, №, в ФИО125 – хранить при материалах уголовного дела; - материалы сводного исполнительного производства №-СД – оставить в распоряжении пристава-исполнителя ОСП по &lt;адрес&gt; № ФИО18; - синяя папка на 92 листах, копии материалов исполнительного производства – хранить при материалах уголовного дела; - предупреждения директора ООО ФИО1 ФИО27 по ст.177 в количестве 4 штук, по 315 УК РФ в количестве 108 штук, в количестве 3 штук и в количестве 2 штук - вернуть в ОСП № по &lt;адрес&gt;; - исполнительное производство №-ИП – оставить в распоряжении судебного пристава-исполнителя ОСП № по &lt;адрес&gt; ФИО24; - исполнительные производства №№-ИП и №-ИП - оставить в распоряжении судебного пристава-исполнителя &lt;данные изъяты&gt; ФИО23; - СD-R диск, предоставленный по запросу ФИО125) - хранить при материалах уголовного дела.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Подлинный документ вшит в дело № 1-16 /2018 Вологодского городского суда Вологодской области Секретарь Белых Н.В. «КОПИЯ ВЕРНА»Подпись судьи:________________Абдалова Н.К.Секретарь:_________________________ Белых Н.В. (Инициалы, фамилия)«___» _____________ 2018 г. Суд: Вологодский городской суд (Вологодская область) (подробнее) Судьи дела: Абдалова Надира Кенгесовна (судья) (подробнее) Последние документы по делу: Постановление от 1 сентября 2019 г. по делу № 1-16/2018 Приговор от 13 ноября 2018 г. по делу № 1-16/2018 Приговор от 7 октября 2018 г. по делу № 1-16/2018 Приговор от 27 июня 2018 г. по делу № 1-16/2018 Постановление от 10 мая 2018 г. по делу № 1-16/2018 Приговор от 25 февраля 2018 г. по делу № 1-16/2018 Постановление от 14 февраля 2018 г. по делу № 1-16/2018 Приговор от 12 февраля 2018 г. по делу № 1-16/2018 Показать все документы по этому делу Судебная практика по: Приговор, неисполнение приговора Судебная практика по применению нормы ст. 315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