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 по обвинению в совершении преступления, предусмотренного п. «в» ч. 2 ст. 158 УК РФ –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ФИО1 - подписку о невыезде и надлежащем поведении отменить, после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смартфон «Sony Xperia XA 1 DS», карту памяти марки «GERFFINS» объемом 32 гб., кожаную чехол-книжку, переданные ФИО2, оставить у последнего; светокопию товарного чека на приобретение «Sony Xperia XA 1 DS» от 19 августа 2017 года и светокопию предложения №Б-1479382 от 19 августа 2017 года, хранящиеся в материалах уголовного дела - оставить в деле. Постановление может быть обжаловано в апелляционном порядке в Красноярский краевой суд в течение 10 суток через Минусинский городской суд. Председательствующий: Молочная Л.Г. Суд: Минусинский городской суд (Красноярский край) (подробнее) Судьи дела: Молочная Лариса Геннадьевна (судья) (подробнее) Последние документы по делу: Приговор от 27 января 2019 г. по делу № 1-114/2018 Приговор от 23 января 2019 г. по делу № 1-114/2018 Постановление от 27 ноября 2018 г. по делу № 1-114/2018 Приговор от 26 ноября 2018 г. по делу № 1-114/2018 Приговор от 7 ноября 2018 г. по делу № 1-114/2018 Приговор от 25 сентября 2018 г. по делу № 1-114/2018 Постановление от 17 сентября 2018 г. по делу № 1-114/2018 Приговор от 2 сентября 2018 г. по делу № 1-114/2018 Постановление от 18 июля 2018 г. по делу № 1-114/2018 Приговор от 25 июня 2018 г. по делу № 1-114/2018 Приговор от 12 июня 2018 г. по делу № 1-114/2018 Приговор от 3 мая 2018 г. по делу № 1-114/2018 Приговор от 19 февраля 2018 г. по делу № 1-114/2018 Постановление от 12 февраля 2018 г. по делу № 1-114/2018 Постановление от 5 февраля 2018 г. по делу № 1-114/2018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