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 сентября 2015 года мировым судьей судебного участка Кош-Агачского района Республики Алтай по ч.1 ст. 119 УК РФ к 1 году 1 месяцу лишения свободы, на основании ст. 73 УК РФ условно с испытательным сроком 2 года, наказание отбыто 22 октября 2017 года, с мерой пресечения в виде подписки о невыезде и надлежащем поведении, обвиняемого в совершении преступления, предусмотренного ч. 1 ст. 318 УК РФ , УСТАНОВИЛ: ФИО1 применил насилие, не опасное для жизни и здоровья, в отношении представителя власти в связи с исполнением им своих должностных обязанностей, при следующих обстоятельствах. Приказом начальника Пограничного управления ФСБ России по &lt;адрес&gt; № - ЛС от ДД.ММ.ГГГГ ФИО назначен на должность оперуполномоченного отделения (погз) в &lt;адрес&gt; отдела (погк) в &lt;адрес&gt; Пограничного управления ФСБ России по &lt;адрес&gt; (далее по тексту оперуполномоченный). Таким образом, ФИО с ДД.ММ.ГГГГ по настоящее время является должностным лицом правоохранительного органа - Федеральной службы безопасности, наделенным в установленном законом порядке распорядительными полномочиями в отношении лиц, не находящихся от него в служебной зависимости. 25.08.2017 около 22 часов ФИО, являясь должностным лицом правоохранительного органа, исполняя на основании устного приказа начальника отделения (погз) в &lt;адрес&gt; отдела (погк) в &lt;адрес&gt; Пограничного управления ФСБ России по &lt;адрес&gt; свои должностные обязанности по проведению мероприятий по соблюдению правил пограничного режима в пограничной зоне, предусмотренные п.п. 3.2.1 и 3.2.2. должностного регламента оперуполномоченного отделения (погз) в &lt;адрес&gt; отдела (погк) в &lt;адрес&gt; Пограничного управления ФСБ России по &lt;адрес&gt;, в соответствии с которыми он отвечает за осуществление оперативно-розыскной деятельности на участке оперативного обеспечения; состояние работы по направлениям деятельности; сбор, обработку, анализ, обобщение, учет и реализацию оперативных данных об обстановке на участке отделения (погз) в &lt;адрес&gt;, одетый в форменную одежду сотрудника пограничной службы ФСБ России, на служебном автомобиле пограничной службы ФСБ России, проезжая участок автомобильной дороги, расположенный на 18 км. + 800 м. автомобильной дороги общего пользования регионального значения Республики Алтай «Кош-Агач - Беляши» по направлению от с. Беляши в сторону с. Кош-Агач Кош-Агачского района Республики Алтай, увидел грузовой автомобиль, препятствующий съезду к месту несения службы, рядом с которым находились неизвестные ему лица, после чего ФИО было принято решение остановить служебный автомобиль для проверки документов, удостоверяющих личность лиц, находившихся около грузового автомобиля. 25.08.2017 около 22 часов, непосредственно после применения насилия в отношении ФИО лицом, в отношении которого уголовное дело выделено в отдельное производство, у ФИО1, обязанного в соответствии со ст. Закона РФ от 01.04.1993 № 4730-1 «О государственной границе Российской Федерации», а также п.п. 1.2.1.2 п. 1.2 Приказа ФСБ России № 515 от 15.10.2012 г. «Об утверждении правил пограничного режима» передвигаться в пограничной зоне по документам, удостоверяющим личность, находящегося в состоянии алкогольного опьянения, на участке автомобильной дороги, расположенном на 18 км. + 800 м. автомобильной дороги общего пользования регионального значения Республики Алтай «Кош-Агач - Беляши» по направлению от с. Беляши в сторону с. Кош-Агач Кош-Агачского района Республики Алтай, из неприязни за исполнение оперуполномоченным ФИО своих должностных обязанностей по проведению мероприятий по соблюдению правил пограничного режима в пограничной зоне, выраженном в законном требовании оперуполномоченного ФИО о предъявлении ФИО1 документа, удостоверяющего личность, а также с целью воспрепятствовать законной деятельности представителя власти, возник преступный умысел на применение насилия в отношении оперуполномоченного ФИО в связи с исполнением им своих должностных обязанностей. Реализуя свой преступный умысел, направленный на применение насилия, не опасного для жизни или здоровья, в отношении оперуполномоченного ФИО в связи с исполнением последним своих должностных обязанностей, 25.08.2017 около 22 часов ФИО1, умышленно, находясь в состоянии алкогольного опьянения, заведомо зная, что оперуполномоченный ФИО является представителем власти и находится при исполнении своих служебных обязанностей, из неприязни к сотруднику правоохранительного органа ФИО за его законную деятельность по проведению мероприятий по соблюдению правил пограничного режима в пограничной зоне, а также с целью воспрепятствовать законной деятельности представителя власти, осознавая общественную опасность своих действий, предвидя неизбежность наступления общественно опасных последствий в виде применения насилия в отношении представителя власти, и желая их наступления, находясь в то же время и в том же месте, применяя физическое насилие, не опасное для жизни или здоровья, со значительной силой умышленно нанес 1 удар кулаком правой руки, а затем 1 удар кулаком левой руки в область груди оперуполномоченного ФИО в связи с исполнением им своих должностных обязанностей, от чего последний испытал физическую боль. ФИО1 как в ходе предварительного следствия, так и в судебном заседании вину в предъявленном ему обвинении признал в полном объеме и заявил ходатайство о рассмотрении уголовного дела в отношении него в порядке особого производства, пояснив, что данное ходатайство заявлено им добровольно и после консультации с защитником, правовые последствия постановления приговора без проведения судебного разбирательства ему разъяснены и понятны. В судебном заседании установлено, что условия постановления приговора в порядке особого судебного разбирательства по данному уголовному делу соблюдены, ходатайство подсудимого заявлено по собственному волеизъявлению, он понимает существо предъявленного ему обвинения и соглашается с ним в полном объеме, добровольно и в присутствии защитника поддержал ходатайство об особом порядке рассмотрения дела, осознает характер и последствия заявленного им ходатайства. Потерпевший ФИО в судебное заседание не явился, о его месте и времени уведомлен надлежащим образом, не возражал против особого порядка судебного разбирательства, о чем представил письменное заявление. С учетом позиции стороны защиты, государственного обвинителя, не возражающих против постановления приговора без проведения судебного разбирательства, суд признает обвинение, с которым согласился подсудимый ФИО1., обоснованным, объективно и полностью подтверждающимся собранными по уголовному делу доказательствами, в связи с чем, суд постановляет обвинительный приговор без проведения судебного разбирательства. Действия подсудимого ФИО1 суд квалифицирует по ч.1 ст. 318 УК РФ , как применение насилия, не опасного для жизни и здоровья, в отношении представителя власти в связи с исполнением им своих должностных обязанностей. Сомнений во вменяемости подсудимого у суда не возникло, с учетом материалов дела, касающихся личности ФИО1, обстоятельств совершения им преступления, его поведения в судебном заседании, суд признает его вменяемым и подлежащим уголовной ответственности. При назначении ФИО1 вида и размера наказания, суд учитывает характер и степень общественной опасности совершённого преступления, данные о личности подсудимого, его состояние здоровья, обстоятельства, смягчающие и отягчающие наказание, влияние назначенного наказания на исправление осужденного и на условия жизни его семьи. Подсудимый ФИО1 по месту жительства главой сельской администрации Джазаторского сельского поселения характеризуется посредственно, участковым уполномоченным полиции Отделения МВД России по Кош-Агачскому району характеризуется отрицательно: злоупотребляет спиртными напитками, неоднократно привлекался к уголовной ответственности, скрытный, грубый, агрессивный. На учете у врачей нарколога, психиатра, фтизиатра подсудимый не состоит. Обстоятельствами, смягчающими наказание ФИО1, суд в соответствии с п. «г» ч. 1 ст. 61 УК РФ признаёт наличие двоих малолетних детей; п. «и» ч. 1 ст. 61 УК РФ явку с повинной, активное способствование раскрытию и расследованию преступления. Полное признание ФИО1 своей вины и раскаяние в содеянном суд полагает возможным признать в качестве иных смягчающих наказание обстоятельств. Обстоятельством, отягчающим наказание ФИО1, суд в соответствии с п. 1.1 ст. 63 УК РФ признаёт совершение преступления в состоянии опьянения, поскольку данный факт подтверждается показаниями самого подсудимого не отрицающего, что в момент совершения преступления он находился в состоянии опьянения. В связи с наличием в действиях ФИО1 обстоятельства, отягчающего наказание, суд не усматривает оснований для применения положений ч. 6 ст. 15 УК РФ и изменения категории преступления на менее тяжкую, а также оснований для применения ч. 1 ст. 62 УК РФ . Данное уголовное дело рассмотрено судом в особом порядке, в связи с чем, наказание подсудимому должно быть назначено по правилам ч. 5 ст. 62 УК РФ . Определяя вид и размер наказания, суд принял во внимание характер и степень общественной опасности содеянного, личность подсудимого, который совершил преступление, относящееся к категории средней тяжести, направленное против порядка управления, в период испытательного срока по приговору мирового судьи судебного участка Кош-Агачского района Республики Алтай от 22.09.2015, по которому он осуждён за совершённое умышленное преступление небольшой тяжести, что свидетельствует о его склонности к противоправному поведению, а также учитывает влияние назначенного наказания на его исправление и условия его жизни. С учётом личности подсудимого, обстоятельств совершения преступления, обстоятельств смягчающих и отягчающих наказание, в целях восстановления социальной справедливости, а также в целях исправления подсудимого и предупреждения совершения им новых преступлений, суд считает назначить ФИО1 наказание в виде лишения свободы, не усматривая оснований для назначения более мягкого вида наказания, предусмотренного санкцией ч. 1 ст. 318 УК РФ , с применением положений ст. 73 УК РФ , поскольку полагает, что его исправление возможно без изоляции от общества, в условиях контроля за его поведением со стороны компетентных органов. При этом, судом не установлено исключительных обстоятельств, связанных с целями и мотивами преступления, поведением подсудимого во время и после совершения преступления и других обстоятельств, существенно уменьшающих степень его общественной опасности, для применения ст. 64 УК РФ . В судебном заседании установлено, что ФИО1 совершил преступление средней тяжести в период условного осуждения по приговору мирового судьи судебного участка Кош-Агачского района Республики Алтай от 22 сентября 2015 года по ч. 1 ст. 119 УК РФ . С учетом характера и степени общественной опасности совершенного подсудимым ФИО1 преступления, нахождение на иждивении двоих несовершеннолетних детей, характеристик, совокупности смягчающих наказание обстоятельств, поведение подсудимого во время следствия и суда, суд находит возможным, руководствуясь положениями ч. 4 ст. УК РФ, сохранить условное осуждение по приговору мирового судьи судебного участка Кош-Агачского района Республики Алтай от 22.09.2015. Меру пресечения ФИО1 до вступления в законную силу оставить в виде подписки о невыезде и надлежащем поведении, после вступления приговора в законную силу отменить. Гражданский иск по делу не заявлен. Поскольку уголовное дело рассмотрено в особом порядке, суд в соответствии с ч. 10 ст. 316 УПК РФ освобождает ФИО1 от взыскания процессуальных издержек, связанных с оплатой услуг адвоката. На основании изложенного, руководствуясь ст. 316 УПК РФ , суд ПРИГОВОРИЛ: Признать Мейрманова Алпысбека Анусовичавиновным в совершении преступления, предусмотренного ч.1 ст. 318 УК РФ ,и назначить ему наказание в виде трех лет лишения свободы. На основании ст. 73 УК РФ наказание в виде лишения свободы ФИО1 считать условным с испытательным сроком три года. Обязать ФИО1 в период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осужденных, являться в этот орган для регистрации в дни, установленные этим органом. Меру пресечения, избранную в отношении ФИО1 - подписку о невыезде и надлежащем поведении, отменить по вступлению приговора в законную силу. Приговор мирового судьи судебного участка Кош-Агачского района Республики Алтай от 22 сентября 2015 года в отношении ФИО1 исполнять самостоятельно. На основании ч. 10 ст. 316 УПК РФ освободить осужденного ФИО1 от уплаты процессуальных издержек. Приговор может быть обжалован в апелляционном порядке в Судебную коллегию по уголовным делам Верховного Суда Республики Алтай в течение десяти суток со дня его провозглашения,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А.А. Ватутина Суд: Кош-Агачский районный суд (Республика Алтай) (подробнее) Судьи дела: Ватутина Анастасия Анатольевна (судья) (подробнее) Последние документы по делу: Приговор от 15 февраля 2018 г. по делу № 1-10/2018 Приговор от 13 февраля 2018 г. по делу № 1-10/2018 Приговор от 12 февраля 2018 г. по делу № 1-10/2018 Приговор от 6 февраля 2018 г. по делу № 1-10/2018 Приговор от 5 февраля 2018 г. по делу № 1-10/2018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