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отказывается от исковых требований к администрации сельского поселения «Комсомольск-на-Печоре» произвести ремонт многоквартирного жилого дома, расположенного по адресу &lt;Адрес обезличен&gt;, а именно: ремонт кровли, ремонт печных труб, усиление и ремонт фундамента по периметру здания, частичная смена венцов и ремонт стен дома, ремонт выгребных ям, замена канализационного стояка в квартире &lt;Номер обезличен&gt;;</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администрация сельского поселения «Комсомольск-на-Печоре» обязуется произвести ремонтные работы в многоквартирном жилом доме, расположенном по адресу &lt;Адрес обезличен&gt;, в следующие сроки: - 2012 год: частичная смена венцов и ремонт стен дома; ремонт печных труб; - 2013 год: ремонт кровли 9замена шиферного покрытия на профнастил); - 2014 год: усиление и ремонт фундамента по периметру здания; ремонт выгребных ям. Производство по делу прекращено. В связи с неисполнением условий мирового соглашения, &lt;Дата обезличена&gt; ФИО1 обратилась в Троицко-Печорский районный суд Республики Коми с заявлением о выдаче исполнительного листа. Определением Троицко-Печорского районного суда Республики Коми от &lt;Дата обезличена&gt;, с учетом определения Троицко-Печорского районного суда Республики Коми от &lt;Дата обезличена&gt; об исправлении описки, заявление ФИО1 удовлетворено. &lt;Дата обезличена&gt; исполнительный лист направлен в адрес взыскателя ФИО1 &lt;Дата обезличена&gt; исполнительный лист предъявлен ФИО1 в службу судебных приставов ОСП по Троицко-Печорскому району УФССП по Республике Коми. &lt;Дата обезличена&gt; судебным приставом-исполнителем ОСП по Троицко-Печорскому району УФССП России по Республике Коми Л.. возбуждено исполнительное производство &lt;Номер обезличен&gt; в отношении администрации сельского поселения «Комсомольск-на-Печоре», установлен пятидневный срок для добровольного исполнения решения суда, с момента получения копии постановления. Копия указанного постановления поступила в администрацию сельского поселения «Комсомольск-на-Печоре» &lt;Дата обезличена&gt;. &lt;Дата обезличена&gt; администрация сельского поселения «Комсомольск-на-Печоре» обратилась в Троицко-Печорский районный суд Республики Коми с заявлением о пересмотре определения суда об утверждении мирового соглашения от &lt;Дата обезличена&gt; по делу &lt;Номер обезличен&gt; по вновь открывшимся обстоятельствам. Определением суда от &lt;Дата обезличена&gt; в удовлетворении заявления администрации сельского поселения «Комсомольск-на-Печоре» о пересмотре определения суда об утверждении мирового соглашения от &lt;Дата обезличена&gt; по вновь открывшимся обстоятельствам, отказано. &lt;Дата обезличена&gt; администрация сельского поселения «Комсомольск-на-Печоре» обратилась в Троицко - Печорский районный суд Республики Коми с заявлением о прекращении исполнительного производства &lt;Номер обезличен&gt;. Определением суда от &lt;Дата обезличена&gt; заявление администрации сельского поселения «Комсомольск-на-Печоре» о прекращении исполнительного производства &lt;Номер обезличен&gt; оставлено без удовлетворения. Апелляционным определением судебной коллегии по гражданским делам Верховного Суда Республики Коми от &lt;Дата обезличена&gt; определение Троицко-Печорского районного суда Республики Коми от &lt;Дата обезличена&gt; оставлено без изменения, частная жалоба администрации сельского поселения «Комсомольск-на-Печоре» - без удовлетворения. &lt;Дата обезличена&gt; администрация сельского поселения «Комсомольск-на-Печоре» обратилась в Троицко-Печорский районный суд Республики Коми с заявлением о приостановлении исполнительного производства &lt;Номер обезличен&gt;. Определением Троицко-Печорского районного суда Республики Коми от &lt;Дата обезличена&gt; заявление администрации сельского поселения «Комсомольск-на-Печоре» о приостановлении исполнительного производства &lt;Номер обезличен&gt; оставлено без удовлетворения. Апелляционным определением судебной коллегии по гражданским делам Верховного Суда Республики Коми от &lt;Дата обезличена&gt; определение Троицко-Печорского районного суда Республики Коми от &lt;Дата обезличена&gt; оставлено без изменения, частная жалоба администрации сельского поселения «Комсомольск-на-Печоре» - без удовлетворения. &lt;Дата обезличена&gt; администрация сельского поселения «Комсомольск-на-Печоре» обратилась в Троицко-Печорский районный суд Республики Коми с заявлением о приостановлении исполнительного производства &lt;Номер обезличен&gt;. Определением Троицко-Печорского районного суда Республики Коми от &lt;Дата обезличена&gt; производство по заявлению администрации сельского поселения «Комсомольск-на-Печоре» о приостановлении исполнительного производства &lt;Номер обезличен&gt; прекращено в связи с отказом заявителя от заявленных требований. &lt;Дата обезличена&gt; администрация сельского поселения «Комсомольск-на-Печоре» обратилась в Троицко-Печорский районный суд Республики Коми с заявлением об отсрочке исполнения определения суда от &lt;Дата обезличена&gt;. Определением Троицко-Печорского районного суда Республики Коми от &lt;Дата обезличена&gt; заявление главы администрации сельского поселения «Комсомольск-на-Печоре» Г. о предоставлении отсрочки удовлетворено. Администрации сельского поселения «Комсомольск-на-Печоре» предоставлена отсрочка исполнения определения Троицко-Печорского районного суда Республики Коми от &lt;Дата обезличена&gt; в рамках исполнительного производства &lt;Номер обезличен&gt; до полного расселения жильцов многоквартирного дома, расположенного по адресу: &lt;Адрес обезличен&gt; и его сноса. Апелляционным определением судебной коллегии по гражданским делам Верховного Суда Республики Коми от &lt;Дата обезличена&gt; определение Троицко-Печорского районного суда Республики Коми от &lt;Дата обезличена&gt; отменено, вынесено новое, которым в удовлетворении заявления о предоставлении отсрочки исполнения определения суда отказано. В рамках исполнения решения суда судебным приставом-исполнителем главе администрации сельского поселения «Комсомольск-на-Печоре» неоднократно вручалось предупреждение об уголовной ответственности по статье Уголовного кодекса РФ, требования об исполнении решения суда в установленный срок; с должника взыскан исполнительский сбор. За неисполнение требований об исполнении решения суда в установленный срок, должник неоднократно привлечен к административной ответственности по статье 17.15 Кодекса РФ об административных правонарушениях. На момент рассмотрения настоящего дела в суде определение Троицко-Печорского районного суда Республики Коми от &lt;Дата обезличена&gt; не исполнено, исполнительное производство не прекращено и не окончено. Анализируя соблюдение установленных законодательством Российской Федерации сроков исполнения определения Троицко - Печорского районного суда Республики Коми от &lt;Дата обезличена&gt;, суд приходит к следующим выводам. Федеральным законодателем с 01.01.2017 предусмотрено право взыскателей на обращение в суд с заявлением о присуждении компенсации за неисполнение в разумный срок судебного акта, возлагающего на федеральные органы государственной власти,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должностных лиц, государственных и муниципальных служащих обязанность исполнить иные требования имущественного характера и (или) требования неимущественного характера. Юридически значимым для рассмотрения данной категории споров является период с даты поступления исполнительного листа в орган, на который возложена обязанность по исполнению судебного акта до момента окончания производства по исполнению судебного акта. Доводы представителя администрации сельского поселения «Комсомольск-на-Печоре» о проведении ремонта дома в 2013 году, чинимыми административным истцом препятствиями к исполнению судебного постановления суд признает несостоятельными, поскольку допустимыми и достоверными доказательствами не подтверждены. Общий срок исполнения судебного акта с даты поступления исполнительного листа в службу судебных приставов до рассмотрения данного дела составил 4 года 08 месяцев 11 дней. При этом в соответствии с частью 1 статьи 36 Федерального закона от 02.10.2007 № 229-ФЗ «Об исполнительном производстве» содержащиеся в исполнительном документе требования должны быть исполнены судебным приставом-исполнителем в двухмесячный срок со дня возбуждения исполнительного производства, за исключением требований, предусмотренных частями 2-6.1 настоящей статьи. Отсюда следует, что срок исполнения судебного акта, превышающий срок исполнения требований исполнительного документа, установленный законом, составляет 4 года 06 месяцев 11 дней и не может быть признан разумным. Согласно части 2 статьи 1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компенсация за нарушение права на судопроизводство в разумный срок или права на исполнение судебного акта в разумный срок присуждается в случае, если такое нарушение имело место по причинам, не зависящим от лица, обратившегося с заявлением о присуждении компенсации, за исключением чрезвычайных и непредотвратимых при данных условиях обстоятельств (непреодолимой силы). В соответствии с частью 3 статьи Кодекса административного судопроизводства Российской Федерации при рассмотрении административного искового заявления о присуждении компенсации суд устанавливает факт нарушения права административного истца на судопроизводство в разумный срок или права на исполнение судебного акта в разумный срок исходя из доводов, изложенных в административном исковом заявлении, содержания принятых по делу судебных актов, из материалов дела и с учетом следующих обстоятельств: правовая и фактическая сложность дела; поведение административного истца и иных участников судебного процесса; достаточность и эффективность действий суда или судьи, осуществляемых в целях своевременного рассмотрения дела; достаточность и эффективность осуществляемых в целях своевременного исполнения судебного акта действий органов, организаций или должностных лиц, на которых возложены обязанности по исполнению судебных актов; общая продолжительность судебного разбирательства по делу и неисполнения судебного акта. Как разъяснено в пункте 46 Постановления Пленума Верховного Суда РФ от 29.03.2016 № 11 «О некоторых вопросах, возникающих при рассмотрении дел о присуждении компенсации за нарушение права на судопроизводство в разумный срок или права на исполнение судебного акта в разумный срок» действия органов, организаций или должностных лиц, на которых возложены обязанности по исполнению судебного акта, признаются достаточными и эффективными, если они производятся в целях своевременного исполнения такого акта. Согласно части 3 статьи 1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присуждение компенсации за нарушение права на судопроизводство в разумный срок или права на исполнение судебного акта в разумный срок не зависит от наличия либо отсутствия вины суда, органов уголовного преследования, органов, на которые возложены обязанности по исполнению судебных актов, иных государственных органов, органов местного самоуправления и их должностных лиц. Принимая во внимание, что определение Троицко-Печорского районного суда Республики Коми от &lt;Дата обезличена&gt; не исполнено более четырех лет, суд приходит к выводу, что действия должника, осуществляемые в целях исполнения решения суда, не были достаточными и эффективными, что привело к нарушению права ФИО1 на исполнение судебного постановления в разумный срок. Таким образом, требование ФИО1 о присуждении компенсации за нарушение права на исполнение судебного решения в разумный срок основано на законе. В силу части 2 статьи 2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размер компенсации за нарушение права на судопроизводство в разумный срок или права на исполнение судебного акта в разумный срок определяется судом, арбитражным судом исходя из требований заявителя, обстоятельств дела, по которому было допущено нарушение, продолжительности нарушения и значимости его последствий для заявителя, а также с учетом принципов разумности, справедливости и практики Европейского Суда по правам человека. Учитывая положения данной нормы, суд отмечает, что действия административного истца фактически были направлены на реализацию своего конституционного права на жилище, и, безусловно, являются для нее значимыми. Администрация сельского поселения «Комсомольск-на-Печоре» была осведомлена о вынесенном судебном постановлении о возложении на нее обязанности по проведению ремонтных работ в рамках заключенного &lt;Дата обезличена&gt; между ФИО1 и администрацией сельского поселения «Комсомольск-на-Печоре» мирового соглашения, после вступления его в законную силу с учетом положений действующего законодательства должна была обеспечить его исполнение в установленные законом сроки. В соответствии с частью 3 статьи 4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компенсация за нарушение права на исполнение судебного акта в разумный срок присуждается за счет средств федерального бюджета, бюджета субъекта Российской Федерации, местного бюджета, если такое нарушение было допущено органом или организацией, финансируемыми за счет средств соответствующего бюджета, либо должностным лицом этого органа или этой организации. Поскольку определением суда обязанность по проведению ремонтных работ в рамках заключенного &lt;Дата обезличена&gt; между ФИО1 и администрацией сельского поселения «Комсомольск-на-Печоре» мирового соглашения возложена на администрацию сельского поселения «Комсомольск-на-Печоре», и последняя обязана предпринять все необходимые меры для своевременного исполнения этой обязанности, суд приходит к выводу, что нарушение прав административного истца на исполнение решения суда в разумные сроки допущено администрацией сельского поселения «Комсомольск-на-Печоре». Согласно пункту 3 части 2 статьи 5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исполнение в разумный срок судебного акта, предусматривающего обращение взыскания на средства бюджета субъекта Российской Федерации или местного бюджета, либо судебного акта, возлагающего на органы государственной власти субъектов Российской Федерации, органы местного самоуправления, иные органы и организации, наделенные отдельными государственными или иными публичными полномочиями субъекта Российской Федерации, органа местного самоуправления, должностных лиц, государственных служащих органов государственной власти субъектов Российской Федерации и муниципальных служащих обязанность исполнить иные требования имущественного характера и (или) требования неимущественного характера, исполняется соответствующим финансовым органом. Под финансовым органом, указанным в пункте 3 части 2 статьи 5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в соответствии со статьей Бюджетного кодекса Российской Федерации понимаются органы исполнительной власти субъектов Российской Федерации, осуществляющие составление и организацию исполнения бюджетов субъектов Российской Федерации (финансовые органы субъектов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муниципальных образований). В рамках рассматриваемого спора таковым органом является Финансовое управление администрации МР «Троицко-Печорский». Административный истец просит присудить ей компенсацию за нарушение права на исполнение судебного акта в разумный срок в размере 350000 рублей, однако данный размер суд находит завышенным и не отвечающим требованиям разумности и справедливости. При определении размера компенсации, подлежащей присуждению в пользу заявителя, суд, руководствуясь пунктом 2 статьи 2 Федерального закона от 30.04.2010 № 68-ФЗ «О компенсации за нарушение права на судопроизводство в разумный срок или права на исполнение судебного акта в разумный срок», учитывая обстоятельства, при которых было нарушено право ФИО1 на исполнение судебного акта в разумный срок, период задержки исполнения решения суда, значение для административного истца требований, с которыми она обратилась в суд, принимая во внимание то, что длительность исполнения обусловлено и признанием жилого дома аварийным и подлежащим сносу, обеспечением ФИО1 иным жилым помещением для проживания, а также принципов разумности, справедливости и практики Европейского Суда по правам человека, суд считает разумным и обоснованным удовлетворить административный иск в части и взыскать в пользу ФИО1 компенсацию за нарушение права на исполнение судебного акта в разумный срок в размере 30000 рублей, которая подлежит перечислению на банковский счет административного истца. В силу части 3 статьи Кодекса административного судопроизводства Российской Федерации решение суда по административному делу о присуждении компенсации подлежит немедленному исполнению в порядке, установленном бюджетным законодательством Российской Федерации. На основании изложенного, руководствуясь статьями - , Кодекса административного судопроизводства Российской Федерации, суд решил: заявление ФИО1 удовлетворить частично. Взыскать с муниципального образования сельского поселения «Комсомольск-на-Печоре» в лице Финансового управления администрации муниципального района «Троицко-Печорский» за счет средств местного бюджета муниципального образования сельского поселения «Комсомольск-на-Печоре» в пользу ФИО1 компенсацию за нарушение права на исполнение судебного акта в разумный срок в размере 30000 рублей, перечислив их на открытый, на имя ФИО1, счет ... Решение суда о присуждении компенсации подлежит немедленному исполнению. На решение может быть подана апелляционная жалоба в судебную коллегию по административным делам Верховного Суда Республики Коми в течение месяца со дня его принятия в окончательной форме. Решение принято в окончательной форме 19.02.2018. Председательствующий - Голиков А.А. Суд: Верховный Суд Республики Коми (Республика Коми) (подробнее) Ответчики: Администрация СП "Комсомольск- на- Печоре" (подробнее) Иные лица: ОСП по Троицко-Печорскому району (подробнее) УФССП России по РК (подробнее) Судьи дела: Голиков А.А. (судья) (подробнее) Судебная практика по: Приговор, неисполнение приговора Судебная практика по применению нормы ст. 315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