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в лице представителя по доверенности Степакова Е.В. к Администрации Сандатовского сельского поселения о признании принявшим наследство и признании права собственности на наследственное имущество,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принявшим наследство после смерти ФИО3, умершего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– ДД.ММ.ГГГГ года рождения, уроженцем &lt;адрес&gt;, право собственности на земельную долю, площадью 8,6 га, в праве общей долевой собственности на земельный участок площадью 16661109 кв.м., расположенный по адресу: &lt;адрес&gt;,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его в окончательной форме. Председательствующий М.В. Ткаченко Решение в окончательной форме изготовлено 16 февраля 2018г. Суд: Сальский городской суд (Ростовская область) (подробнее) Ответчики: Администрация Сандатовского сельского поселения Ростовской области (подробнее) Судьи дела: Ткаченко М.В. (судья) (подробнее) Последние документы по делу: Решение от 8 июля 2018 г. по делу № 2-247/2018 Решение от 4 июля 2018 г. по делу № 2-247/2018 Решение от 21 июня 2018 г. по делу № 2-247/2018 Решение от 16 мая 2018 г. по делу № 2-247/2018 Решение от 13 мая 2018 г. по делу № 2-247/2018 Решение от 13 мая 2018 г. по делу № 2-247/2018 Решение от 10 мая 2018 г. по делу № 2-247/2018 Решение от 7 мая 2018 г. по делу № 2-247/2018 Решение от 3 мая 2018 г. по делу № 2-247/2018 Решение от 26 февраля 2018 г. по делу № 2-247/2018 Решение от 21 февраля 2018 г. по делу № 2-247/2018 Решение от 12 февраля 2018 г. по делу № 2-247/2018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