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ч.1 ст. 222.1 УК РФ , по ст.ст. 28 УПК РФ , 75 УК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- отменить по вступлению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Дальнереченскому межрайонному прокурору. Настоящее постановление может быть обжаловано в апелляционном порядке в Приморский краевой суд в течение 10 суток со дня провозглашения с подачей жалобы, представления через Дальнереченский районный суд.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судья О.В. Ляшко Суд: Дальнереченский районный суд (Приморский край) (подробнее) Судьи дела: Ляшко О.В. (судья) (подробнее) Последние документы по делу: Приговор от 13 ноября 2017 г. по делу № 1-145/2017 Приговор от 7 ноября 2017 г. по делу № 1-145/2017 Приговор от 1 ноября 2017 г. по делу № 1-145/2017 Приговор от 1 октября 2017 г. по делу № 1-145/2017 Приговор от 20 сентября 2017 г. по делу № 1-145/2017 Постановление от 14 августа 2017 г. по делу № 1-145/2017 Приговор от 30 июля 2017 г. по делу № 1-145/2017 Приговор от 9 июля 2017 г. по делу № 1-145/2017 Приговор от 27 июня 2017 г. по делу № 1-145/2017 Постановление от 24 мая 2017 г. по делу № 1-145/2017 Приговор от 29 марта 2017 г. по делу № 1-145/2017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