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области(УМВД России по городскому округу Подольск);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26 ноября 2017 г. по делу № 5-253/2017 Постановление от 28 сентября 2017 г. по делу № 5-253/2017 Постановление от 19 сентября 2017 г. по делу № 5-253/2017 Постановление от 15 августа 2017 г. по делу № 5-253/2017 Постановление от 2 июля 2017 г. по делу № 5-253/2017 Постановление от 6 июня 2017 г. по делу № 5-253/2017 Постановление от 31 мая 2017 г. по делу № 5-253/2017 Постановление от 29 мая 2017 г. по делу № 5-253/2017 Постановление от 11 мая 2017 г. по делу № 5-253/2017 Постановление от 4 мая 2017 г. по делу № 5-253/2017 Определение от 3 мая 2017 г. по делу № 5-253/2017 Постановление от 25 апреля 2017 г. по делу № 5-253/2017 Постановление от 18 апреля 2017 г. по делу № 5-253/2017 Постановление от 22 марта 2017 г. по делу № 5-253/2017 Постановление от 15 марта 2017 г. по делу № 5-253/2017 Постановление от 9 марта 2017 г. по делу № 5-253/2017 Постановление от 5 марта 2017 г. по делу № 5-253/2017 Постановление от 1 марта 2017 г. по делу № 5-253/2017 Постановление от 15 февраля 2017 г. по делу № 5-253/2017 Постановление от 9 февраля 2017 г. по делу № 5-253/2017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