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совершил незаконную рубку лесных насаждений, в особо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как руководителя организованной группы, знающего об отсутствии у него необходимого количества деловой древесины хвойных пород для сбыта и переработки, возник умысел на совершение незаконной рубки лесных насаждений. При этом лицо №1, как заместитель директора ООО «...» (&lt;....&gt;), осознавал, что преступная деятельность организованной группы будет замаскирована официальной деятельностью ООО «...», так как одним из видов деятельности Общества было предоставление услуг в области лесозаготовок. Лицо №1, являясь руководителем организованной группы, в нарушение требований ч.8 ст. , ч.4 ст. , ст. и ст. Лесного кодекса РФ и п.п.3-6, 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дало указание ФИО1, лицу №2 и лицу №3 выехать в лесной массив участка государственного лесного фонда в районе ..., где подыскать хвойные породы деревьев, которые по своим качественным характеристикам подходили для сбыта либо для переработки и последующего сбыта и совершить их незаконную рубку, а затем вывезти стволы незаконно срубленной древесины на пилораму в .... После чего, участники организованной группы ФИО1, лицо №2 и лицо №3, действуя совместно и согласованно,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в один из дней в период с ДАТА по ДАТА, на предоставленном им лицом №1 тракторе МТЗ-82 с государственным регистрационным знаком ... приехали в лесной массив государственного лесного фонда в квартал ..., где ФИО1 и лицо №3 выбрали деревья породы сосна и ель, которые по своим качественным характеристикам подходили для сбыта либо для переработки и последующего сбыта. После чего ФИО1, при помощи предоставленной ему лицом №1 бензопилы, выборочно совершил незаконную рубку 8 сырорастущих деревьев породы сосна и 11 сырорастущих деревьев породы ель, лицо №2, при помощи предоставленной ему лицом №1 бензопилы, обрезал со спиленных стволов верхушки и ветки. После подготовки спиленных стволов деревьев породы ель и сосна, лицо №2 привязывал при помощи троса незаконно спиленные стволы деревьев породы ель и сосна к трактору МТЗ-82, под управлением лица №3, который в дальнейшем складировал их. По окончании складирования, лицо №3 действуя совместно и согласованно с лицом №1, ФИО1 и лицом №2, в соответствии с отведенной ему ролью, приехал на предоставленном ему лицом №1 лесовозе на базе автомашины УРАЛ с гидроманипулятором и прицепом-роспуском в лесной массив к месту складирования, после чего вывез незаконно спиленные стволы деревьев породы сосна и ель на пилораму в .... В результате совместных преступных действий лица №1, ФИО1, лица №2 и лица №3 в квартале ... были незаконно вырублены 8 сырорастущих деревьев породы сосна общим объемом 11,50 кубических метра и 11 сырорастущих деревьев породы ель общим объемом 18,13 кубических метров, чем государственному лесному фонду причинен материальный ущерб на общую сумму 443850 рублей, что в соответствии с примечанием к статье 260 УК РФ является особо крупным размером.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совершил незаконную рубку лесных насаждений, в особо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как руководителя организованной группы, после переработки и сбыта древесины, ранее срубленной без разрешительных документов в квартале ..., и знающего об отсутствии у него необходимого количества деловой древесины хвойных пород для сбыта и переработки, вновь возник умысел на совершение незаконной рубки лесных насаждений. При этом Лицо №1, как заместитель директора ООО «...» (&lt;....&gt;), осознавало, что преступная деятельность организованной группы будет замаскирована официальной деятельностью ООО «...», так как одним из видов деятельности Общества было предоставление услуг в области лесозаготовок. Далее лицо №1, являясь руководителем организованной группы, в нарушение требований ч.8 ст. , ч.4 ст. , ст. и ст. Лесного кодекса РФ и п.п.3-6, 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дало указание ФИО1, лицу №2 и лицу №3 выехать в лесной массив участка государственного лесного фонда, расположенного между ..., где подыскать хвойные породы деревьев, которые по своим качественным характеристикам подходили для сбыта либо для переработки и последующего сбыта, и совершить их незаконную рубку, а затем вывезти стволы незаконно срубленной древесины на пилораму в .... После чего, участники организованной группы – ФИО1, лицо №2 и лицо №3, действуя совместно и согласованно,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в один из дней в период с ДАТА по ДАТА, на предоставленном им лицом №1 тракторе МТЗ-82 с государственным регистрационным знаком ..., приехали в лесной массив государственного лесного фонда в квартал ..., где выбрали деревья породы ель, которые по своим качественным характеристикам подходили для сбыта либо для последующей переработки и сбыта. После чего ФИО1, при помощи предоставленной ему лицом №1 бензопилы, выборочно совершил незаконную рубку 19 сырорастущих деревьев породы ель, лицо №2, при помощи предоставленной ему лицом №1 бензопилы, обрезал со спиленных стволов верхушки и ветки. После подготовки спиленных стволов деревьев породы ель, лицо №2 привязывало при помощи троса незаконно спиленные стволы деревьев породы ель к трактору МТЗ-82, под управлением лица №3, которое в дальнейшем складировало их. По окончании складирования, лицо №3, действуя совместно и согласованно с лицом №1, ФИО1 и лицом №2, приехало на предоставленном ему лицом №1 лесовозе на базе автомашины УРАЛ с гидроманипулятором и прицепом-роспуском в лесной массив к месту складирования, после чего вывезло незаконно заготовленные стволы деревьев породы ель на пилораму в .... В результате совместных преступных действий Лица №1, ФИО1, лица №2, лица №3 в квартале ... были незаконно вырублены 19 сырорастущих деревьев породы ель общим объемом 34,85 кубических метров, чем государственному лесному фонду причинен материальный ущерб на общую сумму 249944 рубля, что в соответствии с примечанием к статье 260 УК РФ является особо крупным размером.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 совершил незаконную рубку лесных насаждений, в особо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как руководителя организованной группы, и знающего об отсутствии у него необходимого количества деловой древесины хвойных пород для сбыта и переработки, вновь возник умысел на совершение незаконной рубки лесных насаждений. При этом лицо №1, как заместитель директора ООО «...» (&lt;....&gt;), осознавало, что преступная деятельность организованной группы будет замаскирована официальной деятельностью ООО «Профит Плюс», так как одним из видов деятельности Общества было предоставление услуг в области лесозаготовок. Далее лицо №1, являясь руководителем организованной группы, в нарушение требований ч.8 ст. , ч.4 ст. , ст. и ст. Лесного кодекса РФ и п.п.3-6, 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дало указание ФИО1, лицу №2, лицу №4 и лицу №6, выехать в лесной массив участка государственного лесного фонда, расположенного между ..., где подыскать хвойные породы деревьев, которые по своим качественным характеристикам подходили для сбыта либо для переработки и последующего сбыта, и совершить их незаконную рубку, а затем сообщить ему об окончании незаконной рубки для дачи указаний лицу №3 о вывозе на лесовозе незаконно срубленной древесины на пилораму в .... После чего, участники организованной группы – ФИО1, лицо №2, лицо №4 и лицо №6, действуя совместно и согласованно с лицом №1,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в один из дней в период с ДАТА по ДАТА, на предоставленном им лицом №1 тракторе МТЗ-82 с государственным регистрационным знаком ..., приехали в лесной массив государственного лесного фонда в квартал 41 выдел 25 Лыкошинского участкового лесничества, расположенный между ..., где выбрали деревья породы ель, которые по своим качественным характеристикам подходили для сбыта либо для последующей переработки и сбыта. После чего лицо №4 и лицо №6, при помощи предоставленных им лицом №1 бензопил совершили незаконную рубку 32 сырорастущих деревьев породы ель, лицо №2 при помощи предоставленной ему лицом №1 бензопилы обрезало со спиленных стволов верхушки и ветки, а ФИО1 распиливал стволы незаконно спиленных деревьев на шестиметровые бревна (сортименты), после чего при помощи трактора МТЗ-82 складировал их. По окончании складирования, ФИО1 сообщил об этом лицу №1. Далее лицо №1, являясь руководителем организованной группы, сообщило участнику организованной группы лицу №3 местонахождение складированной незаконно срубленной древесины и дало указание выехать в лесной массив с целью вывозки незаконно срубленной древесины. После чего лицо №3 действуя совместно и согласованно с лицом №1, ФИО1, лицом №4, лицом №2 и лицом №6, в соответствии с отведенной ему ролью, осознавая преступный характер своих действий и желая наступления общественно-опасных последствий в виде причинения имущественного вреда государству, приехало на предоставленном ему лицом №1 лесовозе на базе автомашины УРАЛ с гидроманипулятором и прицепом-роспуском в лесной массив к месту складирования, после чего вывезло незаконно заготовленные стволы деревьев породы ель на пилораму в .... В результате совместных преступных действий лица №1, ФИО1, лица №2, лица №4, лица №3 и лица №6 в квартале ... были незаконно вырублены 32 сырорастущих дерева породы ель общим объемом древесины 49,59 кубических метров, чем государственному лесному фонду причинен материальный ущерб на общую сумму 355659 рублей, что в соответствии с примечанием к статье 260 УК РФ является особо крупным размером.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ФИО1 совершил незаконную рубку лесных насаждений, в особо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как руководителя организованной группы, после переработки и сбыта древесины, ранее срубленной без разрешительных документов в квартале ..., и знающего об отсутствии у него необходимого количества деловой древесины хвойных пород для сбыта и переработки, вновь возник умысел на совершение незаконной рубки лесных насаждений. При этом лицо №1, как заместитель директора ООО «...» (&lt;....&gt;), осознавало, что преступная деятельность организованной группы будет замаскирована официальной деятельностью ООО «...», так как одним из видов деятельности Общества было предоставление услуг в области лесозаготовок. Далее лицо №1, являясь руководителем организованной группы, в нарушение требований ч.8 ст. , ч.4 ст. , ст. и ст. Лесного кодекса РФ и п.п.3 - 6, 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дало указание ФИО1, лицу №2, лицу №4 и лицу №3 выехать в лесной массив участка государственного лесного фонда, расположенного между ..., где подыскать хвойные породы деревьев, которые по своим качественным характеристикам подходили для сбыта либо для переработки и последующего сбыта, и совершить их незаконную рубку. После чего, участники организованной группы -ФИО1, лицо №2, лицо №4 и лицо №3, действуя совместно и согласованно,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в один из дней в период ДАТА по ДАТА, на предоставленном им лицом №1 тракторе МТЗ-82, государственный регистрационный знак ..., приехали в лесной массив государственного лесного фонда в квартал ..., где выбрали деревья породы ель, которые по своим качественным характеристикам подходили для сбыта либо для последующей переработки и сбыта. После чего лицо №4, при помощи предоставленной ему лицом №1 бензопилы, совершил незаконную рубку 19 сырорастущих деревьев породы ель, лицо №2, при помощи предоставленной ему лицом №1 бензопилы, обрезал со спиленных стволов верхушки и ветки, а ФИО1 и лицо №3 поочередно, при помощи предоставленных им лицом №1 бензопилы и трактора МТЗ-82, распиливали стволы незаконно спиленных деревьев на шестиметровые бревна (сортименты), и складировали их. По окончании складирования, лицо №3, действуя совместно и согласованно с лицом №1, ФИО1 лицом №2 и лицом №4, приехало на предоставленном ему лицом №1 лесовозе на базе автомашины УРАЛ с гидроманипулятором и прицепом-роспуском в лесной массив к месту складирования, после чего вывезло незаконно заготовленные стволы деревьев породы ель на пилораму в .... В результате совместных преступных действий лица №1, ФИО1, лица №2, лица №4 и лица №3 в квартале ... были незаконно вырублены 19 сырорастущих деревьев породы ель общим объемом древесины 30,89 кубических метров, чем государственному лесному фонду причинен материальный ущерб на общую сумму 221543 рубля, что в соответствии с примечанием к ст. 260 УК РФ является особо крупным размером.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ФИО1 совершил незаконную рубку лесных насаждений, в особо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являющегося заместителем директора ООО «...» (&lt;....&gt;),, одним из видов деятельности которого было предоставление услуг в области лесозаготовок, и знающего о периодическом отсутствии у него необходимого количества деловой древесины хвойных пород для сбыта и переработки, вновь возник умысел на совершение незаконной рубки лесных насаждений. С целью периодического получения преступного дохода от незаконной рубки лесных насаждений лицо №1 приняло решение о незаконной рубке лесных насаждений в лесном массиве государственного лесного фонда, расположенного между .... Далее лицо №1, являясь руководителем организованной группы, в нарушение требований ч.8 ст. , ч.4 ст. , ст. и ст. Лесного кодекса РФ и п.п.3 - 6, 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дало указание ФИО1, лицу №2, лицу №4, лицу №3 и лицу №6 выезжать периодически и в различных составах между собой, в лесной массив на территории государственного лесного фонда между ..., где подыскивать хвойные породы деревьев, которые по своим качественным характеристикам подходили для сбыта либо переработки и последующего сбыта и совершать их незаконную рубку, а затем сообщать ему об окончании незаконной рубки для дачи указаний участникам организованной группы лицу №3 и лицу №5 о вывозе незаконно срубленной древесины на лесовозе. Кроме этого, лицо №1 для достижения общего преступного результата, в один из дней в период с ДАТА по ДАТА дало указание лицу №3 и лицу №2 для совершения незаконной рубки лесных насаждений взять в помощь неосведомленного о преступной деятельности группы ФИО7 ФИО1, выполняя свою роль в организованной группе, согласно заранее достигнутой договоренности с лицом №1, как лицо, хорошо ориентирующиеся в лесном массиве на территории ... ..., выбрал деревья породы сосна и породы ель в лесном массиве участка государственного лесного фонда в границах квартала ... и сообщил об этом лицу №1. Далее, реализуя единый преступный умысел, лицо №1, являясь руководителем организованной группы, дало указание выезжать в лесной массив на территории государственного лесного фонда в границах квартала ... и совершать незаконную рубку лесных насаждений. После чего, участники организованной группы - ФИО1, лицо №2, лицо №4, лицо №3 и лицо №6, действуя совместно и согласованно,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в отдельные дни в период с ДАТА по ДАТА, на предоставленном им лицом №1 тракторе МТЗ-82, государственный регистрационный знак ... и ином неустановленном в ходе следствия тракторе, в различных составах участников организованной группы в отдельные дни совершения преступления, приезжали в лесной массив государственного лесного фонда в границах квартала ..., где в отдельные дни, в зависимости от состава участников на момент совершения незаконной рубки, лицо №4, ФИО1, лицо №3 и лицо №6, при помощи предоставленных им лицом №1 бензопил, совершили незаконную рубку23 сырорастущих деревьев породы сосна и 156 сырорастущих деревьев породы ель. Также в отдельные дни в вышеуказанный период, лицо №2 и лицо №6, при помощи предоставленных им лицом №1 бензопил, обрезали со спиленных стволов верхушки и ветки, а затем ФИО1 и лицо №3 распиливали стволы незаконно срубленных деревьев на шестиметровые бревна (сортименты). После подготовки спиленных стволов деревьев породы ель и сосна, лицо №2, а в отдельный день в период с ДАТА по ДАТА и Свидетель №11, неосведомленный о деятельности преступной группы, привязывали при помощи троса незаконно спиленные стволы деревьев породы сосна и ель к трактору МТЗ-82, под управлением ФИО1, либо иного неустановленного трактора под управлением лица №3, которые в дальнейшем складировали их. По окончании складирования, ФИО1 сообщал об этом лицу №1. Далее лицо №1, осуществляющее руководство организованной группой, сообщало участникам организованной группы - лицу №3 и лицу №5 местонахождение складированных стволов незаконно срубленной древесины и давало указание выехать в лесной массив с целью их вывозки. После этого в отдельные дни в период с ДАТА по ДАТА, как совместно так и по отдельности, участники организованной группы - лицо №3 и лицо №5, действуя совместно и согласованно с лицом №1, ФИО1, лицом №4, лицом №2 и лицом №6, в соответствии с отведенными им ролями, осознавая преступный характер своих действий и желая наступления общественно-опасных последствий в виде причинения имущественного вреда государству, приезжали на предоставленных им лицом №1 лесовозах на базе автомашин УРАЛ с гидроманипулятором и прицепом-роспуском в лесной массив к месту складирования, после чего вывозили незаконно заготовленные стволы деревьев породы сосна и породы ель на пилораму в .... В результате совместных преступных действий лица №1, ФИО1, лица №2, лица №4, лица №5, лица №3 и лица №6, в отдельные дни, в период с 01.03.2014 по 30.09.2014 в лесном массиве на территории государственного лесного фонда, между ...: - в квартале ... были незаконно вырублены 19 сырорастущих деревьев породы сосна общим объемом 17,46 кубических метра и 11 сырорастущих деревьев породы ель общим объемом 11,28 кубических метров, чем государственному лесному фонду причинен материальный ущерб на общую сумму 220423 рубля, что в соответствии с примечанием к ст. 260 УК РФ является особо крупным размером; - в квартале ... были незаконно вырублены 5 сырорастущих деревьев породы сосна общим объемом 5,7 кубических метра и 23 сырорастущих дерева породы ель общим объемом 40,67 кубических метров, чем государственному лесному фонду причинен материальный ущерб на общую сумму 337234 рубля, что в соответствии с примечанием к ст. 260 УК РФ является особо крупным размером; - в квартале ... были незаконно вырублены 23 сырорастущих дерева породы сосна общим объемом 31,96 кубических метра и 156 сырорастущих деревьев породы ель общим объемом 273,46 кубических метров, чем государственному лесному фонду причинен материальный ущерб на общую сумму 2216647 рублей, что в соответствии с примечанием к ст. 260 УК РФ является особо крупным размером; Общая сумма вреда, причиненного государственному лесному фонду в результате незаконной рубки лесных насаждений в квартале ... составляет 2774304 рубля.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ФИО1 совершил незаконную рубку лесных насаждений, в особо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как руководителя организованной группы, знающего об отсутствии у него необходимого количества деловой древесины хвойных пород для сбыта и переработки, при неустановленных следствием обстоятельствах, в один из дней в период совершения незаконной рубки лесных насаждений в квартале 41 выделы 13, 14, 18 Лыкошинского участкового лесничества, расположенного между ..., возник умысел на совершение незаконной рубки лесных насаждений на территории государственного лесного фонда в районе .... При этом лицо №1, как заместитель директора ООО «...» &lt;....&gt;), осознавало, что преступная деятельность организованной группы будет замаскирована официальной деятельностью ООО «...», так как одним из видов деятельности Общества было предоставление услуг в области лесозаготовок. Далее лицо №1, являясь руководителем организованной группы, в нарушение требований ч.8 ст. , ч.4 ст. , ст. и ст. Лесного кодекса РФ и п.п.3 - 6,9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дало указание ФИО1, лицу №4 и лицу №2 выехать в лесной массив государственного лесного фонда в районе д...., где подыскать хвойные породы деревьев, которые по своим качественным характеристикам подходили для сбыта либо для переработки и последующего сбыта и совершить их незаконную рубку, а затем сообщить ему об окончании незаконной рубки для дачи указаний лицу №3 и лицу №5 о вывозе на лесовозах незаконно срубленной древесины на пилораму в .... После чего, участники организованной группы – ФИО1, лицо №4 и лицо №2, действуя совместно и согласованно,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в отдельные дни в период с ДАТА по ДАТА, на неустановленной автомашине, выехали в лесной массив государственного лесного фонда в квартал ... ..., где выбрали деревья породы сосна, которые по своим качественным характеристикам подходили для сбыта либо для последующей переработки и сбыта. После чего лицо №4, при помощи предоставленной ему лицом №1 бензопилы, начало незаконно пилить сырорастущие деревья породы сосна, лицо №2 в это время находилось на месте преступления и готовило инструмент для отрезания с незаконно срубленных деревьев сучьев, а ФИО1 находился в неустановленной автомашине вблизи места незаконной рубки и наблюдал за окружающей обстановкой, чтобы в случае опасности сообщить лицу №4 и лицу №2 о посторонних лицах и необходимости скрыться с места преступления. Во время незаконной рубки деревьев породы сосна, при неустановленных следствием обстоятельствах, ФИО1, лицо №4 и лицо №2, в ходе совершения незаконной рубки сырорастущих деревьев, опасаясь быть застигнутыми на месте незаконный рубки, покинули место преступления и сообщили об этом лицу №1. Через несколько дней лицо №1, руководившее деятельностью организованной группы, желая достижения общего преступного результата, дало указание ФИО1, лицу №2 и лицу №4 вновь выехать лесной массив государственного лесного фонда в квартал ... и совершить незаконную рубку лесных насаждений, а затем сообщить ему об окончании незаконной рубки для дачи указаний лицу №3 и лицу №5 о вывозе на лесовозах незаконно срубленной древесины на пилораму в .... После этого, участники организованной группы - ФИО1, лицо №4 и лицо №2 на предоставленном лицом №1 тракторе МТЗ-82, государственный регистрационный знак ..., в период с ДАТА по ДАТА вновь выехали в лесной массив на территории государственного лесного фонда в квартал 18 выдел 12 Лыкошинского участкового лесничества, расположенного в районе д..... Находясь в лесном массиве, действуя совместно и согласованно с лицом №1,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лицо №4 осуществило незаконную рубку 28 сырорастущих деревьев породы сосна, лицо №2 при помощи предоставленной ему лицом №1 бензопилы обрезало со спиленных стволов верхушки и ветки. Далее ФИО1 и лицо №4 распиливали стволы незаконно спиленных деревьев на шестиметровые бревна (сортименты). После подготовки спиленных стволов деревьев породы сосна лицо №2 привязывало при помощи троса незаконно спиленные стволы деревьев породы сосна к трактору МТЗ-82, под управлением ФИО1, который в дальнейшем складировал их. По окончании складирования, ФИО1 сообщил об этом лицу №1. Далее лицо №1, осуществляя руководство организованной группой, сообщило участникам организованной группы лицу №3 и лицу №5 местонахождение складированных стволов незаконно срубленных деревьев и дало указание выехать в лесной массив с целью их вывозки на пилораму в .... После этого лицо №3 и лицо №5, действуя совместно и согласованно с лицом №1, ФИО1, лицом №4 и лицом №2, в соответствии с отведенными им ролями, осознавая преступный характер своих действий и желая наступления общественно-опасных последствий в виде причинения имущественного вреда государству, приехали на предоставленных им лицом №1 двух лесовозах на базе автомашин УРАЛ с гидроманипулятором и прицепом-роспуском в лесной массив к месту складирования, после чего вывезли незаконно заготовленные стволы деревьев породы сосна на пилораму в .... В результате совместных преступных действий лица №1, ФИО1, лица №2, лица №4, лица №3 и лица №5 в квартале 18 ... были незаконно вырублены 28 сырорастущих деревьев породы сосна общим объемом 37,06 кубических метров, чем государственному лесному фонду причинен материальный ущерб на общую сумму 296146 рублей, что в соответствии с примечанием к ст. 260 УК РФ является особо крупным размером.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ФИО1 совершил незаконную рубку лесных насаждений, в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как руководителя организованной группы, знающего об отсутствии у него необходимого количества деловой древесины хвойных пород для сбыта и переработки, при неустановленных следствием обстоятельствах, в один из дней в период совершения незаконной рубки лесных насаждений в квартале ..., возник умысел на совершение незаконной рубки лесных насаждений на территории государственного лесного фонда в районе д..... При этом лицо №1, как заместитель директора ООО «...» (&lt;....&gt;), осознавало, что преступная деятельность организованной группы будет замаскирована официальной деятельностью ООО «...», так как одним из видов деятельности Общества было предоставление услуг в области лесозаготовок. Далее лицо №1, являясь руководителем организованной группы, в нарушение требований ч.8 ст. , ч.4 ст. , ст. и ст. Лесного кодекса РФ и п.п.3 - 6, 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дало указание ФИО1, лицу №2 и лицу №6 выехать в лесной массив государственного лесного фонда в районе д...., где подыскать хвойные породы деревьев, которые по своим качественным характеристикам подходили для сбыта либо для переработки и последующего сбыта, и совершить их незаконную рубку, а затем сообщить ему об окончании незаконной рубки для дачи указаний лицу №5 о вывозе на лесовозе незаконно срубленной древесины на пилораму в .... После чего, участники организованной группы - ФИО1, лицо №2 и лицо №6, действуя совместно и согласованно с лицом №1,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в один из дней в период с ДАТА по ДАТА, на предоставленном им лицом №1 тракторе МТЗ-82, государственный регистрационный знак ..., выехали в лесной массив государственного лесного фонда в квартал ..., ..., где выбрали деревья породы ель и сосна, которые по своим качественным характеристикам подходили для последующей переработки и сбыта. После чего ФИО1 и лицо №6, при помощи предоставленных им лицом №1 бензопил, выборочно совершили незаконную рубку 1 сырорастущего дерева породы сосна и 9 сырорастущих деревьев породы ель. После чего лицо №2 при помощи предоставленной ему лицом №1 бензопилы обрезало со спиленных стволов верхушки и ветки. Далее ФИО1 и лицо №6 распиливали стволы незаконно спиленных деревьев на шестиметровые бревна (сортименты). После подготовки спиленных стволов деревьев лицо №2 привязывало при помощи троса незаконно спиленные стволы деревьев породы ель и сосна к трактору МТЗ-82 под управлением ФИО1, который в дальнейшем складировал их. По окончании складирования, ФИО1 сообщил об этом лицу №1. Далее лицо №1, осуществляя руководство организованной группой, сообщило участнику организованной группы лицу №5 местонахождение складированных стволов незаконно срубленных деревьев и дало указание выехать в лесной массив с целью их вывозки на пилораму в .... После чего лицо №5 действуя совместно и согласованно с лицом №1, ФИО1, лицом №2 и лицом №6, в соответствии с отведенной ему ролью, осознавая преступный характер своих действий и желая наступления общественно-опасных последствий в виде причинения имущественного вреда государству, приехало на предоставленном ему лицом №1 лесовозе на базе автомашины УРАЛ с гидроманипулятором и прицепом-роспуском в лесной массив к месту складирования, после чего вывезло незаконно заготовленные стволы деревьев породы сосна и ель на пилораму в .... В результате совместных преступных действий лица №1, ФИО1, лица №2, лица №5 и лица №6 в квартале ... незаконно вырублены 1 сырорастущее дерево породы сосна объемом 0,28 кубических метров и 9 сырорастущих деревьев породы ель общим объемом 14,44 кубических метра, чем государственному лесному фонду причинен материальный ущерб на общую сумму 105801 рубль, что в соответствии с примечанием к ст. 260 УК РФ является крупным размером.</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ФИО1 совершил незаконную рубку лесных насаждений, в особо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как руководителя организованной группы, знающего об отсутствии у него необходимого количества деловой древесины хвойных пород для сбыта и переработки, при неустановленных следствием обстоятельствах, в один из дней в период совершения незаконной рубки лесных насаждений в квартале 41 выделы 13, 14, 18 Лыкошинского участкового лесничества, расположенного между ..., возник умысел на совершение незаконной рубки лесных насаждений на территории государственного лесного фонда в районе д..... При этом лицо №1, как заместитель директора ООО «...» (&lt;....&gt;), осознавало, что преступная деятельность организованной группы будет замаскирована официальной деятельностью ООО «...», так как одним из видов деятельности Общества было предоставление услуг в области лесозаготовок. Далее лицо №1, являясь руководителем организованной группы, в нарушение требований ч.8 ст. , ч.4 ст. , ст. и ст. Лесного кодекса РФ и п.п.3 - 6,9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дало указание ФИО1, лицу №2, лицу №4 и лицу №3 выехать в лесной массив на территории государственного лесного фонда в районе д...., где подыскать хвойные породы деревьев, которые по своим качественным характеристикам подходили для сбыта либо для переработки и последующего сбыта и совершить их незаконную рубку, а затем вывезти незаконно срубленные стволы древесины на лесовозе на пилораму в .... После чего, участники организованной группы – ФИО1, лицо №2, лицо №4 и лицо №3, действуя совместно и согласованно с лицом №1,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в отдельные дни в период с ДАТА по ДАТА, на предоставленном им лицом №1 тракторе МТЗ-82, государственный регистрационный знак ..., приехали в лесной массив государственного лесного фонда в квартал ..., где выбрали деревья породы сосна и ель, которые по своим качественным характеристикам подходили для сбыта либо для последующей переработки и сбыта. После чего лицо №4 и ФИО1, при помощи предоставленных им лицом №1 бензопил, выборочно совершили незаконную рубку 22 сырорастущих деревьев породы сосна и 16 сырорастущих деревьев породы ель, лицо №2 при помощи предоставленной ему лицом №1 бензопилы обрезало со спиленных стволов верхушки и ветки. Далее ФИО1 распиливал стволы незаконно спиленных деревьев на шестиметровые бревна (сортименты). После подготовки спиленных стволов деревьев лицо №2 привязывало при помощи троса незаконно спиленные стволы деревьев породы ель и сосна к трактору МТЗ-82 под управлением лица №3, которое в дальнейшем складировало их. По окончании складирования лицо №3 в соответствии с отведенной ему ролью приехало на предоставленной ему лицом №1 лесовозе на базе автомашины УРАЛ с гидроманипулятором и прицепом-роспуском в лесной массив к месту складирования, после чего вывезло незаконно заготовленные стволы деревьев породы сосна и ель на пилораму в .... В результате совместных преступных действий лица №1, ФИО1, лица №2, лица №4 и лица №3 в квартале ... были незаконно вырублены 22 сырорастущих дерева породы сосна общим объемом 42,44 кубических метра и 16 сырорастущих деревьев породы ель общим объемом 34,70 кубических метров, чем государственному лесному фонду причинен материальный ущерб на общую сумму 588006 рублей, что в соответствии с примечанием к ст. 260 УК РФ является особо крупным размером.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ФИО1 совершил незаконную рубку лесных насаждений, в особо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как руководителя организованной группы, знающего об отсутствии у него необходимого количества деловой древесины хвойных пород для сбыта и переработки, при неустановленных следствием обстоятельствах, в один из дней в период совершения незаконной рубки лесных насаждений в квартале ..., возник умысел на совершение незаконной рубки лесных насаждений на территории государственного лесного фонда в районе .... При этом лицо №1, как заместитель директора ООО «...» (&lt;....&gt;), осознавало, что преступная деятельность организованной группы будет замаскирована официальной деятельностью ООО «...», так как одним из видов деятельности Общества было предоставление услуг в области лесозаготовок. Далее лицо №..., являясь руководителем организованной группы, в нарушение требований ч.8 ст. , ч.4 ст. , ст. и ст. Лесного кодекса РФ и п.п.3-6,9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дало указание ФИО1, лицу №2 выехать в лесной массив участка государственного лесного фонда в районе ..., где подыскать хвойные породы деревьев, которые по своим качественным характеристикам подходили для сбыта либо для переработки и последующего сбыта и совершить их незаконную рубку, а затем вывезти стволы незаконно срубленной древесины. После чего, участники организованной группы – ФИО1 и лицо №2 действуя совместно и согласованно с лицом №1, в отдельные дни в период с ДАТА по ДАТА на предоставленном лицом №1 тракторе МТЗ-82, государственный регистрационный знак ..., выехали в лесной массив на территории государственного лесного фонда в квартал ... ... ..., где выбрали деревья породы ель, которые подходили по своим качественным характеристикам для сбыта либо переработки на пиломатериал и сбыта. После чего ФИО1 при помощи предоставленной ему лицом №1 бензопилы совершил незаконную рубку 7 сырорастущих деревьев породы сосна и 6 сырорастущих деревьев породы ель, лицо №2 в это время находилось на месте преступления, готовило инструмент для отрезания с незаконно срубленных деревьев сучьев и наблюдало за окружающей обстановкой, чтобы в случае опасности сообщить ФИО1 о посторонних лицах и необходимости скрыться с места преступления. Во время незаконной рубки деревьев породы сосна и ель, при неустановленных следствием обстоятельствах, ФИО1 и лицо №2, после незаконной рубки 7 сырорастущих деревьев породы сосна и 6 сырорастущих деревьев породы ель, опасаясь быть застигнутыми на месте незаконный рубки, покинули место преступления и сообщили об этом лицу №1. Через несколько дней лицо №1, руководившее деятельностью организованной группы, желая достижения общего преступного результата, дало указание ФИО1, лицу №2 и лицу №3 выехать на тракторе МТЗ-82 и лесовозе в лесной массив государственного лесного фонда в квартале ... ... и совершить незаконную рубку лесных насаждений, после чего вывезти стволы незаконно срубленной древесины породы ель и сосна на пилораму в .... После этого, участники организованной группы - ФИО1, на предоставленном лицом №1 тракторе МТЗ-82, государственный регистрационный знак ..., а лицо №2 и лицо №3 на предоставленном ФИО3 лесовозе на базе автомашины УРАЛ с гидроманипулятором и прицепом-роспуском, вновь выехали в лесной массив на территории государственного лесного фонда в квартале ..., расположенного в районе .... Находясь в лесном массиве, действуя совместно и согласованно с лицом №1,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ФИО1, при помощи предоставленной ему лицом №1 бензопилы совершил незаконную рубку 20 сырорастущих деревьев породы сосна, лицо №2 при помощи предоставленной ему лицом №1 бензопилы обрезало со спиленных стволов верхушки и ветки. После подготовки спиленных стволов деревьев породы сосна лицо №2 привязывало при помощи троса незаконно спиленные стволы деревьев породы сосна к трактору МТЗ-82, под управлением ФИО1, который трелевал их к лесовозу. Лицо №3 согласно отведенной ему преступной роли на лесовозе вывезло незаконно заготовленные стволы деревьев породы сосна на пилораму в .... В результате совместных преступных действий лица №1, ФИО1, лица №2 и лица №3 в квартале ... были незаконно вырублены 27 сырорастущих деревьев породы сосна общим объемом 23,56 кубических метров и 6 сырорастущих деревьев породы ель общим объемом 4,46 кубических метров, чем государственному лесному фонду причинен материальный ущерб на общую сумму 440510 рублей, что в соответствии с примечанием к ст. 260 УК РФ является особо крупным размером.</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ФИО1 совершил незаконную рубку лесных насаждений, в особо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как руководителя организованной группы, знающего об отсутствии у него необходимого количества деловой древесины хвойных пород для сбыта и переработки, при неустановленных следствием обстоятельствах, в один из дней в период совершения незаконной рубки лесных насаждений в квартале ..., возник умысел на совершение незаконной рубки лесных насаждений на территории государственного лесного фонда в районе д..... При этом лицо №1 как заместитель директора ООО «...» (&lt;....&gt;), осознавало, что преступная деятельность организованной группы будет замаскирована официальной деятельностью ООО «...», так как одним из видов деятельности Общества было предоставление услуг в области лесозаготовок. Далее лицо №1, являясь руководителем организованной группы, в нарушение требований ч.8 ст. , ч.4 ст. , ст. и ст. Лесного кодекса РФ и п.п.3-6,9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дало указание ФИО1, лицу №2, лицу №4 и лицу №6 выехать в лесной массив вблизи д...., где подыскать хвойные породы деревьев, которые по своим качественным характеристикам подходили для сбыта либо для переработки и последующего сбыта и совершить их незаконную рубку, а затем сообщить ему об окончании незаконной рубки для дачи указаний лицу №3 и лицу №5 о вывозе на лесовозе незаконно срубленной древесины на пилораму в .... После чего, участники организованной группы - ФИО1, лицо №2, лицо №4 и лицо №6, действуя совместно и согласованно,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в отдельные дни в период с ДАТА по ДАТА, на предоставленном им лицом №1 тракторе МТЗ-82, государственный регистрационный знак ..., выехали в лесной массив государственного лесного фонда в квартал 21 ..., где выбрали деревья породы ель и сосна, которые по своим качественным характеристикам подходили для сбыта либо для последующей переработки и сбыта. После чего лицо №4 и лицо №6, при помощи предоставленных им лицом №1 бензопил, осуществили незаконную рубку 10 сырорастущих деревьев породы сосна и 18 сырорастущих деревьев породы ель, лицо №2 при помощи предоставленной ему лицом №1 бензопилы обрезало со спиленных стволов верхушки и ветки. Далее ФИО1 распиливал стволы незаконно спиленных деревьев на шестиметровые бревна (сортименты). После подготовки спиленных стволов деревьев породы сосна и ель лицо №2 привязывало при помощи троса стволы незаконно спиленных деревьев породы ель и сосна к трактору МТЗ-82, под управлением ФИО1, который в дальнейшем складировал их. По окончании складирования, ФИО1 сообщил об этом лицу №1. Далее лицо №1, осуществляя руководство организованной группой, сообщило участникам организованной группы лицу №3 и лицу №5 местонахождение складированных стволов незаконно срубленных деревьев и дало указание выехать в лесной массив с целью их вывозки на пилораму в .... После этого лицо №3 и лицо №5, действуя совместно и согласованно с лицом №1, ФИО1, лицом №4, лицом №2 и лицом №6, в соответствии с отведенными им ролями, осознавая преступный характер своих действий и желая наступления общественно-опасных последствий в виде причинения имущественного вреда государству, приехали на предоставленных им лицом №1 двух лесовозах на базе автомашин УРАЛ с гидроманипулятором и прицепом-роспуском в лесной массив к месту складирования, после чего вывезли стволы от незаконно срубленных деревьев породы сосна и ель на пилораму в .... В результате совместных преступных действий лица №1, ФИО1, лица №2, лица №4, лица №3, лица №5 и лица №6, в квартале ... были незаконно вырублены 10 сырорастущих деревьев породы сосна общим объемом 10,13 кубических метров и 18 сырорастущих деревьев породы ель общим объемом 20,91 кубических метров, чем государственному лесному фонду причинен материальный ущерб на общую сумму 392814 рублей, что в соответствии с примечанием к ст. 260 УК РФ является особо крупным размером.</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ФИО1 совершил незаконную рубку лесных насаждений, в особо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как руководителя организованной группы, знающего об отсутствии у него необходимого количества деловой древесины хвойных пород для сбыта и переработки, при неустановленных следствием обстоятельствах, в один из дней в период совершения незаконной рубки лесных насаждений в квартале ..., возник умысел на совершение незаконной рубки лесных насаждений на территории государственного лесного фонда в районе д..... При этом лицо №1 как заместитель директора ООО «...» (&lt;....&gt;), осознавало, что преступная деятельность организованной группы будет замаскирована официальной деятельностью ООО «...», так как одним из видов деятельности Общества было предоставление услуг в области лесозаготовок. Далее лицо №1, являясь руководителем организованной группы, в нарушение требований ч.8 ст. , ч.4 ст. , ст. и ст. Лесного кодекса РФ и п.п.3-6,9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дало указание ФИО1, лицу №2 и лицу №3 выехать в лесной массив участка государственного лесного фонда в районе д...., где подыскать хвойные породы деревьев, которые по своим качественным характеристикам подходили для сбыта либо для переработки и последующего сбыта и совершить их незаконную рубку, а затем вывезти стволы незаконно срубленной древесины на пилораму. После чего, участники организованной группы - ФИО1, лицо №2 и лицо №3, действуя совместно и согласованно,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в отдельные дни в период с ДАТА по ДАТА на предоставленном им лицом №1 тракторе МТЗ-82, государственный регистрационный знак ..., выехали в лесной массив на территории государственного лесного фонда в квартал ..., где выбрали деревья породы ель и сосна, которые по своим качественным характеристикам подходили для сбыта либо для последующей переработки и сбыта. После чего, при помощи предоставленных лицом №1 бензопил ФИО1 осуществил незаконную рубку 13 сырорастущих деревьев породы сосна и 27 сырорастущих деревьев породы ель, лицо №2 обрезало со спиленных стволов верхушки и ветки, далее ФИО1 распиливал стволы незаконно спиленных деревьев на шестиметровые бревна (сортименты). После подготовки спиленных стволов деревьев породы ель и сосна, лицо №2 привязывало при помощи троса стволы деревьев породы ель и сосна к трактору МТЗ-82, под управлением лица №3, которое в дальнейшем складировало их. По окончании складирования лицо №3 в соответствии с отведенной ему преступной ролью приехало на предоставленной ему лицом №1 лесовозе на базе автомашины УРАЛ с гидроманипулятором и прицепом-роспуском в лесной массив к месту складирования и вывез стволы незаконно срубленных деревьев породы сосна и ель на пилораму в .... В результате совместных преступных действий лица №1, ФИО1, лица №2, лица №3 в квартале ... были незаконно вырублены 13 сырорастущих деревьев породы сосна общим объемом 12,5 кубических метров и 27 сырорастущих деревьев породы ель общим объемом 25,32 кубических метров, чем государственному лесному фонду причинен материальный ущерб на общую сумму 281483 рубля, что в соответствии с примечанием к ст. 260 УК РФ является особо крупным размером.</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ФИО1 совершил незаконную рубку лесных насаждений, в особо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как руководителя организованной группы, знающего об отсутствии у него необходимого количества деловой древесины хвойных пород для сбыта и переработки, при неустановленных следствием обстоятельствах, в один из дней в период совершения незаконной рубки лесных насаждений в квартале ..., возник умысел на совершение незаконной рубки лесных насаждений на территории государственного лесного фонда в районе д. .... При этом лицо №1 как заместитель директора ООО «...» (...), осознавало, что преступная деятельность организованной группы будет замаскирована официальной деятельностью ООО «...», так как одним из видов деятельности Общества было предоставление услуг в области лесозаготовок. Далее лицо №1, являясь руководителем организованной группы, в нарушение требований ч.8 ст. , ч.4 ст. , ст. и ст. Лесного кодекса РФ и п.п.3-6,9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дало указание ФИО1, лицу №4 и лицу №2 выехать в лесной массив вблизи д...., где подыскать хвойные породы деревьев, которые по своим качественным характеристикам подходили для сбыта либо для переработки и последующего сбыта и совершить их незаконную рубку, а затем сообщить ему об окончании незаконной рубки для дачи указаний лицу №3 о вывозе на лесовозе незаконно срубленной древесины на пилораму в .... После чего, участники организованной группы - ФИО1, лицо №4 и лицо №2, действуя совместно и согласованно,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в один из дней в период с ДАТА по ДАТА на предоставленном им лицом №1 тракторе МТЗ-82, государственный регистрационный знак ..., выехали в лесной массив государственного лесного фонда в квартал ... где выбрали деревья породы ель, которые по своим качественным характеристикам подходили для сбыта либо для последующей переработки и сбыта. После чего, при помощи предоставленных лицом №1 бензопил, лицо №4 совершило незаконную рубку 23 сырорастущих деревьев породы ель, лицо №2 обрезало со спиленных стволов верхушки и ветки, а ФИО1 распиливал стволы незаконно спиленных деревьев на шестиметровые бревна (сортименты). После подготовки спиленных стволов деревьев породы ель лицо №2 привязывало при помощи троса стволы незаконно спиленных деревьев породы ель к трактору МТЗ-82, под управлением ФИО1, который в дальнейшем складировал их. По окончании складирования, ФИО1 сообщил об этом лицу №1. Далее лицо №1, осуществляя руководство организованной группой, сообщило участнику организованной группы лицу №3 местонахождение складированных стволов незаконно срубленных деревьев и дало указание выехать в лесной массив с целью их вывозки на пилораму в .... После этого лицо №3, действуя совместно и согласованно с лицом №1, ФИО1, лицом №2 и лицом №4, в соответствии с отведенной ему ролью, осознавая преступный характер своих действий и желая наступления общественно-опасных последствий в виде причинения имущественного вреда государству, приехало на лесовозе на базе автомашин УРАЛ с гидроманипулятором и прицепом-роспуском в лесной массив к месту складирования и вывез стволы незаконно срубленных деревьев породы ель на пилораму в .... В результате совместных преступных действий лица №1, ФИО1, лица №2, лица №4 и лица №3 в квартале ... были незаконно вырублены 23 сырорастущих дерева породы ель общим объемом 34,46 кубических метров, чем государственному лесному фонду причинен материальный ущерб на общую сумму 247147 рублей, что в соответствии с примечанием к ст. 260 УК РФ является особо крупным размером.</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ФИО1 совершил незаконную рубку лесных насаждений, в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как руководителя организованной группы, знающего об отсутствии у него необходимого количества деловой древесины хвойных пород для сбыта и переработки, при неустановленных следствием обстоятельствах, в один из дней в период совершения незаконной рубки лесных насаждений в квартале ..., возник умысел на совершение незаконной рубки лесных насаждений на территории государственного лесного фонда в районе д..... При этом лицо №1 как заместитель директора ООО «...» (&lt;....&gt;), осознавало, что преступная деятельность организованной группы, будет замаскирована официальной деятельностью ООО «...», так как одним из видов деятельности Общества было предоставление услуг в области лесозаготовок. Далее лицо №1, являясь руководителем организованной группы, в нарушение требований ч.8 ст. , ч.4 ст. , ст. и ст. Лесного кодекса РФ и п.п.3-6,9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дало указание ФИО1, лицу №4 и лицу №2 выехать в лесной массив вблизи д...., где подыскать хвойные породы деревьев, которые по своим качественным характеристикам подходили для сбыта либо для переработки и последующего сбыта и совершить их незаконную рубку, а затем сообщить ему об окончании незаконной рубки для дачи указаний лицу №3 о вывозе незаконно срубленной древесины на лесовозе. После чего, участники организованной группы - ФИО1, лицо №4 и лицо №2, действуя совместно и согласованно,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в один из дней в период с ДАТА по ДАТА на предоставленном им лицом №... тракторе МТЗ-82, государственный регистрационный знак ..., выехали в лесной массив государственного лесного фонда в квартал ..., где выбрали деревья породы ель, которые по своим качественным характеристикам подходили для сбыта либо для последующей переработки и сбыта. После чего, при помощи предоставленных лицом №1 бензопил лицо №4 совершило незаконную рубку 7 сырорастущих деревьев породы ель, лицо №2 обрезал со спиленных стволов верхушки и ветки, а ФИО1 распиливал стволы незаконно спиленных деревьев на шестиметровые бревна (сортименты). После подготовки спиленных стволов деревьев породы ель лицо №2 привязывало при помощи троса стволы незаконно спиленных деревьев породы ель к трактору МТЗ-82, под управлением ФИО1, который в дальнейшем складировал их. По окончании складирования, ФИО1 сообщил об этом лицу №1. Далее лицо №1, осуществляя руководство организованной группой, сообщило участнику организованной группы лицу №3 местонахождение складированных стволов незаконно срубленных деревьев и дало указание выехать в лесной массив с целью их вывозки на пилораму в .... После этого лицо №3, действуя совместно и согласованно с лицом №1, ФИО1, лицом №2 и лицом №4, в соответствии с отведенной ему ролью, осознавая преступный характер своих действий и желая наступления общественно-опасных последствий в виде причинения имущественного вреда государству, приехало на лесовозе на базе автомашин УРАЛ с гидроманипулятором и прицепом-роспуском в лесной массив к месту складирования и вывезло стволы незаконно срубленных деревьев породы ель на пилораму в .... В результате совместных преступных действий лица №1, ФИО1, лица №4, лица №2 и лица №3 в квартале ... были незаконно срублены 7 сырорастущих деревьев породы ель общим объемом 14,31 кубических метров, чем государственному лесному фонду причинен материальный ущерб на общую сумму 102631 рубль, что в соответствии с примечанием к ст. 260 УК РФ является крупным размером.</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ФИО1 совершил незаконную рубку лесных насаждений, в особо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как руководителя организованной группы, знающего об отсутствии у него необходимого количества деловой древесины хвойных пород для сбыта и переработки, при неустановленных следствием обстоятельствах, в один из дней в период совершения незаконной рубки лесных насаждений в квартале 41 ..., возник умысел на совершение незаконной рубки лесных насаждений в районе д..... При этом лицо №1, как заместитель директора ООО «...» (&lt;....&gt;) осознавало, что преступная деятельность организованной группы будет замаскирована официальной деятельностью ООО «...», так как одним из видов деятельности Общества было предоставление услуг в области лесозаготовок. Далее лицо №1 достоверно зная, что ФИО1, лицо №2, лицо №4 и лицо №6 расчищают просеку ЛЭП в районе д...., дало указание ФИО1, лицу №2, лицу №4 и лицу №6 приискать в районе расчистки просеки ЛЭП хвойные породы деревьев, которые по своим качественным характеристикам подходили для сбыта либо для переработки и последующего сбыта и совершить их незаконную рубку. Далее, в один из дней в период с ДАТА по ДАТА, ФИО1, выполняя свою роль в преступной группе, сообщил лицу №1 что выбрал на территории государственного лесного фонда деревья хвойных пород, которые по своим качественным характеристикам подходили для сбыта либо для переработки и последующего сбыта. Лицо №1, осуществляющее руководство организованной группой, в нарушение требований ч.8 ст. , ч.4 ст. , ст. и ст. Лесного кодекса РФ и п.п.3-6,9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дао указание ФИО1, лицу №2, лицу №4 и лицу №6 совершить незаконную рубку деревьев хвойных пород, а затем сообщить ему об окончании незаконной рубки для дачи указаний лицу №3 и лицу №5 о вывозе на лесовозах незаконно срубленной древесины на пилораму в .... После чего, участники организованной группы - ФИО1, лицо №4, лицо №2 и лицо №6, действуя совместно и согласованно,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в отдельные дни в период с ДАТА по ДАТА, на предоставленном им лицом №1 тракторе МТЗ-82, государственный регистрационный знак ..., приехали в лесной массив государственного лесного фонда в квартал .... После чего при помощи предоставленных им лицом №1 бензопил, лицо №4 и лицо №6 совершили незаконную рубку 33 сырорастущих деревьев породы ель и 15 сырорастущих деревьев породы сосна, лицо №2 обрезало со спиленных стволов верхушки и ветки, а ФИО1 распиливал стволы незаконно спиленных деревьев на шестиметровые бревна (сортименты). После подготовки спиленных стволов деревьев породы ель и сосна, лицо №2 привязывало при помощи троса стволы деревьев к трактору МТЗ-82, под управлением ФИО1, который в дальнейшем складировал их. По окончании складирования, ФИО1 сообщил об этом лицу №1. Далее лицо №1, осуществляя руководство преступной группой, сообщило участникам организованной группы лицу №3 и лицу №5 местонахождение складированных стволов незаконно срубленных деревьев и дало указание выехать в лесной массив с целью их вывозки на пилораму в .... После этого лицо №3 и лицо №5, действуя совместно и согласованно с лицом №1, ФИО1, лицом №4, лицом №2 и лицом №6, в соответствии с отведенными им ролями, осознавая преступный характер своих действий и желая наступления общественно-опасных последствий в виде причинения имущественного вреда государству, приехали на 2 лесовозах на базе автомашин УРАЛ с гидроманипулятором и прицепом-роспуском в лесной массив к месту складирования и вывезли стволы незаконно срубленных деревьев породы ель и сосна на пилораму в .... В результате совместных преступных действий лица №1,ФИО1, лица №2, лица №4, лица №3, лица №5 и лица №6 в квартале ... были незаконно вырублены 15 сырорастущих деревьев породы сосна общим объемом 17,15 кубических метров и 33 сырорастущих дерева породы ель общим объемом 53,82 кубических метров, чем государственному лесному фонду причинен материальный ущерб на общую сумму 523043 рубля, что в соответствии с примечанием к ст. 260 УК РФ является особо крупным размером.</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ФИО1 совершил незаконную рубку лесных насаждений, в особо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как руководителя организованной группы, после переработки и сбыта древесины, ранее срубленной без разрешительных документов в квартале ..., и знающего об отсутствии у него необходимого количества деловой древесины хвойных пород для сбыта и переработки, вновь возник умысел на совершение незаконной рубки лесных насаждений. При этом лицо №1, как заместитель директора ООО «...» (&lt;....&gt;), осознавало, что преступная деятельность организованной группы будет замаскирована официальной деятельностью ООО «...», так как одним из видов деятельности Общества было предоставление услуг в области лесозаготовок. Далее лицо №1, осуществляющее руководство организованной группой, в нарушение требований ч.8 ст. , ч.4 ст. , ст. и ст. Лесного кодекса РФ и п.п.3-6,9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дало указание ФИО1, лицу №2, лицу №4 и лицу №3 выехать в лесной массив участка государственного лесного фонда, расположенного в районе д...., где подыскать хвойные породы деревьев, которые по своим качественным характеристикам подходили для сбыта либо для переработки и последующего сбыта, и совершить их незаконную рубку. После чего, участники организованной группы - ФИО1, лицо №2, лицо №4 и лицо №3, действуя совместно и согласованно,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в один из дней в период с ДАТА по ДАТА, на предоставленном им лицом №1 тракторе МТЗ-82, государственный регистрационный знак ..., приехали в лесной массив государственного лесного фонда в квартал ..., где выбрали деревья породы сосна и ель, которые по своим качественным характеристикам подходили для сбыта либо для переработки и последующего сбыта. После чего, при помощи предоставленных им лицом №1 бензопил, лицо №4 и ФИО1, выборочно совершили незаконную рубку 38 сырорастущих деревьев породы сосна и 21 сырорастущего дерева породы ель, лицо №2 обрезало со спиленных стволов верхушки и ветки, а затем ФИО1 распиливал стволы незаконно спиленных деревьев на шестиметровые бревна (сортименты). После подготовки спиленных стволов деревьев породы сосна и ель, лицо №2 привязывало при помощи троса незаконно спиленные стволы деревьев породы сосна и ель к трактору МТЗ-82, под управлением ФИО1 или лица №3, которые в дальнейшем складировали их. По окончании складирования, лицо №3 действуя совместно и согласованно с лицом №1, ФИО1, лицом №4 и лицом №2, в соответствии с отведенной ему ролью, приехал на предоставленной ему лицом №1 лесовозе на базе автомашины УРАЛ с гидроманипулятором и прицепом-роспуском в лесной массив к месту складирования, после чего вывез стволы незаконно срубленных деревьев породы сосна и ель на пилораму в .... В результате совместных преступных действий лица №1, ФИО1, лица №2, лица №4 и лица №3 в квартале ... были незаконно вырублены 38 сырорастущих деревьев породы сосна общим объемом 43,69 кубических метра и 21 сырорастущее дерево породы ель общим объемом 22,91 кубических метров, чем государственному лесному фонду причинен материальный ущерб на общую сумму 513438 рублей, что в соответствии с примечанием к ст. 260 УК РФ является особо крупным размером.</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ФИО1 совершил незаконную рубку лесных насаждений, в особо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как руководителя организованной группы, после переработки и сбыта древесины, ранее срубленной без разрешительных документов в квартале 68 выдел 6 Лыкошинского участкового лесничества, и знающего об отсутствии у него необходимого количества деловой древесины хвойных пород для сбыта и переработки, вновь возник умысел на совершение незаконной рубки лесных насаждений. При этом лицо №1, как заместитель директора ООО «...» (&lt;....&gt;), осознавало, что преступная деятельность организованной группы будет замаскирована официальной деятельностью организации ООО «...», так как одним из видов деятельности Общества было предоставление услуг в области лесозаготовок. Далее лицо №1, являясь руководителем организованной группы, в нарушение требований ч.8 ст. , ч.4 ст. , ст. и ст. Лесного кодекса РФ и п.п.3-6, 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вновь дало указание ФИО1, лицу №2 и лицу №4 выехать в лесной массив государственного лесного фонда в районе д. ..., где подыскать хвойные породы деревьев, которые по своим качественным характеристикам подходили для сбыта либо для переработки и последующего сбыта, и совершить их незаконную рубку, а затем сообщить ему об окончании незаконной рубки для дачи указаний лицу №5 о вывозе незаконно срубленной древесины на лесовозе. После чего, участники организованной группы - ФИО1, лицо №4 и лицо №2, действуя совместно и согласованно,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в отдельные дни в период с ДАТА по ДАТА, на предоставленном им лицом №1 тракторе МТЗ-82, государственный регистрационный знак ..., вновь приехали в лесной массив на территории государственного лесного фонда в квартал ..., где выбрали деревья породы ель, которые по своим качественным характеристикам подходили для сбыта либо для переработки и последующего сбыта. После чего, при помощи предоставленных им лицом №1 бензопил, лицо №4 осуществило незаконную рубку 23 сырорастущих деревьев породы ель, лицо №2 обрезало со спиленных стволов верхушки и ветки, а ФИО1 распиливал стволы незаконно спиленных деревьев на шестиметровые бревна (сортименты). После подготовки спиленных стволов деревьев породы ель, лицо №2 привязывало при помощи троса незаконно спиленные стволы деревьев породы ель к трактору МТЗ-82, под управлением ФИО1, который в дальнейшем складировал их. По окончании складирования, ФИО1 сообщил об этом лицу №1. Далее лицо №1, осуществляющее руководство организованной группой, сообщило участнику организованной группы лицу №5 местонахождение складированных стволов незаконно срубленных деревьев и дало указание выехать в лесной массив с целью их вывозки на пилораму в .... После чего лицо №5, действуя совместно и согласованно с лицом №1, ФИО1, лицом №2 и лицом №4, в соответствии с отведенной ему ролью, осознавая преступный характер своих действий и желая наступления общественно-опасных последствий в виде причинения имущественного вреда государству, приехало на предоставленном ему лицом №1 лесовозе на базе автомашины УРАЛ с гидроманипулятором и прицепом-роспуском в лесной массив к месту складирования, после чего вывез стволы незаконно срубленных деревьев породы ель на пилораму в .... В результате совместных преступных действий лица №1, ФИО1, лица №2, лица №4 и лица №5 в квартале ... были незаконно вырублены 23 сырорастущих дерева породы ель общим объемом 32,75 кубических метров, чем государственному лесному фонду причинен материальный ущерб на общую сумму 234883 рубля, что в соответствии с примечанием к ст. 260 УК РФ является особо крупным размером.</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ФИО1 совершил незаконную рубку лесных насаждений, в особо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как руководителя организованной группы, после переработки и сбыта древесины, ранее срубленной без разрешительных документов в квартале 68 выдел 6 Лыкошинского участкового лесничества, и знающего об отсутствии у него необходимого количества деловой древесины хвойных пород для сбыта и переработки, вновь возник умысел на совершение незаконной рубки лесных насаждений. При этом лицо №1, как заместитель директора ООО «...» (&lt;....&gt;), осознавало, что преступная деятельность организованной группы будет замаскирована официальной деятельностью организации ООО «...», так как одним из видов деятельности Общества было предоставление услуг в области лесозаготовок. Далее лицо №1, являясь руководителем организованной группы, в нарушение требований ч.8 ст. , ч.4 ст. , ст. и ст. Лесного кодекса РФ и п.п.3-6, 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дало указание ФИО1, лицу №4 и лицу №2 выехать в лесной массив государственного лесного фонда в районе д...., где подыскать хвойные породы деревьев, которые по своим качественным характеристикам подходили для сбыта либо для переработки и последующего сбыта и совершить их незаконную рубку, а затем сообщить ему об окончании незаконной рубки для дачи указаний лицу №3 и лицу №5 о вывозе незаконно срубленной древесины на лесовозах. После чего, участники организованной группы - ФИО1, лицо №4 и лицо №2, действуя совместно и согласованно,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в отдельные дни в период с ДАТА по ДАТА, на предоставленном им лицом №1 тракторе МТЗ-82, государственный регистрационный знак ..., приехали в лесной массив государственного лесного фонда в квартал .... После чего, при помощи предоставленных им лицом №1 бензопил, лицо №4 осуществило незаконную рубку 27 сырорастущих деревьев породы сосна и 45 сырорастущих деревьев породы ель, лицо №2 обрезало со спиленных стволов верхушки и ветки, а ФИО1 распиливал стволы незаконно спиленных деревьев на шестиметровые бревна (сортименты). После подготовки спиленных стволов деревьев породы ель и сосна, лицо №2 привязывало при помощи троса незаконно спиленные стволы деревьев породы ель и сосна к трактору МТЗ-82, под управлением ФИО1, который в дальнейшем складировал их. По окончании складирования, ФИО1 сообщил об этом лицу №1. Далее лицо №1, осуществляющее руководство организованной группой, сообщило участникам организованной группы лицу №3 и лицу №5 местонахождение складированных стволов незаконно срубленных деревьев и дало указание выехать в лесной массив с целью их вывозки на пилораму в .... После чего лицо №3 и лицо №5, действуя совместно и согласованно с лицом №1, ФИО1, лицом №4 и лицом №2, осознавая преступный характер своих действий и желая наступления общественно-опасных последствий в виде причинения имущественного вреда государству, в соответствии с отведенными им ролями, приехали на предоставленных им лицом №1 2 лесовозах на базе автомашин УРАЛ с гидроманипулятором и прицепом-роспуском в лесной массив к месту складирования, после чего вывезли стволы незаконно срубленных деревьев породы сосна и ель на пилораму в .... В результате совместных преступных действий лица №1, ФИО1, лица №2, лица №4, лица №3 и лица №5 в ... были незаконно вырублены 27 сырорастущих деревьев породы сосна общим объемом 29,20 кубических метра и 45 сырорастущих деревьев породы ель общим объемом 80,38 кубических метров, чем государственному лесному фонду причинен материальный ущерб на общую сумму 809822 рубля, что в соответствии с примечанием к ст. 260 УК РФ является особо крупным размером.</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ФИО1 совершил незаконную рубку лесных насаждений, в особо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как руководителя организованной группы, после переработки и сбыта древесины, ранее срубленной без разрешительных документов в квартале 68 выдел 3 Лыкошинского участкового лесничества, и знающего об отсутствии у него необходимого количества деловой древесины хвойных пород для сбыта и переработки, вновь возник умысел на совершение незаконной рубки лесных насаждений. При этом лицо №1, как заместитель директора ООО «...» (&lt;....&gt;), осознавало, что преступная деятельность организованной группы будет замаскирована официальной деятельностью ООО «...», так как одним из видов деятельности Общества было предоставление услуг в области лесозаготовок. Далее лицо №1, являясь руководителем организованной группы, в нарушение требований ч.8 ст. , ч.4 ст. , ст. и ст. Лесного кодекса РФ и п.п.3-6, 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дало указание ФИО1, лицу №4 и лицу №2 выехать в лесной массив государственного лесного фонда в районе д...., где подыскать хвойные породы деревьев, которые по своим качественным характеристикам подходили для сбыта либо для переработки и последующего сбыта и совершить их незаконную рубку, а затем сообщить ему об окончании незаконной рубки для дачи указаний лицу №3 и лицу №5 о вывозе незаконно срубленной древесины на лесовозах. После чего, участники организованной группы - ФИО1, лицо №2 и лицо №4, действуя совместно и согласованно,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в один из дней в период с ДАТА по ДАТА, на предоставленном им лицом №1 тракторе МТЗ-82, государственный регистрационный знак ..., приехали в лесной массив государственного лесного фонда в квартал ..., где выбрали деревья породы сосна и ель, которые по своим качественным характеристикам подходили для сбыта либо для последующей переработки и сбыта. После чего, при помощи предоставленных им лицом №1 бензопил лицо №4 и ФИО1 совершили незаконную рубку 18 сырорастущих деревьев породы сосна и 16 сырорастущих деревьев породы ель, лицо №2 обрезало со спиленных стволов верхушки и ветки, а затем ФИО1 и лицо №4 распиливали стволы незаконно спиленных деревьев на шестиметровые бревна (сортименты). После подготовки спиленных стволов деревьев породы сосна и ель, лицо №2 привязывало при помощи троса стволы незаконно спиленных деревьев породы сосна и ель к трактору МТЗ-82, под управлением ФИО1, который в дальнейшем складировал их. По окончании складирования, ФИО1 сообщил об этом лицу №1. Далее лицо №1, осуществляющее руководство организованной группой, сообщило участникам организованной группы лицу №3 и лицу №5 местонахождение складированных стволов незаконно срубленных деревьев и дало указание выехать в лесной массив с целью их вывозки на пилораму в .... После этого лицо №3 и лицо №5, действуя совместно и согласованно с лицом №1, ФИО1, лицом №4 и лицом №2, в соответствии с отведенными им ролями, осознавая преступный характер своих действий и желая наступления общественно-опасных последствий в виде причинения имущественного вреда государству, приехали на предоставленных им лицом №1 двух лесовозах на базе автомашин УРАЛ с гидроманипулятором и прицепом-роспуском в лесной массив к месту складирования, после чего вывезли стволы незаконно срубленных деревьев породы сосна и ель на пилораму в .... В результате совместных преступных действий лица №1, ФИО1, лица №2, лица №4, лица №5 и лица №3 в квартале ... были незаконно вырублены 18 сырорастущих деревьев породы сосна общим объемом 20,79 кубических метра и 16 сырорастущих деревьев породы ель общим объемом 12,36 кубических метров, чем государственному лесному фонду причинен материальный ущерб на общую сумму 509558 рублей, что в соответствии с примечанием к ст. 260 УК РФ является особо крупным размером.</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ФИО1 совершил незаконную рубку лесных насаждений, в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как руководителя организованной группы, после переработки и сбыта древесины, ранее срубленной без разрешительных документов в квартале 21 выдел 35 Лыкошинского участкового лесничества, и знающего об отсутствии у него необходимого количества деловой древесины хвойных пород для сбыта и переработки, вновь возник умысел на совершение незаконной рубки лесных насаждений. При этом лицо №1, как заместитель директора ООО «...» (&lt;....&gt;), осознавало, что преступная деятельность организованной группы будет замаскирована официальной деятельностью ООО «...», так как одним из видов деятельности Общества было предоставление услуг в области лесозаготовок. Далее лицо №1, являясь руководителем организованной группы, в нарушение требований ч.8 ст. , ч.4 ст. , ст. и ст. Лесного кодекса РФ и п.п.3-6, 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дало указание ФИО1 и лицу №2 выехать в лесной массив на территории государственного лесного фонда в районе д...., где подыскать хвойные породы деревьев, которые по своим качественным характеристикам подходили для сбыта либо для переработки и последующего сбыта и совершить их незаконную рубку, а затем сообщить ему об окончании незаконной рубки для дачи указаний лицу №5 о вывозе незаконно срубленной древесины на лесовозах. После чего, участники организованной группы - ФИО1 и лицо №2, действуя совместно и согласованно,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в один из дней в период с ДАТА по ДАТА, на предоставленном им лицом №1 тракторе МТЗ-82, государственный регистрационный знак ..., приехали в лесной массив государственного лесного фонда в квартал ..., где выбрали деревья породы сосна и ель, которые по своим качественным характеристикам подходили для сбыта либо для последующей переработки и сбыта. После чего, при помощи предоставленных им лицом №1 бензопил, ФИО1 совершил незаконную рубку 3 сырорастущих деревьев породы сосна и 8 сырорастущих деревьев породы ель, а лицо №2 обрезало со спиленных стволов верхушки и ветки. Далее ФИО1 распилил стволы незаконно спиленных деревьев на шестиметровые бревна (сортименты). После подготовки спиленных стволов деревьев породы ель и сосна, лицо №2 привязывало при помощи троса стволы незаконно спиленных деревьев породы ель и сосна к трактору МТЗ-82, под управлением ФИО1, который в дальнейшем складировал их. По окончании складирования, ФИО1 сообщил об этом лицу №1. Далее лицо №1, осуществляющее руководство организованной группой, дало указание участнику организованной группы лицу №5 выехать в лесной массив совместно с ФИО1, с целью вывозки незаконно срубленной древесины. После чего ФИО1 на предоставленном ему лицом №1 тракторе МТЗ-82 и лицо №5 на предоставленном ему лицом №1 лесовозе на базе автомашины УРАЛ с гидроманипулятором и прицепом-роспуском приехали в лесной массив к месту складирования стволов незаконно спиленных деревьев породы сосна и ель. После этого лицо №5, действуя совместно и согласованно с лицом №1, ФИО1 и лицом №2, в соответствии с отведенной ему ролью, осознавая преступный характер своих действий и желая наступления общественно-опасных последствий в виде причинения имущественного вреда государству, загрузило и вывезло стволы незаконно срубленных деревьев породы сосна и ель на пилораму в .... В результате совместных преступных действий лица №1, ФИО1, лица №2 и лица №5 в квартале 13 ... были незаконно вырублены 3 сырорастущих дерева породы сосна общим объемом 3,83 кубических метра и 8 сырорастущих деревьев породы ель общим объемом 9,98 кубических метров, чем государственному лесному фонду причинен материальный ущерб на общую сумму 102183 рубля, что в соответствии с примечанием к ст. 260 УК РФ является крупным размером.</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ФИО1 совершил незаконную рубку лесных насаждений, в особо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как руководителя организованной группы, после переработки и сбыта древесины, ранее срубленной без разрешительных документов в квартале ..., и знающего об отсутствии у него необходимого количества деловой древесины хвойных пород для сбыта и переработки, вновь возник умысел на совершение незаконной рубки лесных насаждений. При этом лицо №1, как заместитель директора ООО «...» (&lt;....&gt;), осознавало, что преступная деятельность организованной группы будет замаскирована официальной деятельностью ООО «...», так как одним из видов деятельности Общества было предоставление услуг в области лесозаготовок. Далее лицо №1, являясь руководителем организованной группы, в нарушение требований ч.8 ст. , ч.4 ст. , ст. и ст. Лесного кодекса РФ и п.п.3-6, 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дало указание ФИО1, лицу №2 и лицу №3 выехать в лесной массив на территории государственного лесного фонда в районе ..., где подыскать хвойные породы деревьев, которые по своим качественным характеристикам подходили для сбыта либо для переработки и последующего сбыта и совершить их незаконную рубку, а затем сообщить ему об окончании незаконной рубки для дачи указаний лицу №5 о вывозе незаконно срубленной древесины на лесовозах. После чего, участники организованной группы - ФИО1, лицо №2 и лицо №3, действуя совместно и согласованно, осознавая, что каждый из них несет равную ответственность за конечный результат преступления, а также преступный характер своих действий, предвидя и желая наступления общественно-опасных последствий в виде причинения имущественного вреда государству, в один из дней в период с ДАТА по ДАТА, на предоставленном им лицом №1 тракторе МТЗ-82, государственный регистрационный знак ..., приехали в лесной массив государственного лесного фонда в квартал ..., где выбрали деревья породы сосна, которые по своим качественным характеристикам подходили для сбыта либо для последующей переработки и сбыта. После чего, при помощи предоставленных им лицом №1 бензопил, ФИО1 совершил незаконную рубку 11 сырорастущих деревьев породы сосна, лицо №2 обрезало со спиленных стволов верхушки и ветки. Далее ФИО1 распилил стволы незаконно спиленных деревьев на шестиметровые бревна (сортименты). После подготовки спиленных стволов деревьев породы ель лицо №2 привязалл при помощи троса незаконно спиленные стволы деревьев породы сосна к трактору МТЗ-82, под управлением лица №3, которое в дальнейшем складировало их. По окончании складирования, ФИО1 сообщил об этом лицу №1. Далее лицо №..., осуществляющее руководство организованной группой, сообщило участнику организованной группы лицу №5 местонахождение складированных стволов незаконно срубленных деревьев и дало указание выехать в лесной массив с целью их вывозки на пилораму в .... После чего лицо №5, действуя совместно и согласованно с лицом №1, ФИО1, лицом №2 и лицом №3, в соответствии с отведенной ему ролью, осознавая преступный характер своих действий и желая наступления общественно-опасных последствий в виде причинения имущественного вреда государству, приехало на предоставленном ему лицом №1 лесовозе на базе автомашины УРАЛ с гидроманипулятором и прицепом-роспуском в лесной массив к месту складирования, после чего вывезло стволы незаконно срубленных деревьев породы сосна на пилораму в .... В результате совместных преступных действий лица №1, ФИО1, лица №2, лица №3 и лица №5 в квартале ... были незаконно вырублены 11 сырорастущих деревьев породы сосна общим объемом 12,95 кубических метра, чем государственному лесному фонду причинен материальный ущерб на общую сумму 103483 рубля, что в соответствии с примечанием к ст. 260 УК РФ является крупным размером.</w:t>
      </w:r>
    </w:p>
    <w:p>
      <w:pPr>
        <w:pStyle w:val="Heading3"/>
      </w:pPr>
      <w:r>
        <w:rPr>
          <w:rFonts w:ascii="Times New Roman" w:hAnsi="Times New Roman" w:eastAsia="Times New Roman" w:cs="Times New Roman"/>
          <w:b/>
          <w:i w:val="0"/>
          <w:sz w:val="22"/>
        </w:rPr>
        <w:t>Пункт 21. Выводы</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ФИО1 совершил незаконную рубку лесных насаждений, в особо крупном размере, организованной группой, при следующих обстоятельствах: В период времени с ДАТА по ДАТА, более точное время следствием не установлено, у лица №1, как руководителя организованной группы, после переработки и сбыта древесины, ранее срубленной без разрешительных документов в квартале 22 выдел 10 Лыкошинского участкового лесничества, и знающего об отсутствии у него необходимого количества деловой древесины хвойных пород для сбыта и переработки, вновь возник умысел на совершение незаконной рубки лесных насаждений. При этом лицо №1, как заместитель директора ООО «...» (&lt;....&gt;), осознавало, что преступная деятельность организованной группы будет замаскирована официальной деятельностью ООО «...», так как одним из видов деятельности Общества было предоставление услуг в области лесозаготовок. Далее лицо №1, являясь руководителем организованной группы, в нарушение требований ч.8 ст. , ч.4 ст. , ст. и ст. Лесного кодекса РФ и п.п.3-6, 9 «Правил заготовки древесины», утвержденных Приказом Рослесхоза от 01.08.2011 №337, не получив в пользование соответствующие участки государственного лесного фонда для проведения на них работ по заготовке древесины, не имея полномочий по владению и пользованию данным земельным участком, действуя умышленно, то есть осознавая общественную опасность своих действий, предвидя неизбежность наступления общественно опасных последствий в виде вырубки леса в пределах государственного лесного фонда и желая их наступления, руководствуясь корыстным мотивом, выражающимся в желании получить имущественную выгоду от реализации полученного в результате переработки леса пиломатериала, вновь дало указание ФИО1, лицу №2 и лицу №6 выехать в лесной массив на территории государственного лесного фонда в районе ..., где подыскать хвойные породы деревьев, которые по своим качественным характеристикам подходили для сбыта либо для переработки и последующего сбыта и совершить их незаконную рубку, а затем сообщить ему об окончании незаконной рубки для дачи указаний лицу №5 о вывозе незаконно срубленной древесины на лесовозах. После чего, участники организованной группы - ФИО1, лицо №2 и лицо №6, действуя совместно и согласованно, осознавая, что каждый из них несет равную ответственность за конечный результат преступления, а также преступный характер своих действий, предвидели и желали наступления общественно-опасных последствий в виде причинения имущественного вреда государству, в один из дней в период с ДАТА по ДАТА, на предоставленном им лицом №1 тракторе МТЗ-82, государственный регистрационный знак ..., приехали в лесной массив государственного лесного фонда в квартал ..., где выбрали деревья породы сосна и породы ель, которые по своим качественным характеристикам подходили для сбыта либо для последующей переработки и сбыта. После чего, при помощи предоставленной им лицом №1 бензопил, ФИО1 и лицо №6 совершили незаконную рубку 3 сырорастущих деревьев породы сосна и 6 сырорастущих деревьев породы ель, а лицо №2 обрезало со спиленных стволов верхушки и ветки. Далее ФИО1 распилил стволы незаконно спиленных деревьев на шестиметровые бревна (сортименты). После подготовки спиленных стволов деревьев породы сосна и ель лицо №2 привязало при помощи троса незаконно спиленные стволы деревьев породы сосна и ель к трактору МТЗ-82, под управлением ФИО1, который в дальнейшем складировал их. По окончании складирования, ФИО1 сообщил об этом лицу №1. Далее лицо №1, осуществляющее руководство организованной группой, сообщило участнику организованной группы лицу №5 местонахождение складированных стволов незаконно срубленных деревьев и дало указание выехать в лесной массив с целью их вывозки на пилораму в .... После чего лицо №5, действуя совместно и согласованно с лицом №1, ФИО1, лицом №2 и лицом №6, в соответствии с отведенной ему ролью, осознавая преступный характер своих действий и желая наступления общественно-опасных последствий в виде причинения имущественного вреда государству, приехало на предоставленном ему лицом №1 лесовозе на базе автомашины УРАЛ с гидроманипулятором и прицепом-роспуском в лесной массив к месту складирования, после чего вывезло незаконно заготовленные стволы деревьев породы сосна и ель на пилораму в .... В результате совместных преступных действий лица №1, ФИО1, лица №2, лица №5 и лица №6 в квартале ... были незаконно вырублены 3 сырорастущих дерева породы сосна общим объемом 2,96 кубических метра и 6 сырорастущих деревьев породы ель общим объемом 7,20 кубических метра, чем государственному лесному фонду причинен материальный ущерб на общую сумму 75291 рубль, что в соответствии с примечанием к ст. 260 УК РФ является крупным размером. ГКУ «... лесничество ...», ... отделом лесного хозяйства ГКУ «... лесничество ...» в лице представителей ФИО11 и ФИО2 заявлены гражданские иски о возмещении материального ущерба, причиненного преступлением, на общую сумму 14826204 рубля. Настоящее уголовное дело поступило в суд с представлением прокурора об особом порядке проведения судебного заседания и вынесения судебного решения в связи с заключением с обвиняемым ФИО1 досудебного соглашения о сотрудничестве. Все предусмотренные уголовно-процессуальным законом условия, при которых суд применяет особый порядок проведения судебного разбирательства, по данному делу соблюдены. Судом установлено, что досудебное соглашение заключено с ФИО1 добровольно и при участии защитника. Представление прокурора соответствует требованиям ст. 317.5 УПК РФ , в нем указано о соблюдении обвиняемым условий и полном выполнении обязательств, предусмотренных соглашением о сотрудничестве, приведены конкретные данные, характер и пределы содействия ФИО1 следствию, а также значение сотрудничества с обвиняемым для раскрытия и расследования преступлений, установления всех обстоятельств совершенных им деяний. В ходе судебного разбирательства государственный обвинитель подтвердил активное содействие обвиняемого следствию в раскрытии и расследовании преступлений и выполнении взятых на себя обязательств, при этом конкретно пояснил и раскрыл значение и пределы этого сотрудничества. Подсудимый с предъявленным обвинением полностью согласился, подтвердил, что досудебное соглашение о сотрудничестве заключено им добровольно и с участием защитника, и он осознает последствия постановления приговора без проведения судебного разбирательства. Представители потерпевших не возразили против рассмотрения дела и постановления приговора в особом порядке. Согласно условиям заключенного с ФИО1 досудебного соглашения о сотрудничестве (т.12 л.д.110-111), последний обязался: полностью признать свою вину в совершенных им преступлениях; дать изобличающие его и других соучастников показания о совершении иных преступлений на территории ...; поддерживать данные им показания на предварительном следствии и в суде, а также при проведении очных ставок с соучастниками по уголовному делу. В целях реализации положений досудебного соглашения ФИО1 взятые на себя обязательства выполнил, что подтверждается следующими действиями. Так, на досудебной стадии производства по делу ФИО1 активно способствовал раскрытию и расследованию преступлений, изобличению и уголовному преследованию других соучастников преступлений, в ходе допросов не только признал вину по инкриминируемым ему преступлениям, но и сообщил об обстоятельствах, подлежащих доказыванию в рамках данного уголовного дела, рассказал о том, каким образом, при каких обстоятельствах и кем были совершены преступления. Таким образом, суд приходит к выводу, что условия заключенного с обвиняемым ФИО1 досудебного соглашения выполнены в полном объеме. Принимая во внимание вышеизложенное, а также соблюдение сторонами досудебного соглашения о сотрудничестве всех требований к процедуре его заключения, суд считает возможным рассмотреть данное дело и принять решение в особом порядке. Учитывая, что предъявленное ФИО1 обвинение обоснованно и подтверждается собранными по делу доказательствами, его действиям дана правильная юридическая оценка, суд квалифицирует совершенные им преступления по ч.3 ст. 260 УК РФ (двадцать одно преступление), как двадцать одну незаконную рубку лесных насаждений в крупном и особо крупном размере, организованной группой. При этом, принимая во внимание, что на момент совершения ФИО1 первых четырнадцати преступлений (до ДАТА) действовала редакция ч.3 ст. 260 УК РФ , улучшающая его положение, поскольку предусматривала более мягкое наказание по сравнению с санкцией действующей редакции уголовного закона, его действия подлежат квалификации по ч.3 ст. 260 УК РФ (четырнадцать преступлений) в редакции Федерального Закона РФ от 07.03.2011 №26-ФЗ и по ч.3 ст. 260 УК РФ (семь преступлений) в редакции Федерального закона РФ от 21.07.2014 №277-ФЗ. При назначении ФИО1 наказания, суд в соответствии со ст.ст. и 60 УК РФ учитывает характер и степень общественной опасности совершенных им преступлений, данные о личности виновного и влияние назначаемого наказания на его исправление и условия его жизни. В качестве обстоятельств, смягчающих наказание ФИО1, в соответствии со ст. 61 УК РФ суд учитывает полное признание своей вины и раскаяние в содеянном, активное способствование раскрытию и расследованию преступлений, изобличению и уголовному преследованию других соучастников преступлений, факт заключения досудебного соглашения о сотрудничестве, нахождение на иждивении малолетних детей. Обстоятельством, отягчающим наказание ФИО1, в соответствии с п.«б» ч.2 ст. 18 УК РФ является опасный рецидив преступлений, поскольку он совершил тяжкие преступления, имея непогашенную судимость за ранее совершенное особо тяжкое преступление, за которое был осужден к реальному лишению свободы. При этом, первые четыре преступления он совершил в период срока условно-досрочного освобождения. Кроме того, при назначении наказания суд учитывает обстоятельства, характеризующие личность подсудимого, который на учете у врача нарколога и психиатра не состоит; по месту содержания под стражей характеризуются положительно. Исходя из принципов справедливости, соразмерности и индивидуализации наказания, а также принимая во внимание обстоятельства и тяжесть совершенных преступлений, данные о личности и возраст подсудимого, состояние здоровья, семейное и материальное положение, наличие смягчающих и отягчающих наказание обстоятельств, совершение четырех преступлений в период условно-досрочного освобождения (с ДАТА по ДАТА), мнение представителя потерпевшего, суд приходит к выводу, что в целях исправления и предупреждения совершения новых преступлений подсудимому необходимо назначить за каждое преступление наказание в виде лишения свободы без применения дополнительных видов наказания в виде штрафа и лишения права занимать определенные должности или заниматься определенной деятельностью. С учетом конкретных обстоятельств дела, размера причиненного материального ущерба оснований для применения ст. 64 УК РФ и ст. 73 УК РФ , а также для изменения категории совершенных преступлений в соответствии с ч.6 ст. 15 УК РФ , не имеется. Принимая во внимание недостаточность исправительного воздействия предыдущего наказания, поскольку непосредственно после освобождения от отбытия наказания за совершенное им особо тяжкое преступление, ФИО1 продолжил преступную деятельность, совершил ряд тяжких преступлений в период срока условно-досрочного освобождения и ряд тяжких преступлений по окончании срока условно-досрочного освобождения, у суда отсутствуют основания для применения положений ч.3 ст. 68 УК РФ . Учитывая, что первые четыре преступления совершены ФИО1 в период условно-досрочного освобождения от наказания по приговору суда от 12.07.2011, окончательное наказание подлежит назначению с применением положений ч.7 ст. 79 УК РФ . При назначении вида исправительного учреждения суд учитывает требования п.«в» ч.1 ст. 58 УК РФ . Поскольку выделенные в отдельное производство уголовные дела не завершены, вопрос о вещественных доказательствах в соответствии с частью 3 статьи 81 УПК РФ не подлежит разрешению в данном судебном разбирательстве. Согласно п.1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Учитывая, что по данному уголовному делу соучастниками преступлений являются также иные лица, которые несут солидарную ответственность за причиненный вред и уголовные дела в отношении них выделены в отдельные производства, при таких обстоятельствах суд лишен возможности принять решение по существу в данном судебном заседании по заявленным исковым требованиям, в связи с чем оставляет за гражданскими истцами право на обращение в суд в порядке гражданского судопроизводства. В соответствии с ч.10 ст. 316 УПК РФ процессуальные издержки по делу, выразившиеся в выплате вознаграждения защитнику Гусова А.К. за защиту интересов обвиняемого ФИО1 на предварительном следствии в сумме 32348 (тридцать две тысячи триста сорок восемь) рублей и судебные расходы (проживание в гостинице во время следственных действий) 8000 (восемь тысяч) рублей взысканию с подсудимого не подлежат. На основании изложенного и руководствуясь ст. 317.7 УПК РФ , суд приговорил: Признать ФИО1 виновным в совершении четырнадцати преступлений, предусмотренных ч.3 ст. 260 УК РФ , в редакции Федерального Закона от 07.03.2011 №26-ФЗ, и в совершении семи преступлений, предусмотренных ч.3 ст. 260 УК РФ , в редакции Федерального Закона от 21.07.2014 №277-ФЗ, и назначить ему наказание по четырнадцати преступлениям, предусмотренным ч.3 ст. 260 УК РФ в редакции 2011 года, в виде лишения свободы сроком на 2 (два) года 3 (три) месяца без лишения права занимать определенные должности или заниматься определенной деятельностью за каждое преступление; по семи преступлениям, предусмотренным ч.3 ст. 260 УК РФ в редакции 2014 года, - в виде лишения свободы сроком на 2 (два) года 4 (четыре) месяца без штрафа и без лишения права занимать определенные должности или заниматься определенной деятельностью за каждое преступление. На основании ч.3 ст. 69 УК РФ путем частичного сложения назначенных наказаний назначить наказание в виде лишения свободы сроком на 3 (три) года 6 (шесть) месяцев без штрафа и без лишения права занимать определенные должности или заниматься определенной деятельностью. В соответствии с ч.5 ст. 69 УК РФ указанное наказание сложить частично с наказанием, назначенным по приговору Бологовского городского суда от 28.05.2015, и назначить наказание в виде лишения свободы сроком на 3 (три) года 09 (девять) месяцев без штрафа и без лишения права занимать определенные должности или заниматься определенной деятельностью. Согласно п.«в» ч.7 ст. 79 УК РФ отменить условно-досрочное освобождение по приговору Бологовского городского суда от 12.07.2011 и на основании ст. 70 УК РФ к назначенному наказанию частично присоединить неотбытую часть наказания, окончательно назначить наказание в виде лишения свободы сроком на 4 (четыре) года без штрафа и без лишения права занимать определенные должности или заниматься определенной деятельностью с отбыванием наказания в исправительной колонии строгого режима. Меру пресечения ФИО1 оставить прежнюю - заключение под стражей. Срок наказания исчислять с 16 августа 2017 года, зачесть в срок отбытия наказания наказание, отбытое по приговору Бологовского городского суда от 28 мая 2015 года и срок содержания под стражей в порядке меры пресечения по настоящему делу, с 28 мая 2015 года до 16 августа 2017 года. Заявленные ГКУ «... лесничество ...», ... отделом лесного хозяйства ГКУ «... лесничество ...» в лице представителей ФИО11, ФИО2 гражданские иски о возмещении материального ущерба, причиненного преступлением, на общую сумму 14826204 рубля, оставить без рассмотрения, сохранив за потерпевшими право на обращение с иском в суд в порядке гражданского судопроизводства. Процессуальные издержки по делу, выразившиеся в выплате вознаграждения защитнику Гусову А.К. за защиту интересов обвиняемого ФИО1 на предварительном следствии в сумме 32348 (тридцать две тысячи триста сорок восемь) рублей и судебные расходы (проживание в гостинице во время следственных действий) 8000 (восемь тысяч) рублей, отнести на счет средств федерального бюджета РФ. Приговор может быть обжалован в апелляционном порядке в Тверской областной суд в течение 10 суток со дня его провозглашения через Бологовский городской суд, а осужденным, содержащимся под стражей, в тот же срок со дня вручения копии приговора, с соблюдением требований ст. 317.7 УПК РФ , то есть не может быть обжалован по мотивам несоответствия выводов суда, изложенных в приговоре, фактическим обстоятельствам уголовного дела, установленным судом.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Ю.В.Дьяконова Суд: Бологовский городской суд (Тверская область) (подробнее) Судьи дела: Дьяконова Ю.В. (судья) (подробнее) Последние документы по делу: Приговор от 26 сентября 2017 г. по делу № 1-119/2017 Приговор от 15 августа 2017 г. по делу № 1-119/2017 Приговор от 10 августа 2017 г. по делу № 1-119/2017 Приговор от 2 августа 2017 г. по делу № 1-119/2017 Приговор от 10 июля 2017 г. по делу № 1-119/2017 Приговор от 27 июня 2017 г. по делу № 1-119/2017 Приговор от 20 июня 2017 г. по делу № 1-119/2017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