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февраля 2018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незаконным и отменить постановление администрации АДРЕС от ДАТА №_________ «О снятии с учета граждан в качестве нуждающихся в жилых помещениях, предоставляемых по договорам социального найма», в части, касающейся административного истца, ФИО1</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Обязать администрацию АДРЕС восстановить ФИО1 (с учетом членов его семьи: жены ФИО3 и дочери ФИО4, ДАТА года рождения), на учет в качестве нуждающихся в жилом помещении, предоставляемом по договору социального найма, с установлением ему очереди, которая у него была бы на настоящий момент, если бы данное постановление администрации АДРЕС №_________ не было вынесено ДАТА.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Признать незаконным и отменить постановление администрации АДРЕС от ДАТА №_________ «Об исключении ФИО2, ФИО1 из состава участников подпрограммы «Выполнение государственных обязательств по обеспечению жильем категорий граждан, установленных федеральным законодательством» федеральной целевой программы «Жилище» на 2015 - 2020 годы», в части, касающейся административного истца, ФИО1, и соответствующее решение жилищной комиссии администрации АДРЕС от ДАТА, (протокол заседания жилищной комиссии администрации города №_________).</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Обязать администрацию АДРЕС восстановить ФИО1 в составе участников подпрограммы «Выполнение государственных обязательств по обеспечению жильем категорий граждан, установленных федеральным законодательством» федеральной целевой программы «Жилище» на 2015 - 2020 годы».</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Обязать администрацию АДРЕС внести исправление в постановление администрации АДРЕС от ДАТА №_________ «О принятии ФИО2, ФИО1, ФИО5, ФИО6 на учет граждан в качестве нуждающихся в жилых помещениях, предоставляемых по договорам социального найма», в части, касающейся ФИО2: после слов «к категории граждан, выехавших добровольно из зоны» слова «проживания с правом на отселение» заменить на слово «отселения».</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Обязать администрацию АДРЕС внести исправление в постановление администрации АДРЕС от ДАТА №_________ «О принятии ФИО2, ФИО8, ФИО5, ФИО6, ФИО7 в состав участников подпрограммы «Выполнение государственных обязательств по обеспечению жильем категорий граждан, установленных федеральным законодательством» федеральной целевой программы «Жилище» на 2011 - 2015 годы», в части, касающейся ФИО1: после слов «к категории граждан, выехавших добровольно из зоны» слова «проживания с правом на отселение» заменить на слово «отселения», а также о взыскании судебных расходов.</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Взыскать с административного ответчика администрации АДРЕС в пользу административного истца 300 рублей - понесенные расходы по уплате государственной пошлины за подачу в суд настоящего административного искового заявления.</w:t>
      </w:r>
    </w:p>
    <w:p>
      <w:pPr>
        <w:pStyle w:val="Heading3"/>
      </w:pPr>
      <w:r>
        <w:rPr>
          <w:rFonts w:ascii="Times New Roman" w:hAnsi="Times New Roman" w:eastAsia="Times New Roman" w:cs="Times New Roman"/>
          <w:b/>
          <w:i w:val="0"/>
          <w:sz w:val="22"/>
        </w:rPr>
        <w:t>Пункт 8. Выводы</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Истребовать у административного ответчика администрации АДРЕС протоколы заседаний жилищной комиссии администрации АДРЕС: от ДАТА №_________, от ДАТА №_________, от ДАТА №_________, от ДАТА №_________ - для того, чтобы в судебном заседании по рассмотрению настоящего административного дела была обеспечена возможность исследования того, каким образом жилищной комиссией администрации АДРЕС происходила оценка принадлежащих административному истцу прав на меры социальной поддержки, предусмотренных Законом Российской Федерации от ДАТА №_________ «О социальной защите граждан, подвергшихся воздействию радиации вследствие катастрофы на Чернобыльской АЭС». В судебном заседании административный истец ФИО1 поддержал заявленные требования по изложенным в административном иске основаниям. Его представитель по доверенности ФИО23 в судебном заседании заявленные требования поддержал и просил их удовлетворить по основаниям, изложенным в административном иске, дополнительно пояснил что истец проживал в зоне отселения с момента рождения. Воспользоваться своим правом ФИО10 пытается впервые, поскольку был в недееспособном возрасте когда его родители получали квартиру и не мог выразить свое мнение. Представитель административного ответчика - администрации г. Котовска по доверенности ФИО11 в судебном заседании возражала против требований административного иска по основаниям, изложенным в письменном отзыве и дополнении согласно которым, ДАТА ФИО1 обратился в администрацию города с заявлением о принятии его на учет в качестве нуждающегося в жилых помещениях по категории граждан добровольно выехавших из зоны отселения вследствие катастрофы на Чернобыльской АЭС. К заявлению были приложены необходимые документы для его подачи. Согласно удостоверению серия АЗ №_________, выданному ДАТА, ФИО1 проживал в АДРЕС с 1987 года по 1990 год и выехал добровольно из зоны отселения. После рассмотрения заявления ФИО1 от ДАТА и приложенных к нему документов, на основании протокола жилищной комиссии №_________ от ДАТА постановлением администрации города №_________ от ДАТА ФИО1 был принят на учет в качестве нуждающегося в жилом помещении, предоставляемом по договору социального найма, составом семьи из 1 человека, относящийся в соответствии с Законом от ДАТА №_________ к категории граждан, выехавших добровольно на новое место жительства из зоны проживания с правом на отселение в 1986 году и в последующие годы. На основании заявления ФИО1 от ДАТА администрация города постановлением№_________ от ДАТА приняла ФИО8 в состав участников подпрограммы «Выполнение государственных обязательств по обеспечению жильем категорий граждан, установленных федеральным законодательством» федеральной целевой программы «Жилище» на 2011–2015 годы, составом семьи из 1 человека, как относящегося в соответствии с Законом от ДАТА №_________ к категории граждан, выехавших добровольно на новое место жительства из зоны проживания с правом на отселение в 1986 году и в последующие годы. Пунктом 24 Правил в целях организации работы по выдаче сертификатов в планируемом году были сформированы списки граждан, изъявивших желание получить сертификат в планируемом году. Для включения в такой список гражданин - участник подпрограммы в период с 1 января по 1 июля года, предшествующего планируемому, представляет в орган местного самоуправления, в котором находится его учетное дело, заявление о выделении сертификата в планируемом году. Во исполнение указанного требования ФИО1 предоставлял в администрацию города заявления от ДАТА, от ДАТА о выдаче государственного жилищного сертификата по форме приложения №_________ к Правилам. В соответствии со статьями 10, 11 Закона №342-З орган местного самоуправления, осуществляющий учет, целях подтверждения права граждан состоять на учете в качестве нуждающихся в жилых помещениях, предоставляемых по договорам социального найма, ежегодно проводит перерегистрацию граждан, и граждане подтверждают сведения, на основании которых поставлены на учет. Актуализация данных осуществляется органом местного самоуправления посредством обмена информацией с соответствующими организациями и направления состоящим на учете гражданам запросов для устранения неопределенностей, возникающих в процессе получения информации. С 10.01.2016 года Закон Тамбовской области №342-З утратил силу и правоотношения по учету граждан в качестве нуждающихся в жилых помещениях, регулируются Законом Тамбовской области от 28.12.2015 года № 613-З «О реализации жилищных прав отдельных категорий граждан, проживающих на территории Тамбовской области». На заседании жилищной комиссии города ДАТА в соответствии с п. 6 ч. 1 ст. 13 указанного Закона №613-З был выявлен факт неправомерных действий должностных лиц жилищной комиссии администрации города при принятии ФИО1 на учет в качестве нуждающегося в жилом помещении. Жилищная комиссия выявила 2 основания для снятия с учета: 1) С учетом разъяснений Министерства строительства и жилищно-коммунального хозяйства РФ, изложенных в письме от 05.12.2014 №АЗ/04-1420, предоставление государственных жилищных сертификатов гражданам (за исключением граждан, указанных в п. 6 ч. 1 ст. Закона РФ от 15.05.1991 №1244-1), переселившимся в период с 30 июня 1986 года по 1 января 1994 года на постоянное место жительства в зону проживания с правом на отселение, а также родившимся в данной зоне в указанный период, может осуществляться только после достижения ими пенсионного возраста с учетом его уменьшения в соответствии со ст.ст. , и Закона Российской Федерации от 15.05.1991 года №1244-1. Следовательно, Закон от 15.05.1991 года №1244-1 исключает возможность обеспечения добровольно выехавших из зоны отселения нуждающихся в улучшении жилищных условий жилой площадью в размерах и порядке, которые установлены Постановлением от 21.03.2006 № 153, если они не достигли пенсионного возраста. 2) Согласно договору на передачу квартир (домов) в собственность граждан от ДАТА родители ФИО1 приватизировали АДРЕС, общей площадью 63,8 кв.м., в том числе жилой 39,0 кв.м. Согласно ордеру на указанную АДРЕС от ДАТА, выданному исполнительным комитетом Котовского городского Совета народных депутатов, АДРЕС состоит из 3-х комнат, имеет жилую площадь 39 кв.м. и была предоставлена на 4-х человек: ФИО15 (отец), ФИО12 (жена), ФИО8 (сын) и ФИО17 (сын). При подаче в администрацию города документов для постановки на учет ФИО8 не скрывал факт, что указанную квартиру их семья получила после переезда в 1990 году из АДРЕС в Котовск в соответствии с Законом от 15.05.1991 №1244-1. В соответствии с действовавшей до ДАТА редакцией Закона от 15.05.1991 №1244-1 гражданам, переселенным (переселяемым) из зоны отселения, п. 7 ст. Закона от 15.05.1991 года №1244-1 гарантировалось одноразовое внеочередное обеспечение благоустроенной жилой площадью в домах государственного и муниципального жилищного фонда, жилыми помещениями в домах, принадлежащих колхозам, совхозам и другим сельскохозяйственным предприятиям, или внеочередное приобретение квартир в домах государственного или общественного фонда, а также внеочередное вступление в жилищные или в жилищно-строительные кооперативы по новому месту жительства. В настоящее время п.7 ст. Закона от 15.05.1991 года №1244-1 гарантирует обеспечение нуждающихся в улучшении жилищных условий жилой площадью в размерах и в порядке, которые установлены Правительством РФ, 1 раз. В соответствии с п. 11 Постановления от 21.03.2006 года № 153, право на улучшение жилищных условий с использованием социальной выплаты, удостоверяемой сертификатом, предоставляется только 1 раз. Учитывая, что федеральное законодательство предусмотрело, гражданин может воспользоваться гарантированной п. 7 ст. Закона от 15.05.1991 года №1244-1 льготой только один раз, и ФИО1 уже воспользовался ею в ДАТА так как на него также предоставлялась жилая площадь в размере не менее 9 кв.м., комиссия также посчитала данный факт основанием для снятия с учета. На основании вышеизложенного, в соответствии с Законом от 15.05.1991 №1244-1, Постановлением от ДАТА №_________ и Законом №613-З администрация города постановлением от ДАТА №_________ исключила ФИО1 из состава участников подпрограммы «Выполнение государственных обязательств по обеспечению жильем категорий граждан, установленных федеральным законодательством» федеральной целевой программы «Жилище» на 2015–2020 годы по причине отсутствия у него оснований для участия в подпрограмме. В связи с данным постановлением администрации города от ДАТА №_________ ФИО1 был снят с учета в качестве нуждающегося в жилых помещениях, предоставляемых по договорам социального найма. Статьей Жилищного кодекса РСФСР в редакции с ДАТА по ДАТА установлено, что гражданам жилое помещение предоставляется вне очереди в случаях, предусмотренных законодательством Союза ССР и РСФСР. Согласно действовавшей до 05.08.1992 редакции Закона от 15.05.1991 №1244-1 гражданам, переселенным (переселяемым) из зоны отселения, пунктом 7 статьи Закона от 15.05.1991 №1244-1 гарантировалось внеочередное обеспечение благоустроенной жилой площадью в домах государственного и муниципального жилищного фонда, жилыми помещениями в домах, принадлежащих колхозам, совхозам и другим сельскохозяйственным предприятиям, или внеочередное приобретение квартир в домах государственного или общественного фонда, а также внеочередное вступление в жилищные или в жилищно-строительные кооперативы по новому месту жительства. Согласно ст.ст. , ЖК РСФСР учет граждан, нуждающихся в улучшении жилищных условий, осуществляется, как правило, по месту жительства в исполнительном комитете районного, городского, районного в городе, поселкового, сельского Совета народных депутатов. Учет нуждающихся в улучшении жилищных условий граждан, работающих на предприятиях, в учреждениях, организациях, имеющих жилищный фонд и ведущих жилищное строительство или принимающих долевое участие в жилищном строительстве, осуществляется по месту работы, а по их желанию - также и по месту жительства. Порядок учета граждан, нуждающихся в улучшении жилищных условий, а также определения очередности предоставления гражданам жилых помещений устанавливается законодательством Союза ССР, настоящим Кодексом и другим законодательством РСФСР. Согласно п. 42 Правил учета граждан, нуждающихся в улучшении жилищных условий и предоставления жилых помещений в Тамбовской области, утвержденных постановлением исполнительного комитета Тамбовского областного Совета народных депутатов и президиума Тамбовского областного совета профессиональных союзов от 30.09.1984 года №157 (с изменениями от 14.05.1986 №80) жилое помещение предоставляется гражданам на одного человека в размере не менее 9 квадратных метров и не более установленной нормы жилой площади в РСФСР - 12 квадратных метров. Ордер на указанную квартиру был выдан на основании решения Исполнительного комитета Котовского городского Совета народных депутатов №_________ от ДАТА, который &lt;данные изъяты&gt; утвердил совместное решение администрации и профкома Котовского &lt;данные изъяты&gt; о распределении жилья и выдал ФИО15 ордер на 3-х комнатную изолированную АДРЕС, жилой площадью 39 кв.м. состав семьи 4 чел. Таким образом, на учет члены семьи ФИО24 встали на предприятии &lt;данные изъяты&gt; по месту работы отца – ФИО15. АДРЕС согласно ордеру на квартиру и решению исполкома составляла 39 кв.м., то есть соответствовала минимальной норме жилой площади на одного человека в размере не менее 9 квадратных метров, установленной постановлением исполнительного комитета АДРЕС Совета народных депутатов и президиума АДРЕС совета профессиональных союзов №_________ от ДАТА. Поскольку ФИО1 подавал заявление о постановке на учет в качестве нуждающегося в жилых помещениях относящийся к категории малоимущих граждан, а по категории граждан добровольно выехавших из зоны отселения вследствие катастрофы на Чернобыльской АЭС и к заявлению приложил копию удостоверения выехавшего добровольно из зоны отселения и документы, подтверждающие его нуждаемость, принимая во внимание однократность реализации права на льготу, предусмотренную п. 7 ст.17 Закона от ДАТА №_________, у администрации города имелись все основания для снятия его с учета, так как он был поставлен на учет и принят в состав участников программы незаконно. В административном исковом заявлении ФИО1 оспаривает и просит признать незаконными и отменить постановления администрации города от ДАТА №_________ и №_________. Своими действиями администрация города не нарушила установленный федеральными и региональными нормативными правовыми актами порядок постановки и снятия с учета граждан в качестве нуждающийся в жилых помещениях, предоставляемых по договору найма, и порядок принятия и исключения граждан в состав участников подпрограммы «Выполнение государственных обязательств по обеспечению жильем категорий граждан, установленных федеральным законодательством» федеральной целевой программы «Жилище» на 2011–2015 годы. Учитывая письмо Министерства строительства и жилищно-коммунального хозяйства РФ от 05.12.2014 года №АЗ/04-1420, а так же тот факт, что ФИО1 уже однажды реализовал свое право на льготу, предусмотренную п. 7 ст. 17 Закона от ДАТА №_________, администрация города не нарушила права, свободы и законные интересы ФИО1, исключив постановлением администрации города от ДАТА №_________ ФИО1 из состава участников подпрограммы «Выполнение государственных обязательств по обеспечению жильем категорий граждан, установленных федеральным законодательством» федеральной целевой программы «Жилище» на 2015–2020 годы по причине отсутствия у него оснований для участия в подпрограмме, а также сняв постановлением администрации города от ДАТА №_________ с учета в качестве нуждающихся в жилых помещениях, предоставляемых по договорам социального найма по причине неправомерных действий должностных лиц органа, осуществляющего принятие на учет, при решении вопроса о принятии на учет. Учитывая, что пунктом 7 статьи Закона от 15.05.1991 №1244-1 предусматривается однократность предоставления указанной льготы, постановления администрации города от ДАТА №_________, №_________ соответствуют нормативным правовым актам, регулирующим спорные отношения. Судом были истребованы у административного ответчика администрации города Котовска Тамбовской области протоколы заседаний жилищной комиссии администрации города Котовска: №_________от ДАТА, №_________ от ДАТА, №_________ от ДАТА, №_________ от ДАТА, чем по ходатайству административного истца обеспечена возможность исследования того, каким образом жилищной комиссией администрации АДРЕС происходила оценка принадлежащих административному истцу прав на меры социальной поддержки, предусмотренных Законом Российской Федерации от ДАТА №_________ «О социальной защите граждан, подвергшихся воздействию радиации вследствие катастрофы на Чернобыльской АЭС». Представитель заинтересованного лица Управления градостроительства и архитектуры администрации АДРЕС в лице начальника управления ФИО14, привлеченный к участию в деле определением суда от ДАТА, в судебное заседание не явился, о дате и времени судебного заседания извещен надлежащим образом, просил рассмотреть дело в отсутствие представителя управления, предоставил отзыв, согласно которому просит отказать в удовлетворении заявленных административных исковых требований, поскольку граждане, родившиеся в зоне проживания с правом на отселение в период с ДАТА до ДАТА в силу ч. 2 ст. Закона РФ от 15.05.1991 года № 1244-1 «О социальной защите граждан, подвергшихся воздействию радиации вследствие катастрофы на Чернобыльской АЭС» в случае добровольного переселения из указанной зоны на новое место жительства право на получение мер социальной поддержки, предусмотренных ст. 13 указанного Закона, приобретают после достижения такими лицами возраста, дающего право выхода на пенсию по основаниям, связанным с проживанием в данной зоне. Данные граждане в соответствии с п. 7 ст. 17 Закона могут быть обеспечены жилыми помещениями в составе семьи своих родителей, если они отвечают положениям ст. 17 и 22 Закона, реализовав, таким образом, свое право на получение мер социальной поддержки. Свидетель ФИО12, допрошенная в судебном заседании по ходатайству представителя административного истца показала, что административный истец ее сын. Она жила в АДРЕС рождения. В ДАТА вышла замуж, в ДАТА родители купили им с мужем дом, и они стали проживать по АДРЕС. После аварии они еще проживали в АДРЕС, так как они не знали, что там нельзя жить. Когда стали приезжать комиссии, померили радиацию в доме, она была сильно завышена. В ДАТА они с семьей собрали вещи, переехали в Котовск, сначала муж, а в сентябре ДАТА приехали уже с двумя детьми. С момента аварии до переезда ДАТА она и члены семьи не выезжали из зоны отселения. Когда он работал в ПМК, они стояли на очереди в получении жилья, но жилья не давали и они обратились в АДРЕС к депутату, и им дали квартиру. Выслушав стороны, исследовав материалы дела, суд приходит к выводу об отказе в удовлетворении административных исковых требований по следующим основаниям: Производство по административным делам об оспаривании решений, действий (бездействия) органов государственной власти, органов местного самоуправления, иных органов, организаций, наделенных отдельными государственными или иными публичными полномочиями, должностных лиц, государственных и муниципальных служащих осуществляется в порядке, предусмотренном главой 22 Кодекса административного судопроизводства Российской Федерации (далее КАС РФ). В соответствии с положениями с.1 ст. 218 КАС РФ гражданин, организация, иные лица могут обратиться в суд с требованиями об оспаривании решений, действий (бездействия) органа государственной власти, органа местного самоуправления, иного органа, организации, наделенных отдельными государственными или иными публичными полномочиями (включая решения, действия (бездействие) квалификационной коллегии судей, экзаменационной комиссии), должностного лица, государственного или муниципального служащего (далее - орган, организация, лицо, наделенные государственными или иными публичными полномочиями), если полагают, что нарушены или оспорены их права, свободы и законные интересы, созданы препятствия к осуществлению их прав, свобод и реализации законных интересов или на них незаконно возложены какие-либо обязанности. Закон Российской Федерации 15 мая 1991 года N 1244-1 "О социальной защите граждан, подвергшихся воздействию радиации вследствие катастрофы на Чернобыльской АЭС" устанавливает для граждан Российской Федерации, оказавшихся в зоне влияния неблагоприятных факторов, возникших вследствие катастрофы на Чернобыльской АЭС 26 апреля 1986 года, либо принимавших участие в ликвидации последствий этой катастрофы, гарантии возмещения вреда, причиненного их здоровью и имуществу вследствие данной катастрофы, возмещения вреда за риск вследствие проживания и работы на территории, подвергшейся радиоактивному загрязнению, превышающему допустимые уровни в результате чернобыльской катастрофы, а также предоставления им мер социальной поддержки, в том числе при выезде с указанной территории на другое место жительства (статьи 1, 3 и 13). Основным показателем, обусловливающим необходимость возмещения вреда и предоставления мер социальной поддержки гражданам, которые проживают на территориях, подвергшихся радиоактивному загрязнению, либо выезжают с таких территорий, является уровень дозы облучения населения, вызванного радиоактивностью в результате катастрофы на Чернобыльской АЭС. Указанные территории в зависимости от радиационной обстановки и с учетом других факторов подразделяются на следующие зоны: зона отчуждения, зона отселения, зона проживания с правом на отселение и зона проживания с льготным социально-экономическим статусом (пункт 1 статьи 6 и часть вторая статьи 7 названного Закона). В наибольшей степени радиоактивному загрязнению подверглись территории зоны отчуждения и зоны отселения. Основанием для обязательного выезда как из зоны отчуждения, так и из той части зоны отселения, риск проживания в которой не компенсировался проведением комплекса защитных мероприятий, является запрет постоянного проживания на соответствующих территориях. Независимо от того, в каком порядке граждане покинули территории зоны отчуждения и зоны отселения - в порядке эвакуации, переселения или добровольно, они относятся к лицам, подвергшимся воздействию радиации, на которых в связи с этим распространяется действие Закона Российской Федерации "О социальной защите граждан, подвергшихся воздействию радиации вследствие катастрофы на Чернобыльской АЭС" который относит к числу лиц, выехавших из зоны отчуждения или зоны отселения и имеющих право на возмещение вреда и меры социальной поддержки, не только совершеннолетних граждан, но и детей. Так, согласно пункту 6 части первой статьи 13 Закона Российской Федерации от 15 мая 1991 года N 1244-1 "О социальной защите граждан, подвергшихся воздействию радиации вследствие катастрофы на Чернобыльской АЭС" к гражданам, подвергшимся воздействию радиации вследствие катастрофы на Чернобыльской АЭС, на которых распространяется действие данного Закона, относятся граждане, эвакуированные (в том числе выехавшие добровольно) в 1986 году из зоны отчуждения или переселенные (переселяемые), в том числе выехавшие добровольно, из зоны отселения в 1986 году и в последующие годы, включая детей, в том числе детей, которые в момент эвакуации находились (находятся) в состоянии внутриутробного развития. Постановлением правительства №1582 от 18.12.1997 г. (действовавшему на момент выезда истицы с родителями из зоны загрязнения вследствие катастрофы на Чернобыльской АЭС) г.Злынка Брянской области был включен в Перечень населенных пунктов, находящихся в зоне отселения. Согласно пункту 7 части первой статьи 17 Закона Российской Федерации от 15 мая 1991 года N 1244-1 "О социальной защите граждан, подвергшихся воздействию радиации вследствие катастрофы на Чернобыльской АЭС" гражданам, указанным в пункте 6 части первой статьи 13 настоящего Закона, предоставляются меры социальной поддержки: переселенным (переселяемым) из зоны отселения - предусмотренные пунктами 4, 5, 7, 9, 11 и 12 части первой статьи 14, пунктом 2 части первой и пунктом 2 части третьей статьи 15 настоящего Закона. Кроме того, им гарантируется обеспечение нуждающихся в улучшении жилищных условий жилой площадью в размерах и в порядке, которые установлены Правительством Российской Федерации, один раз. Постановлением правительства РФ от 29 декабря 2004 г. №866 «О порядке обеспечения жильем за счет средств федерального бюджета нуждающихся в улучшении жилищных условий граждан подвергшихся радиационному воздействию вследствие катастрофы на чернобыльской АЭС, аварии на производственном объединении «Маяк» и приравненных к ним лиц», установлено, что основной формой обеспечения жильем граждан, которые имеют право на обеспечение жильем за счет средств федерального бюджета в соответствии со статьями 14, 15, 16, 17 и 22 Закона Российской Федерации "О социальной защите граждан, подвергшихся воздействию радиации вследствие катастрофы на Чернобыльской АЭС" является предоставление им субсидий на приобретение жилья. Постановлением правительства РФ от 21 марта 2006 г. N153 установлено, что формой государственной финансовой поддержки обеспечения граждан жильем в рамках реализации основного мероприятия "Выполнение государственных обязательств по обеспечению жильем категорий граждан, установленных федеральным законодательством" государственной программы Российской Федерации "Обеспечение доступным и комфортным жильем и коммунальными услугами граждан Российской Федерации", утвержденной постановлением Правительства Российской Федерации от 30 декабря 2017 г. N 1710, является предоставление им за счет средств федерального бюджета социальной выплаты на приобретение жилья, право на получение которой удостоверяется государственным жилищным сертификатом. Согласно положениям статьи Закона Российской Федерации от 15.05.1991 года №1244-1 "О социальной защите граждан, подвергшихся воздействию радиации вследствие катастрофы на Чернобыльской АЭС", переселившимся после 30 июня 1986 года на постоянное место жительства в зону отселения либо в зону проживания с правом на отселение, гарантируются меры социальной поддержки, предусмотренные соответственно статьями 20 и 18 настоящего Закона; этим гражданам (за исключением граждан, указанных в пункте 6 части первой статьи 13 настоящего Закона) в случае их добровольного переселения из указанных зон на новое место жительства меры социальной поддержки, предусмотренные статьей 17 настоящего Закона, предоставляются при условии получения ими права выхода на пенсию по основаниям, связанным с проживанием в данной зоне, с учетом времени проживания в других зонах радиоактивного загрязнения вследствие чернобыльской катастрофы. При этом добровольное повторное переселение в зону с более высокой степенью радиоактивного загрязнения вследствие чернобыльской катастрофы либо равнозначную не влечет за собой возникновения права на получение мер социальной поддержки, предусмотренных статьей 17 настоящего Закона. В соответствии с пунктом 6 ч.1 ст. Жилищного Кодекса РФ граждане снимаются с учета в качестве нуждающихся в жилых помещениях в случае выявления в представленных документах в орган, осуществляющий принятие на учет, сведений, не соответствующих действительности и послуживших основанием принятия на учет, а также неправомерных действий должностных лиц органа, осуществляющего принятие на учет, при решении вопроса о принятии на учет. Судом приняты во внимание вышеприведенные положения закона, и исследованы предусмотренные ими обстоятельства. Как следует из свидетельства о заключении брака I-М №_________от ДАТА, ФИО15 заключил брак с ФИО16, после чего ей была присвоена фамилия «ФИО24» (л.д. №_________). В соответствии со свидетельством о рождении II-МД от ДАТА ФИО1 родился ДАТА в АДРЕС (л.д№_________). Согласно удостоверению серии АЗ №_________ от ДАТА ФИО1 выехал добровольно из зоны отселения в АДРЕС, где проживал с ДАТА по ДАТА (л.д. №_________). Согласно удостоверению АЗ №_________ от ДАТА ФИО17 (брат административного истца) выехал добровольно из зоны отселения АДРЕС, где проживал с ДАТА год (л.д. №_________). Согласно удостоверению АЗ №_________ от ДАТА ФИО15 - отец административного истца выехал добровольно из зоны отселения АДРЕС, где проживал с ДАТА (л.д. №_________). Согласно удостоверению АЗ №_________ от ДАТА ФИО12 - мать административного истца выехала добровольно из зоны отселения АДРЕС, где проживала с ДАТА (л.д. №_________). ФИО15, его жена ФИО12, сыновья ФИО1 и ФИО17 проживали по АДРЕС на территории относящейся ко 2-й зоне радиоактивного загрязнения в связи с аварией Чернобыльской АЭС, что подтверждается справкой Злынковского городского Совета народных депутатов №_________ от ДАТА (л.д. 10, 159). Анализ вышеперечисленных материалов дела свидетельствует о том, что административный истец ФИО1 родившийся ДАТА в АДРЕС у родителей постоянно проживающих в АДРЕС до аварии ДАТА на Чернобыльской АЭС относится к категории граждан, подвергшихся воздействию радиации вследствие чернобыльской катастрофы предусмотренных п.6 ст. Закона Российской Федерации от 15.05.1991 года №1244-1 "О социальной защите граждан, подвергшихся воздействию радиации вследствие катастрофы на Чернобыльской АЭС" т.е. к гражданам выехавшим добровольно их зоны отселения в 1986 году и в последующие годы, включая детей в том числе детей которые в момент эвакуации находились (находится в состоянии внутриутробного развития. Как следует из свидетельства о заключении брака I-KC №_________ от ДАТА, ФИО1 заключила брак с ФИО21, после чего ей была присвоена фамилия «ФИО24» (л.д. №_________). В соответствии со свидетельством о рождении I-KC №_________ от ДАТА, у ФИО1 и ФИО3 ДАТА родилась дочь – ФИО13 (л.д. №_________). Согласно договору найма жилого помещения от ДАТА, ФИО1 снимает жилое помещение у собственника ФИО15 по адресу: АДРЕС (л.д. №_________). Право собственности ФИО15 на квартиру по адресу: АДРЕС подтверждается договором на передачу квартир в собственность от ДАТА (л.д. №_________). ФИО15, ФИО17, ФИО1, ФИО12, ФИО18, ФИО19 зарегистрированы по адресу: АДРЕС, что подтверждается выпиской из лицевого счета №_________ от ДАТА (л.д. №_________). Как следует из справки №_________ в квартире по адресу: АДРЕС по состоянию на ДАТА зарегистрированы ФИО15, ФИО17, ФИО1, ФИО12, ФИО18, ФИО19 (л.д. 22). Согласно уведомлений об отсутствии в ЕГРП на недвижимое имущество и сделок с ним от ДАТА, у ФИО1 и ФИО4 отсутствуют зарегистрированные права собственности на недвижимое имущество (л.д. 24-25, 154-158). Дочь административного истца ФИО13, ДАТА года рождения, зарегистрирована по месту жительства на ДАТА год по адресу: АДРЕС, что подтверждается свидетельством №_________ о регистрации по месту жительства от ДАТА (л.д. №_________). Как следует из справки №_________ от ДАТА в квартире по адресу: АДРЕС зарегистрированы ФИО4, ФИО20 (л.д. 136). По состоянию на ДАТА ФИО1, ФИО15, ФИО17, ФИО12, ФИО18, ФИО19 зарегистрированы на постоянной основе по адресу: АДРЕС, кв., что подтверждается выпиской из лицевого счета №_________ от ДАТА (л.д. №_________). Как следует из справки №_________ от ДАТА в квартире по адресу: АДРЕС зарегистрирована ФИО4 (л.д. №_________). Как следует из справки №_________ от ДАТА в квартире по адресу: АДРЕС зарегистрированы ФИО8, ФИО15, ФИО17, ФИО12, ФИО18, ФИО19 (л.д. №_________). По состоянию на ДАТА ФИО1, ФИО15, ФИО17, ФИО12, ФИО18, ФИО19 зарегистрированы на постоянной основе по адресу: АДРЕС, кв., что подтверждается выпиской из лицевого счета №_________ от ДАТА (л.д. №_________). Согласно свидетельству о госрегистрации права собственности АДРЕС от ДАТА, собственником квартиры по адресу: АДРЕС является ФИО21 (л.д. №_________). Согласно справкам ГУПТИ АДРЕС «Котовский нехозрасчетный участок» от ДАТА, за ФИО8 и ФИО24 (Поповой) Е.А. прав собственности на недвижимое имущество не зарегистрировано (л.д. №_________). Решением Котовского городского Совета народных депутатов №_________ от ДАТА ФИО15 (место работы &lt;данные изъяты&gt;) предоставлена трехкомнатная квартира в АДРЕС, по Новая, АДРЕС (л.д. №_________, №_________), что подтверждается также ордером на АДРЕС от ДАТА (л.д №_________, №_________). ФИО8 ДАТА обращатился в администрацию АДРЕС с заявлением о постановке его семьи на учет в качестве нуждающегося в жилых помещениях, что подтверждается ее заявлением от ДАТА (л.д. №_________). Согласно протоколу заседания жилищной комиссии администрации АДРЕС №_________ от ДАТА, ФИО8 с составом семьи 1 человек был принят на учет в качестве нуждающегося в жилом помещении, предоставляемом по договору социального найма, с установлением очереди №_________, что подтверждается выпиской из данного протокола и протоколом (л.д. №_________, №_________). ФИО8 с составом семьи 1 человек был принят на учет в качестве нуждающейся в жилом помещении, предоставляемом по договору социального найма, с установлением очереди №_________, что подтверждается выпиской из постановления администрации АДРЕС №_________ от ДАТА, в соответствии со ст. Жилищного кодекса Российской Федерации, Законом Российской Федерации от ДАТА №_________ «О социальной защите граждан, подвергшихся воздействию радиации вследствие катастрофы на Чернобыльской АЭС», Законом Тамбовской области от 20.07.2005 года № 342-З «О порядке ведения органами местного самоуправления учета граждан в качестве нуждающихся в жилых помещениях и предоставлении жилых помещений по договорам социального найма муниципального жилищи ого фонда в Тамбовской области», на основании поданного заявления и протокола жилищной комиссии администрации АДРЕС от ДАТА №_________ (л.д.№_________). ДАТА ФИО1 обратился в администрацию АДРЕС с заявлением о включении его в состав участников подпрограммы «Выполнение государственных обязательств по обеспечению жильем отдельных категорий граждан, установленных федеральным законодательством», что подтверждается ее заявлением (рапортом) от ДАТА (л.д. №_________). Согласно протоколу заседания жилищной комиссии администрации АДРЕС №_________ от ДАТА, ФИО1 с составом семьи 1 человек был принят в состав участников программы «Выполнение государственных обязательств по обеспечению жильем категории граждан, установленных федеральным законодательством» федеральной целевой программы «Жилище» на 2011-2015 годы, что подтверждается выпиской из данного протокола (л.д. №_________). ФИО1 с составом семьи 1 человек был принят в состав участников программы «Выполнение государственных обязательств по обеспечению жильем категории граждан, установленных федеральным законодательством» федеральной целевой программы «Жилище» на ДАТА, что подтверждается выпиской из постановления администрации АДРЕС №_________ от ДАТА (л.д.№_________). ДАТА ФИО1 обратился в администрацию АДРЕС с заявлением о выдаче ему жилищного сертификата для приобретения жилого помещения на территории АДРЕС, что подтверждается его заявлением (рапортом) от ДАТА (л.д. №_________). Постановлением администрации АДРЕС №_________ от ДАТА ФИО1 был исключен из состава участников программы «Выполнение государственных обязательств по обеспечению жильем категории граждан, установленных федеральным законодательством» федеральной целевой программы «Жилище» на 2015-2020 годы», что подтверждается выпиской из данного постановления (л.д. №_________). Постановлением администрации АДРЕС №_________ от ДАТА ФИО1 был снят с учета граждан нуждающихся в жилом помещении, предоставляемом по договору социального найма по причине неправомерных действий должностных лиц органа, осуществляющего учет, при принятии решения вопроса о принятии на учет ФИО1 на основании протокола заседания жилищной комиссии администрации города №_________ от ДАТА, что подтверждается выпиской из указанного постановления (л.д. №_________). Согласно заявлению ФИО1 главе администрации АДРЕС от ДАТА, он обратился с заявлением об отмене Постановлением администрации АДРЕС от ДАТА №_________ и №_________, а так же о мотивированных разъяснениях и выдаче копий протоколов заседаний жилищной комиссии администрации города №_________ от ДАТА, №_________ от ДАТА, №_________ от ДАТА и №_________ от ДАТА, что подтверждается указанным заявлением представленном в материалы дела (л.д. 35, 98-99). Согласно ответу администрации АДРЕС №_________ от ДАТА, ФИО1 был дан ответ на заявление по вопросу неправомерного исключения его из состава участников подпрограммы «Выполнение государственных обязательств по обеспечению жильем категории граждан, установленных федеральным законодательством» федеральной целевой программы «Жилище» на 2015-2020 годы», а так же высланы запрашиваемые протоколы заседаний жилищной комиссии администрации АДРЕС, что подтверждается указанным ответом (л.д. 36-38, 95-97). Согласно протоколу заседания жилищной комиссии администрации АДРЕС №_________ от ДАТА, ФИО1 был исключен из состава участников программы «Выполнение государственных обязательств по обеспечению жильем категории граждан, установленных федеральным законодательством» федеральной целевой программы «Жилище» на 2015-2020 годы», что подтверждается выпиской из данного протокола и данным протоколом (л.д. №_________). Согласно сообщению Управления градостроительства и архитектуры АДРЕС №_________ от ДАТА, в ДАТА в Министерстве строительства и ЖКХ РФ проведен личный прием граждан по вопросу решения их жилищного вопроса в рамках подпрограммы «Выполнение государственных обязательств по обеспечению жильем категории граждан, установленных федеральным законодательством» федеральной целевой программы «Жилище» на 2015-2020 годы», в связи, с чем Министерством были разработаны Методические рекомендации по реализации некоторых вопросов, связанных с обеспечением жилыми помещениями отдельных категорий граждан, установленных федеральным законодательством (л.д. №_________). Анализ перечисленных письменных доказательств и показаний свидетеля ФИО12 свидетельствует о том, что после добровольного выезда ФИО1 ДАТА с родителями из зоны отселения (АДРЕС) его родители воспользовались правом гарантированным п.7 ст. Закона Российской Федерации от 15.05.1991 № 1244-1 «О социальной защите граждан, подвергшихся воздействию радиации вследствие катастрофы на Чернобыльской АЭС» получив ДАТА трехкомнатную изолированную квартиру жилой площадью 39 кв.м по адресу: АДРЕС из расчета на всех 4-х членов семьи (Решение исполкома №_________ от ДАТА (л.д.№_________), что соответствует действующей на тот момент норме жилой площади (не менее 9 кв.м.) на человека. Тем самым ФИО24 реализовали данное право в том числе и на своего сына – истца ФИО1 В дальнейшем указанная квартира была приватизирована родителями истца. При вышеизложенных обстоятельствах ФИО1 реализовал свое право, предусмотренное п.7 ст. Закона Российской Федерации от 15.05.1991 № 1244-1 «О социальной защите граждан, подвергшихся воздействию радиации вследствие катастрофы на Чернобыльской АЭС» и, в соответствии с положениями ст. ЖК РФ ФИО1 был принят на учет в качестве нуждающегося в жилых помещениях предоставляемых по договорам социального найма по причине неправомерных действий должностных лиц органа, осуществляющего принятие на учет. При этом требования нормативно-правовых актов, устанавливающих полномочия Администрации г.Котовска, и порядок принятия оспариваемых постановлений административным ответчиком соблюдены. Руководствуясь ст. - , 227 КАС РФ , суд РЕШИЛ: В удовлетворении административных исковых требований ФИО1 к администрации г. Котовска Тамбовской области об оспаривании постановлений администрации г. Котовска Тамбовской области, отказать. Настоящее решение может быть обжаловано в апелляционном порядке в Тамбовский областной суд через Котовский городской суд в течение одного месяца со дня его принятия в окончательной форме. Судья В.В.Федоров Решение в окончательной форме изготовлено 20.02.2018г. Судья В.В.Федоров Суд: Котовский городской суд (Тамбовская область) (подробнее) Судьи дела: Федоров Владимир Викторович (судья) (подробнее) Последние документы по делу: Решение от 14 февраля 2018 г. по делу № 2А-66/2018 Решение от 11 февраля 2018 г. по делу № 2А-66/2018 Показать все документы по этому делу Судебная практика по: Признание права пользования жилым помещением Судебная практика по применению норм ст. 30, 31 ЖК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