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и отменить постановление администрации АДРЕС от ДАТА №_________ «О снятии с учета граждан в качестве нуждающихся в жилых помещениях, предоставляемых по договорам социального найма», в части, касающейся административного истца,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администрацию АДРЕС восстановить ФИО1 (с учетом членов ее семьи: мужа ФИО4 и сына ФИО5), на учет в качестве нуждающихся в жилом помещении, предоставляемом по договору социального найма, с установлением ей очереди, которая у нее была бы на настоящий момент, если бы данное постановление администрации АДРЕС №_________ не было вынесено ДАТА.;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незаконным и отменить постановление администрации АДРЕС от ДАТА №_________ «Об исключении ФИО1, ФИО2 из состава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в части, касающейся административного истца, и соответствующее решение жилищной комиссии администрации АДРЕС от ДАТА, (протокол заседания жилищной комиссии администрации города №_________);</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администрацию АДРЕС восстановить ФИО1, в составе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Обязать администрацию АДРЕС внести исправление в постановление администрации АДРЕС от ДАТА №_________ «О принятии ФИО1, ФИО2, ФИО6, ФИО7 на учет граждан в качестве нуждающихся в жилых помещениях, предоставляемых по договорам социального найма», в части, касающейся ФИО1: после слов «к категории граждан, выехавших добровольно из зоны» слова «проживания с правом на отселение» заменить на слово «отселения»;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Внести исправление в постановление администрации АДРЕС от ДАТА №_________ «О принятии ФИО1, ФИО2, ФИО6, ФИО7, ФИО8 в состав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 в части, касающейся ФИО1: после слов «к категории граждан, выехавших добровольно из зоны» слова «проживания с правом на отселение» заменить на слово «отселения»;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Взыскать с административного ответчика администрации АДРЕС в пользу административного истца 300 рублей - понесенные расходы по уплате государственной пошлины за подачу в суд настоящего административного искового заявления;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Истребовать у административного ответчика администрации АДРЕС протоколы заседаний жилищной комиссии администрации АДРЕС: от ДАТА №_________, от ДАТА №_________, от ДАТА №_________, от ДАТА №_________ - для того, чтобы в судебном заседании по рассмотрению настоящего административного дела была обеспечена возможность исследования того, каким образом жилищной комиссией администрации АДРЕС происходила оценка принадлежащих административному истцу прав на меры социальной поддержки, предусмотренных Законом Российской Федерации от ДАТА №_________ «О социальной защите граждан, подвергшихся воздействию радиации вследствие катастрофы на Чернобыльской АЭС». В судебном заседании административный истец ФИО1 исковые требования поддержала по основаниям изложенным в иске. Ее представитель по доверенности ФИО21 в судебном заседании заявленные требования поддержал и просил их удовлетворить по основаниям, изложенным в административном иске, дополнительно пояснил что истица проживала в зоне отселения с момента рождения. Воспользоваться своим правом ФИО16 пытается впервые, поскольку была в недееспособном возрасте когда ее родители получали квартиру и не могла выразить свое мнение. Представитель административного ответчика - администрации АДРЕС по доверенности ФИО17 в судебном заседании возражала против требований административного иска по основаниям, изложенным в письменном отзыве и дополнении согласно которым ДАТА ФИО1 обратилась в администрацию города с заявлением о принятии ее на учет в качестве нуждающейся в жилых помещениях по категории граждан добровольно выехавших из зоны отселения вследствие катастрофы на Чернобыльской АЭС. К заявлению были приложены необходимые документы для его подачи. Постановка ФИО1 на учет в качестве нуждающейся в жилых помещениях, предоставляемых по договорам социального найма, осуществлялась в соответствии со ст. 52 ЖК РФ . Администрацией города так же были самостоятельно запрошены: лицевой счет на квартиру, в которой проживает семья административного истца, справка Котовского участка ГУПТИ на ФИО18, уведомления Управления Росреестра по АДРЕС от ДАТА на членов семьи ФИО1 Согласно действовавшего на момент подачи заявления ст. 5 Закона Тамбовской области от 20.07.2005 № 342-З «О порядке ведения органами местного самоуправления учета граждан в качестве нуждающихся в жилых помещениях и предоставлении жилых помещений по договорам социального найма муниципального жилищного фонда в Тамбовской области» (далее – Закон №342-З) учет граждан в качестве нуждающихся в жилых помещениях, предоставляемых по договорам социального найма, осуществляется по месту жительства органами местного самоуправления городских округов и поселений на основании заявлений данных граждан. Граждане считаются принятыми на учет со дня принятия соответствующего решения органом местного самоуправления. В соответствии со ст. 6 Закона № 342-З в целях рассмотрения заявлений и документов, предоставляемых гражданами для принятия на учет в качестве нуждающихся в жилых помещениях, а также рассмотрения вопросов о возможности принятия граждан на учет в качестве нуждающихся в жилых помещениях и возможности предоставления жилых помещений по договорам социального найма, постановлением администрации города утверждено «Положение о жилищной комиссии администрации города» и утвержден ее состав (с изменениями от 31.08.2015г.). В соответствии с п. 7 ст.17 Закона Российской Федерации от 15.05.1991 № 1244-I «О социальной защите граждан, подвергшихся воздействию радиации вследствие катастрофы на Чернобыльской АЭС», мера социальной поддержки «обеспечение нуждающихся в улучшении жилищных условий жилой площадью в размерах и в порядке, которые установлены Правительством Российской Федерации, один раз» гарантируется только категориям граждан, указанным в п.6 части первой статьи Закона от 15.05.1991 №1244-1. Согласно удостоверению серия АЮ №_________, выданному ДАТА, ФИО1 проживала в АДРЕС с ДАТА по ДАТА и выехала добровольно из зоны отселения. Учитывая вышеизложенное, после рассмотрения заявления ФИО1 от ДАТА и приложенных к нему документов, на основании протокола жилищной комиссии №_________ от ДАТА постановлением администрации города №_________ от ДАТА ФИО1 была принята на учет в качестве нуждающейся в жилом помещении, предоставляемом по договору социального найма, составом семьи из 1 человека, относящаяся в соответствии с Законом от 15.05.1991 №1244-1 к категории граждан, выехавших добровольно на новое место жительства из зоны проживания с правом на отселение в 1986 году и в последующие годы. На основании заявления ФИО1 от ДАТА, в соответствии с пп. «г» п.19, п. 21 Правил выпуска и реализации государственных жилищных сертификатов в рамках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(далее – Правила), утвержденных постановлением Правительства РФ от 21.03.2006 №153 «О некоторых 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2015-2020 годы» (далее – Постановление от 21.03.2006 №153), администрация города постановлением от 01.07.2015 №1131 приняла ФИО1 в состав участников подпрограммы «Выполнение государственных обязательств по обеспечению жильём категорий граждан, установленных федеральным законодательством» федеральной целевой программы «Жилище» на 2011–2015 годы, составом семьи из 1 человека, как относящаяся в соответствии с Законом от 15.05.1991 №1244-1 к категории граждан, выехавших добровольно на новое место жительства из зоны проживания с правом на отселение в 1986 году и в последующие годы. Согласно п. 24 Правил в целях организации работы по выдаче сертификатов в планируемом году формируются списки граждан, изъявивших желание получить сертификат в планируемом году. Для включения в такой список гражданин - участник подпрограммы в период с 1января по 1июля года, предшествующего планируемому, представляет в орган местного самоуправления, в котором находится его учетное дело, заявление о выделении сертификата в планируемом году. Во исполнение указанного требования ФИО1 предоставляла в администрацию города заявления от 28.01.2016, от 10.01.2017 о выдаче государственного жилищного сертификата по форме приложения №5 к Правилам. В соответствии со ст.ст. 10, 11 Закона №342-З орган местного самоуправления, осуществляющий учет, в целях подтверждения права граждан состоять на учете в качестве нуждающихся в жилых помещениях, предоставляемых по договорам социального найма, ежегодно проводит перерегистрацию граждан, и граждане подтверждают сведения, на основании которых поставлены на учет. Актуализация данных осуществляется органом местного самоуправления посредством обмена информацией с соответствующими организациями и направления состоящим на учете гражданам запросов для устранения неопределенностей, возникающих в процессе получения информации. С 10.01.2016 года Закон Тамбовской области № 342-З утратил силу и правоотношения по учету граждан в качестве нуждающихся в жилых помещениях, регулируются Законом Тамбовской области от 28.12.2015 №613-З «О реализации жилищных прав отдельных категорий граждан, проживающих на территории Тамбовской области» (далее – Закон №613-З). На заседании жилищной комиссии города ДАТА в соответствии с пунктом 6 части 1 статьи 13 Закона №_________-З был выявлен факт неправомерных действий должностных лиц жилищной комиссии администрации города при принятии ФИО1 на учет в качестве нуждающейся в жилых помещениях. Жилищная комиссия выявила 2 основания для снятия с учета: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учетом разъяснений Министерства строительства и жилищно-коммунального хозяйства РФ, изложенные в письме от ДАТА №_________, предоставление государственных жилищных сертификатов гражданам (за исключением граждан, указанных в п. 6 ч. 1 ст. 13 Закона Российской Федерации от ДАТА №_________), переселившимся в период с ДАТАг. по ДАТАг. на постоянное место жительства в зону проживания с правом на отселение, а также родившимся в данной зоне в указанный период, может осуществляться только после достижения ими пенсионного возраста с учетом его уменьшения в соответствии со ст.ст. , и Закона Российской Федерации от 15.05.1991 года №1244-1. Таким образом, Закон от 15.05.1991 года №1244-1 исключает возможность обеспечения добровольно выехавших из зоны отселения нуждающихся в улучшении жилищных условий жилой площадью в размерах и порядке, которые установлены Постановлением от 21.03.2006 №153, если они не достигли пенсионного возраста. 2) Согласно договору на передачу квартир (домов) в собственность граждан от ДАТА, родители ФИО1 приватизировали АДРЕС, общей площадью 64,1 кв.м., в том числе жилой 39,4 кв.м. Согласно ордеру на указанную АДРЕС от ДАТА, который имеется в администрации АДРЕС, выданному исполнительным комитетом Котовского городского Совета народных депутатов, АДРЕС состоит из 3-х комнат, имеет жилую площадь 39 кв.м. и была предоставлена на 4-х человек: ФИО9 (отец), ФИО10 (жена), ФИО11 (дочь) и ФИО12 (дочь). При вступлении в брак ФИО20 взяла фамилию мужа и стала ФИО1 При подаче в администрацию города документов для постановки на учет ФИО1 не скрывала факт, что указанную квартиру их семья получила после переезда в 1990 году из АДРЕС в АДРЕС в соответствии с Законом от 15.05.1991 №1244-1. В соответствии с действовавшей до 01.01.2005 года редакции Закона от 15.05.1991 года №1244-1 гражданам, переселенным (переселяемым) из зоны отселения, п. 7 ст. Закона от 15.05.1991 года №1244-1 гарантировалось одноразовое внеочередное обеспечение благоустроенной жилой площадью в домах государственного и муниципального жилищного фонда, жилыми помещениями в домах, принадлежащих колхозам, совхозам и другим сельскохозяйственным предприятиям, или внеочередное приобретение квартир в домах государственного или общественного фонда, а также внеочередное вступление в жилищные или в жилищно-строительные кооперативы по новому месту жительства. В настоящее время пункт 7 статьи Закона от 15.05.1991 №1244-1 гарантирует обеспечение нуждающихся в улучшении жилищных условий жилой площадью в размерах и в порядке, которые установлены Правительством Российской Федерации, один раз. Согласно п. 11 Постановления от 21.03.2006 №153, право на улучшение жилищных условий с использованием социальной выплаты, удостоверяемой сертификатом, предоставляется только 1раз. Учитывая, что федеральным законодательством предусмотрено, что гражданин может воспользоваться гарантированной п. 7 ст. Закона от 15.05.1991 года №1244-1 льготой только один раз, и ФИО1 уже воспользовалась ею в 1991 году, так как на нее также предоставлялась жилая площадь в размере не менее 9 кв.м, комиссия также посчитала данный факт основанием для снятия с учета. В связи с данными обстоятельствами, постановлением администрация АДРЕС №_________ от ДАТА ФИО1 исключена из состава участников подпрограммы «Выполнение государственных обязательств по обеспечению жильём категорий граждан, установленных федеральным законодательством» федеральной целевой программы «Жилище» на 2015–2020 годы по причине отсутствия у нее оснований для участия в подпрограмме. Постановлением администрации города №_________ от ДАТА ФИО3 была снята с учета в качестве нуждающейся в жилых помещениях, предоставляемых по договорам социального найма. На учет члены семьи административного истца встали на предприятии &lt;данные изъяты&gt; по месту работы отца истицы – ФИО9 АДРЕС согласно ордеру на квартиру и решению исполкома составляла 39 кв.м., то есть соответствовала минимальной норме жилой площади на одного человека в размере не менее 9 кв.м, установленной постановлением исполнительного комитета Тамбовского областного Совета народных депутатов и президиума Тамбовского областного совета профессиональных союзов №157 от 30.09.1984г. ФИО1 подавала заявление о постановке на учет в качестве нуждающейся в жилых помещениях не как малоимущая категория граждан, а по категории граждан добровольно выехавших из зоны отселения вследствие катастрофы на Чернобыльской АЭС и к заявлению приложила копию удостоверения выехавшей добровольно из зоны отселения и документы, подтверждающие ее нуждаемость. Принимая во внимание однократность реализации права на льготу, предусмотренную п. 7 ст. Закона от 15.05.1991 №1244-1, у администрации города имелись все основания для снятия ее с учета, так как она была поставлена на учет и принята в состав участников программы незаконно. Учитывая письмо Министерства строительства и ЖКХ РФ от 05.12.2014 №АЗ/04-1420, а так же тот факт, что ФИО1 уже однажды реализовала свое право на льготу, предусмотренную п. 7 ст. Закона от 15.05.1991 №1244-1, администрация города не нарушила права, свободы и законные интересы ФИО1, исключив постановлением администрации города №1018 от 06.07.2017 года ФИО1 из состава участников подпрограммы «Выполнение государственных обязательств по обеспечению жильём категорий граждан, установленных федеральным законодательством» федеральной целевой программы «Жилище» на 2015–2020 годы по причине отсутствия у неё оснований для участия в подпрограмме, а также сняв постановлением администрации города №_________ от ДАТА с учета в качестве нуждающихся в жилых помещениях, предоставляемых по договорам социального найма по причине неправомерных действий должностных лиц органа, осуществляющего принятие на учет Постановления администрации АДРЕС №_________, №_________ от ДАТА соответствуют нормативным правовым актам, регулирующим спорные отношения. Представитель заинтересованного лица Управления градостроительства и архитектуры администрации АДРЕС в лице начальника управления ФИО19, привлеченный к участию в деле определением суда от ДАТА, в судебное заседание не явился, о дате и времени судебного заседания извещен судом надлежащим образом, просил рассмотреть дело в отсутствие представителя управления, предоставил письменный отзыв, согласно которому просит отказать в удовлетворении заявленных административных исковых требований, поскольку граждане, родившиеся в зоне проживания с правом на отселение в период с 30.07.1986 года до 01.01.1994 года в силу ч. 2 ст. Закона РФ от 15.05.1991 года № 1244-1 «О социальной защите граждан, подвергшихся воздействию радиации вследствие катастрофы на Чернобыльской АЭС» в случае добровольного переселения из указанной зоны на новое место жительства право на получение мер социальной поддержки, предусмотренных ст. 13 указанного Закона, приобретают после достижения такими лицами возраста, дающего право выхода на пенсию по основаниям, связанным с проживанием в данной зоне. Данные граждане в соответствии с п. 7 ст. 17 Закона могут быть обеспечены жилыми помещениями в составе семьи своих родителей, если они отвечают положениям ст. 17 и 22 Закона, реализовав, таким образом, свое право на получение мер социальной поддержки. Судом были истребованы у административного ответчика администрации АДРЕС протоколы заседаний жилищной комиссии администрации АДРЕС: №_________от ДАТА, №_________ от ДАТА, №_________ от ДАТА, №_________ от ДАТА, чем по ходатайству административного истца обеспечена возможность исследования того, каким образом жилищной комиссией администрации АДРЕС происходила оценка принадлежащих административному истцу прав на меры социальной поддержки, предусмотренные Законом Российской Федерации от 15.05.1991 года № 1244-1 «О социальной защите граждан, подвергшихся воздействию радиации вследствие катастрофы на Чернобыльской АЭС». Свидетель ФИО10, допрошенная в судебном заседании по ходатайству представителя административного истца показала, что ФИО1 – ее родная дочь. Сама она родилась в АДРЕС и, в 1986 году вышла замуж, после чего в ДАТА уехала жить в АДРЕС. ДАТА она с семьей переехали в АДРЕС: у старшего брата жили там родственники жены, они возили детей за зону, обратились в администрацию АДРЕС с вопросом, если 2 семьи переедут, как можно расположиться, на что им было разъяснено, что нужно устроиться на работу в строительную организацию и в течении года будет возможно получить жилье. Изначально ее семье представили комнату в общежитии по АДРЕС, а в ДАТА они получили квартиру на всех 4-х членов семьи как выбывшие из зоны отселения по АДРЕС. Данная квартира была приватизирована в ДАТА на взрослых членов семьи, из правоустанавливающих документов на квартиру остались только ордер. Свидетель ФИО9, допрошенный в судебном в судебном заседании по ходатайству представителя административного истца заседании показал, что ФИО3 – его дочь. Он проживал с рождения в г.ФИО22 ДАТА он женился. После свадьбы его семья проживала по АДРЕС. Супруга - ФИО10 до свадьбы жила в АДРЕС. ДАТА года у них родилась дочь – ФИО24 (после брака – ФИО23) Ю.Е. ДАТА их семья уехала в АДРЕС. Он устроился каменщиком в СМУ, и ему обещали в течении года дать жилье. Семью он перевез в ДАТА, поселись они в общежитии. Через какое-то время он узнал, что СМУ не собирается давать его семье жилье, их не было в списках, не было указано, что они переселенцы. После этого, их семья ходила на прием к представителю Президента, который помог им получить жилье. Квартиру приватизировали на него и жену. Выслушав стороны, исследовав материалы дела, суд приходит к выводу об отказе в удовлетворении административных исковых требований по следующим основаниям: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 осуществляется в порядке, предусмотренном главой 22 Кодекса административного судопроизводства Российской Федерации (далее КАС РФ). В соответствии с положениями с.1 ст. 218 КАС РФ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Закон Российской Федерации 15 мая 1991 года N 1244-1 "О социальной защите граждан, подвергшихся воздействию радиации вследствие катастрофы на Чернобыльской АЭС" устанавливает для граждан Российской Федерации, оказавшихся в зоне влияния неблагоприятных факторов, возникших вследствие катастрофы на Чернобыльской АЭС 26 апреля 1986 года, либо принимавших участие в ликвидации последствий этой катастрофы, гарантии возмещения вреда, причиненного их здоровью и имуществу вследствие данной катастрофы, возмещения вреда за риск вследствие проживания и работы на территории, подвергшейся радиоактивному загрязнению, превышающему допустимые уровни в результате чернобыльской катастрофы, а также предоставления им мер социальной поддержки, в том числе при выезде с указанной территории на другое место жительства (статьи 1, 3 и 13). Основным показателем, обусловливающим необходимость возмещения вреда и предоставления мер социальной поддержки гражданам, которые проживают на территориях, подвергшихся радиоактивному загрязнению, либо выезжают с таких территорий, является уровень дозы облучения населения, вызванного радиоактивностью в результате катастрофы на Чернобыльской АЭС. Указанные территории в зависимости от радиационной обстановки и с учетом других факторов подразделяются на следующие зоны: зона отчуждения, зона отселения, зона проживания с правом на отселение и зона проживания с льготным социально-экономическим статусом (пункт 1 статьи 6 и часть вторая статьи 7 названного Закона). В наибольшей степени радиоактивному загрязнению подверглись территории зоны отчуждения и зоны отселения. Основанием для обязательного выезда как из зоны отчуждения, так и из той части зоны отселения, риск проживания в которой не компенсировался проведением комплекса защитных мероприятий, является запрет постоянного проживания на соответствующих территориях. Независимо от того, в каком порядке граждане покинули территории зоны отчуждения и зоны отселения - в порядке эвакуации, переселения или добровольно, они относятся к лицам, подвергшимся воздействию радиации, на которых в связи с этим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который относит к числу лиц, выехавших из зоны отчуждения или зоны отселения и имеющих право на возмещение вреда и меры социальной поддержки, не только совершеннолетних граждан, но и детей. Так, согласно пункту 6 части первой статьи 13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к гражданам, подвергшимся воздействию радиации вследствие катастрофы на Чернобыльской АЭС, на которых распространяется действие данного Закона, относятся граждане, эвакуированные (в том числе выехавшие добровольно) в 1986 году из зоны отчуждения или переселенные (переселяемые), в том числе выехавшие добровольно, из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 Постановлением правительства №_________ от ДАТА (действовавшему на момент выезда истицы с родителями из зоны загрязнения вследствие катастрофы на Чернобыльской АЭС) АДРЕС был включен в Перечень населенных пунктов, находящихся в зоне отселения. Согласно пункту 7 части первой статьи 17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гражданам, указанным в пункте 6 части первой статьи 13 настоящего Закона, предоставляются меры социальной поддержки: переселенным (переселяемым) из зоны отселения - предусмотренные пунктами 4, 5, 7, 9, 11 и 12 части первой статьи 14, пунктом 2 части первой и пунктом 2 части третьей статьи 15 настоящего Закона. Кроме того, им гарантируется обеспечение нуждающихся в улучшении жилищных условий жилой площадью в размерах и в порядке, которые установлены Правительством Российской Федерации, один раз. Постановлением правительства РФ от 29 декабря 2004 г. №866 «О порядке обеспечения жильем за счет средств федерального бюджета нуждающихся в улучшении жилищных условий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приравненных к ним лиц», установлено, что основной формой обеспечения жильем граждан, которые имеют право на обеспечение жильем за счет средств федерального бюджета в соответствии со статьями 14, 15, 16, 17 и 22 Закона Российской Федерации "О социальной защите граждан, подвергшихся воздействию радиации вследствие катастрофы на Чернобыльской АЭС" является предоставление им субсидий на приобретение жилья. Постановлением правительства РФ от 21 марта 2006 г. N153 установлено, что формой государственной финансовой поддержки обеспечения граждан жильем в рамках реализации основного мероприятия "Выполнение государственных обязательств по обеспечению жильем категорий граждан, установленных федеральным законодательством"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является предоставление им за счет средств федерального бюджета социальной выплаты на приобретение жилья, право на получение которой удостоверяется государственным жилищным сертификатом. Согласно положениям статьи Закона Российской Федерации от 15.05.1991 года №1244-1 "О социальной защите граждан, подвергшихся воздействию радиации вследствие катастрофы на Чернобыльской АЭС", переселившимся после 30 июня 1986 года на постоянное место жительства в зону отселения либо в зону проживания с правом на отселение, гарантируются меры социальной поддержки, предусмотренные соответственно статьями 20 и 18 настоящего Закона; этим гражданам (за исключением граждан, указанных в пункте 6 части первой статьи 13 настоящего Закона) в случае их добровольного переселения из указанных зон на новое место жительства меры социальной поддержки, предусмотренные статьей 17 настоящего Закона, предоставляются при условии получения ими права выхода на пенсию по основаниям, связанным с проживанием в данной зоне, с учетом времени проживания в других зонах радиоактивного загрязнения вследствие чернобыльской катастрофы. При этом добровольное повторное переселение в зону с более высокой степенью радиоактивного загрязнения вследствие чернобыльской катастрофы либо равнозначную не влечет за собой возникновения права на получение мер социальной поддержки, предусмотренных статьей 17 настоящего Закона. В соответствии с пунктом 6 ч.1 ст. Жилищного Кодекса РФ граждане снимаются с учета в качестве нуждающихся в жилых помещениях в случае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 Судом приняты во внимание вышеприведенные положения закона, и исследованы предусмотренные ими обстоятельства. Как следует из свидетельства о заключении брака I-KC №_________ от ДАТА, ФИО20 заключила брак с ФИО4, после чего ей была присвоена фамилия «Егорова» (л.д. №_________, №_________). Согласно удостоверению серии АЮ №_________ от ДАТА, ФИО1 выехала добровольно из зоны отселения в АДРЕС где проживала с ДАТА по ДАТА (л.д. №_________, №_________). Согласно удостоверению АВ №_________ от ДАТА ФИО9 (отец административного истца) выехал добровольно из зоны отселения АДРЕС где проживал с ДАТА по ДАТА год (л.д. №_________). Из справки Департамента организации работ по ликвидации последствий аварии на ЧАЭС администрации АДРЕС №_________ от ДАТА ФИО9 проживал в АДРЕС с семьей из 4-х человек с ДАТА по ДАТА год (л.д. 150). Согласно удостоверению АВ №_________ от ДАТА ФИО10 –мать административного истца выехала добровольно из зоны отселения АДРЕС где проживала с ДАТА по ДАТА год (л.д. №_________). Из справки Департамента организации работ по ликвидации последствий аварии на ЧАЭС администрации АДРЕС №_________ от ДАТА следует, что ФИО10 проживала в АДРЕС с семьей из 4-х человек с ДАТА по ДАТА год (л.д. №_________). ФИО9 и ФИО10 проживали в АДРЕС, что подтверждается справками бюро инвентаризации Новозыбковского комбината №_________ от ДАТА и №_________ от ДАТА (л.д. №_________). Согласно трудовой книжке ФИО10 №_________, выданной ДАТА, ДАТА она уволена с Новозыбковского комбината по собственному желанию в связи с переездом и ДАТА принята на работу в ОАО Котовский лакокрасочный завод (л.д. №_________). Согласно трудовой книжке ФИО9 №_________, выданной ДАТА, ДАТА он уволен с Новозыбковского ДРСУ в связи со сменой места жительства, ДАТА принят на работу в Котовское СМУ (л.д. №_________). Анализ вышеперечисленных материалов дела свидетельствует о том, что административный истец ФИО1 (до регистрации брака ФИО24), родившаяся ДАТА в АДРЕС у родителей постоянно проживающих в АДРЕС до аварии ДАТА на Чернобыльской АЭС, относится к категории граждан, подвергшихся воздействию радиации вследствие чернобыльской катастрофы предусмотренных п.6 ст. Закона Российской Федерации от 15.05.1991 года №1244-1 "О социальной защите граждан, подвергшихся воздействию радиации вследствие катастрофы на Чернобыльской АЭС" т.е. к гражданам выехавшим добровольно их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 Решением Исполнительного комитета Котовского городского Совета народных депутатов №_________ от ДАТА. ФИО9 (место работы &lt;данные изъяты&gt;) составом семьи 4 человека была предоставлена трехкомнатная изолированная квартира жилой площадью 39 кв.м. по адресу: АДРЕС, что подтверждается ордером на АДРЕС от ДАТА (л.д №_________). Согласно договору найма жилого помещения от ДАТА, ФИО3 снимает жилое помещение у собственника ФИО14 по адресу: АДРЕС (л.д. №_________). Согласно уведомлениям Управления Федеральной службы государственной регистрации, кадастра и картографии по АДРЕС от ДАТА, сведений о зарегистрированных правах на недвижимое имущество в ЕГРП на недвижимое имущество и сделок с ним, у ФИО1 и членов ее семьи отсутствуют (л.д. №_________). ДАТА ФИО1 обратилась в администрацию АДРЕС с заявлением о постановке ее семьи на учет в качестве нуждающейся в жилых помещениях по категории граждан добровольно выехавших из зоны отселения в связи с катастрофой на Чернобыльской АЭС, что подтверждается ее заявлением от ДАТА (л.д. 20). Согласно протоколу заседания жилищной комиссии администрации АДРЕС №_________ от ДАТА и постановления администрации АДРЕС №_________ от ДАТА, ФИО1 с членами ее семьи была принята на учет в качестве нуждающейся в жилом помещении, предоставляемом по договору социального найма, с установлением очереди №_________, в соответствии со ст. Жилищного кодекса Российской Федерации, Законом Российской Федерации от ДАТА №_________ «О социальной защите граждан, подвергшихся воздействию радиации вследствие катастрофы на Чернобыльской АЭС», АДРЕС от ДАТА №_________-З «О порядке ведения органами местного самоуправления учета граждан в качестве нуждающихся в жилых помещениях и предоставлении жилых помещений по договорам социального найма муниципального жилищи ого фонда в АДРЕС» (л.д. №_________). ДАТА ФИО1 обратилась в администрацию АДРЕС с заявлением о включении ее в состав участников подпрограммы «Выполнение государственных обязательств по обеспечению жильем отдельных категорий граждан, установленных федеральным законодательством», что подтверждается ее заявлением от ДАТА (л.д. №_________). ДАТА ФИО1 обратилась в администрацию АДРЕС с заявлением о включении ее в состав участников подпрограммы «Выполнение государственных обязательств по обеспечению жильем отдельных категорий граждан, установленных федеральным законодательством», что подтверждается ее заявлением от ДАТА (л.д. №_________). Согласно протоколу заседания жилищной комиссии администрации АДРЕС №_________ от ДАТА, ФИО1 была принята в состав участников 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2011-2015 годы, что подтверждается выпиской из данного протокола (л.д. №_________). ФИО1 была включена в состав участников 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2011-2015 годы, что подтверждается выпиской из постановления администрации АДРЕС №_________ от ДАТА (л.д№_________). ДАТА ФИО1 обратилась в администрацию АДРЕС с заявлением о выдаче ей жилищного сертификата для приобретения жилого помещения на территории АДРЕС, что подтверждается ее заявлением от ДАТА (л.д. №_________). ДАТА ФИО1 обратилась в администрацию АДРЕС с заявлением о выдаче ей жилищного сертификата для приобретения жилого помещения на территории АДРЕС, что подтверждается ее заявлением от ДАТА (л.д. №_________). Согласно протоколу заседания жилищной комиссии администрации АДРЕС №_________ от ДАТА, ФИО1 была исключена из состава участников 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2015-2020 годы», что подтверждается выпиской из данного протокола и данным протоколом (л.д. №_________, №_________). Постановлением администрации АДРЕС №_________ от ДАТА ФИО1 была исключена из состава участников 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2015-2020 годы», что подтверждается выпиской из данного постановления (л.д. 27, 84). Постановлением администрации АДРЕС №_________ от ДАТА ФИО1 была снята с учета граждан нуждающейся в жилом помещении, предоставляемом по договору социального найма по причине неправомерных действий должностных лиц органа, осуществляющего учет, при принятии решения вопроса о принятии ФИО1 на основании протокола заседания жилищной комиссии администрации города №_________ от ДАТА, что подтверждается выпиской из указанного постановления (л.д. №_________). Согласно заявлению ФИО1, она обратилась к главе администрации АДРЕС ДАТА с заявлением об отмене Постановлением администрации АДРЕС от ДАТА №_________ и №_________, а так же о мотивированных разъяснениях и выдаче копий протоколов заседаний жилищной комиссии администрации города №_________ от ДАТА, №_________ от ДАТА, №_________ от ДАТА и №_________ от ДАТА, что подтверждается указанным заявлением представленном в материалы дела (л.д. №_________). ДАТА за исх. №_________ администрацией АДРЕС ФИО1 был дан мотивированный ответ на ее заявление по вопросу неправомерного исключения ее из состава участников подпрограммы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2015-2020 годы», а так же высланы запрашиваемые выписки протоколов заседаний жилищной комиссии администрации АДРЕС, что подтверждается указанным ответом (л.д. №_________, №_________). Анализ перечисленных письменных доказательств и показаний свидетелей ФИО10 и ФИО9 свидетельствует о том, что после добровольного выезда ФИО1 ДАТА с родителями из зоны отселения (АДРЕС) ее родители воспользовались правом гарантированным п.7 ст.17 Закона Российской Федерации от ДАТА №_________ «О социальной защите граждан, подвергшихся воздействию радиации вследствие катастрофы на Чернобыльской АЭС» получив ДАТА трехкомнатную изолированную квартиру жилой площадью 39 кв.м по адресу: АДРЕС из расчета на всех 4-х членов семьи (Решение исполкома №_________ от ДАТА., л.д.№_________), что соответствует действующей на тот момент норме жилой площади (не менее 9 кв.м.) на человека. Тем самым ФИО24 реализовали данное право в том числе и на свою дочь – истицу ФИО1 В дальнейшем указанная квартира была приватизирована родителями истицы. При вышеизложенных обстоятельствах ФИО1 реализовала свое право, предусмотренное п.7 ст. Закона Российской Федерации от 15.05.1991 № 1244-1 «О социальной защите граждан, подвергшихся воздействию радиации вследствие катастрофы на Чернобыльской АЭС» и, в соответствии с положениями ст. ЖК РФ ФИО1 была принята на учет в качестве нуждающейся в жилых помещениях предоставляемых по договорам социального найма по причине неправомерных действий должностных лиц органа, осуществляющего принятие на учет. При этом требования нормативно-правовых актов, устанавливающих полномочия Администрации г.Котовска, и порядок принятия оспариваемых постановлений административным ответчиком соблюдены. Руководствуясь ст. - , 227 КАС РФ , суд РЕШИЛ: В удовлетворении административных исковых требованийФИО1 к администрации г. Котовска Тамбовской области об оспаривании постановлений администрации г. Котовска Тамбовской области, отказать. Настоящее решение может быть обжаловано в апелляционном порядке в Тамбовский областной суд через Котовский городской суд в течение одного месяца со дня его принятия в окончательной форме. Судья В.В.Федоров Решение в окончательной форме изготовлено 20.02.2018г. Судья В.В.Федоров Суд: Котовский городской суд (Тамбовская область) (подробнее) Судьи дела: Федоров Владимир Викторович (судья) (подробнее) Последние документы по делу: Решение от 14 февраля 2018 г. по делу № 2А-731/2017 Решение от 30 июля 2017 г. по делу № 2А-731/2017 Решение от 21 июня 2017 г. по делу № 2А-731/2017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