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приговору Ржевского городского суда Тверской области от 26 апреля 2011 года, с учетом изменений, внесённых постановлением Калининского районного суда Тверской области от 22 сентября 2015 года, по ч. 3 ст. , п. «а» ч. 2 ст. 166 УК РФ (в редакции Федерального закона от 08.12.2003 № 162-ФЗ), п. «а, в» ч. 2 ст. 158 УК РФ (в редакциях Федеральных законов от 08.12.2003 № 162-ФЗ, от 27.12.2009 № 377-ФЗ и от 07.03.2011 № 26-ФЗ), с применением ч. 2 ст. 69 УК РФ , к наказанию в виде лишения свободы на срок 02 года 05 месяцев, без ограничения свободы, на основании ст. 73 УК РФ условно с испытательным сроком на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приговору Старицкого районного суда Тверской области от 09 августа 2013 года, с учетом изменений, внесённых постановлением Калининского районного суда Тверской области от 22 сентября 2015 года, по ч. 5 ст. , ч. 2 ст. , ч. 2 ст. 228 УК РФ , с применением ч. 3 ст. 69 УК РФ , ч. 5 ст. УК РФ, ст. 70 УК РФ к наказанию в виде лишения свободы сроком на 04 года 11 месяцев, без штрафа и ограничения свободы, с отбыванием наказания в исправительной колонии строгого режима, освобожденного 13.02.2018 года по отбытию срока наказания из ИК-10 УФСИН России по Тверской области; содержащегося под стражей по постановлению Андреапольского районного суда Тверской области с 09.02.2018 года, с не отбытой частью наказания 04 дня; обвиняемого в совершении преступления, предусмотренного ч. 3 ст. , ч. 1 ст. 228 УК РФ , УСТАНОВИЛ: ФИО1 совершил покушение на незаконное приобретение без цели сбыта наркотического средства в значительном размере. Преступление имело место в &lt;адрес&gt;, при следующих обстоятельствах. В ДД.ММ.ГГГГ, ФИО1, имея прямой преступный умысел на незаконное приобретение без цели сбыта наркотического средства, осознавая, что оборот наркотических средств на территории Российской Федерации запрещен законом, без требуемых оснований, связанных с медицинскими показаниями или специальной профессиональной деятельностью, в нарушение положений Федерального Закона РФ «О наркотических средствах и психотропных веществах» № 3 – ФЗ от 08.01.1998, находясь в ФКУ ЛИУ-8 УФСИН России по Тверской области, расположенном в пос. Костюшино Андреапольского района Тверской области, посредством мобильной связи, попросил В.М.М. о приобретении у последнего наркотического средства посредством направления почтовой посылки. Реализуя свой преступный умысел, направленный на незаконное приобретение без цели сбыта наркотического средства, ФИО1 через неустановленное дознанием лицо, не осведомленное о преступных намерениях последнего, перечислил денежные средства в сумме &lt;данные изъяты&gt; рублей на банковскую карту «Сбербанк России», принадлежащую неустановленному в ходе дознания лицу, предназначенные В.М.М., в качестве оплаты за приобретаемое наркотическое средство. После чего, В.М.М. в начале ДД.ММ.ГГГГ года в районе льночесальной фабрики, расположенной в &lt;адрес&gt;, собрал растение конопли, которое принес к себе по месту жительства, расположенному по адресу: &lt;адрес&gt;, где вечером этого же дня передал наркотическое средство М.Ю.А., с целью его размещения в удобную для пересылки расфасовку. В начале ДД.ММ.ГГГГ года, но не позднее ДД.ММ.ГГГГ, В.М.М. получил от М.Ю.А. расфасованное наркотическое вещество – марихуана массой 41,3 грамма, которое согласно Постановлению Правительства РФ № 1002 от 01.10.2012 «Об утверждении значительного, крупного и особо крупного размеров наркотических средств,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для целей статей , - , , и - Уголовного кодекса Российской Федерации» относится к значительному размеру. В этот же день В.М.М. встретился с Д.А.А., которому по заранее оговоренному плану с ФИО1, для незаконного приобретения наркотического средства ФИО1, передал предназначенный для последнего пакет с продуктами питания, в котором было сокрыто наркотическое средство – марихуана массой 41,3 грамма. Не позднее ДД.ММ.ГГГГ, в утреннее время, Д.А.А., не осведомленный В.М.М. о реальном содержимом перемещаемого объекта, а именно: о содержании в продуктах питания (в пакетиках чая) наркотического средства – марихуана массой 41,3 грамма, что относится к значительному размеру, по заранее оговоренному плану В.М.М. и ФИО1 для приобретения последним наркотического средства, направил посылку в ФКУ ЛИУ № 8 УФСИН России по Тверской области на имя осужденного Б.А.А. ДД.ММ.ГГГГ в &lt;данные изъяты&gt; при досмотре посылок сотрудниками отдела безопасности ФКУ ЛИУ № 8 УФСИН России по Тверской области в посылке на имя осуждённого Б.А.А. были обнаружены 20 пакетиков чая с находящимися внутри веществом растительного происхождения зеленого цвета, которое согласно заключению эксперта № от ДД.ММ.ГГГГ является наркотическим средством – каннабис (марихуана) массой 41,3 грамма, которое в соответствии с Федеральным законом от 08 января 1998 года № 3-ФЗ «О наркотических средствах и психотропных веществах» с последующими изменениями, а также Постановлением Правительства РФ от 30 июня 1998 года № 681 «Об утверждении перечня наркотических средств, психотропных веществ и их прекурсоров, подлежащих контролю в Российской Федерации», относится к наркотическим средствам и включен в перечень наркотических средств, психотропных веществ и их прекурсоров, подлежащих контролю в Российской Федерации (Список 1), в связи с чем, ФИО1 не довел свой преступный умысел, направленный на незаконное приобретение без цели сбыта наркотических средств, до конца по независящим от него обстоятельствам. Подсудимый ФИО1 вину в совершенном преступлении признал полностью, заявил о том, что обвинение ему понятно, он согласен с обвинением и поддерживает заявленное ходатайство о постановлении приговора без проведения судебного разбирательства, ходатайство заявлено им добровольно, после консультации с защитником, он осознаёт последствия постановления приговора без проведения судебного разбирательства. Защитник адвокат Бучушкан А. П. поддерживает ходатайство подсудимого о постановлении приговора без проведения судебного разбирательства. Государственный обвинитель не возражает против удовлетворения заявленного подсудимым ходатайства о постановлении приговора без проведения судебного разбирательства. Суд установил, что ходатайство о постановлении приговора без проведения судебного разбирательства заявлено подсудимым добровольно при ознакомлении с материалами дела и подтверждено в суде в присутствии защитника, подлежит удовлетворению. Суд приходит к выводу о том, что обвинение, с которым согласился подсудимый, обосновано, подтверждается собранными по уголовному делу доказательствами, условия постановления приговора без проведения судебного разбирательства соблюдены. Суд квалифицирует действия ФИО1 по ч. 3 ст. , ч. 1 ст. 228 УК РФ , как покушение на незаконное приобретение без цели сбыта наркотического средства в значительном размере. При определении вида и меры наказания, суд учитывает характер и степень общественной опасности совершенного деяния, данные о личности виновного, а также влияние назначенного наказания на исправление осужденного. ФИО1 ранее неоднократно судим, в т.ч. за совершение преступлений, связанных с незаконным оборотом наркотических средств, освобожден по отбытию наказания 13 февраля 2018 года, по месту отбывания наказания характеризуется отрицательно, на путь исправления не встал. Обстоятельства, смягчающие наказание подсудимого ФИО1 в соответствии со ст. 61 УК РФ : активное способствование раскрытию и расследованию преступления, признание вины, раскаяние в содеянном. Обстоятельства, отягчающие наказание подсудимого ФИО1 в соответствии со ст. 63 УК РФ – рецидив преступлений. ФИО1, отбывая наказание в виде лишения свободы за совершение преступлений, связанных с незаконным оборотом наркотических средств, вновь совершил умышленное преступление однородного характера против здоровья населения и общественной нравственности, в связи с чем, суд считает необходимым назначить ему наказание в виде лишения свободы, поскольку его исправление возможно только в изоляции от общества. Принимая во внимание общественную опасность совершенного преступления, личность подсудимого, суд не находит оснований для применения статей , 73 УК РФ . В соответствии с п. «в» ч. 1 ст. 58 УК РФ , ФИО1 должен отбывать наказание в исправительной колонии строгого режима, поскольку в содеянном им имеется рецидив, ранее он отбывал лишение свободы. Руководствуясь ст. 316 УПК РФ , ПРИГОВОРИЛ: ФИО1 признать виновным в совершении преступления, предусмотренного ч. 3 ст. , ч. 1 ст. 228 УК РФ и назначить наказание в виде лишения свободы сроком на 01 (один) год 02 (два) месяца с отбыванием наказания в исправительной колонии строгого режима. В соответствии со ст. 70 УК РФ , по совокупности приговоров, к вновь назначенному наказанию полностью присоединить не отбытое наказание по приговору Старицкого районного суда Тверской области от 09 августа 2013 года, с учетом изменений, внесённых постановлением Калининского районного суда Тверской области от 22 сентября 2015 года и окончательно назначить наказание в виде лишения свободы сроком на 01 (один) год 02 (два) месяца 04 (четыре) дня, без штрафа и ограничения свободы, с отбыванием наказания в исправительной колонии строгого режима. Срок отбытия наказания исчислять с 15 февраля 2018 года, зачесть в срок отбытия наказания, время содержания ФИО1 под стражей с 09 февраля 2018 года по 14 февраля 2018 года, включительно. Меру пресечения в отношении ФИО1 – заключение под стражу, оставить без изменения, до вступления приговора в законную силу. Приговор может быть обжалован в апелляционном порядке в Тверской областной суд через Андреапольский районный суд Тверской области в течение 10 суток со дня его провозглашения, с соблюдением требований ст. 317 УПК РФ , осужденным с момента вручения копии приговора. В случае подачи апелляционной жалобы, осужденный вправе ходатайствовать о своём участии в рассмотрении уголовного дела судом апелляционной инстанции, и рассмотрении жалобы с участием защитника. Приговор, постановленный в соответствии со статьей 316 УПК РФ , не может быть обжалован в апелляционном порядке по основанию, предусмотренному пунктом 1 статьи 389.15 УПК РФ . Судья С.А. Алексеев Суд: Андреапольский районный суд (Тверская область) (подробнее) Судьи дела: Алексеев С.А. (судья) (подробнее) Последние документы по делу: Постановление от 10 февраля 2019 г. по делу № 1-5/2018 Приговор от 3 июля 2018 г. по делу № 1-5/2018 Постановление от 26 февраля 2018 г. по делу № 1-5/2018 Приговор от 26 февраля 2018 г. по делу № 1-5/2018 Приговор от 26 февраля 2018 г. по делу № 1-5/2018 Приговор от 14 февраля 2018 г. по делу № 1-5/2018 Приговор от 12 февраля 2018 г. по делу № 1-5/2018 Приговор от 7 февраля 2018 г. по делу № 1-5/2018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