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пластиковая труба белого цвета в кухне в диване», имеющий оттиск печати: «Следственное управление Следственного комитет Российской Федерации Боровичский межрайонный следственный отдел», а также подписью следователя, понятых и участвующих лиц. Также на бумажном мешке имеется оттиск печати: «Государственное областное бюджетное учреждение здравоохранения «Новгородское бюро судебно-медицинской экспертизы» Судебно-биологическое отделение». На момент осмотра бумажный мешок повреждений и следов вскрытия не имеет. При вскрытии осматриваемого бумажного мешка в нем обнаружена: - пластиковая труба белого цвета общей длиной 92 см, диаметром 2 см, полая внутри, имеющая сгиб к середине трубы на расстоянии 49 см.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2, кроссовки кухня», упакованный аналогичным образом. На момент осмотра бумажный мешок повреждений и следов вскрытия не имеет.При вскрытии осматриваемого бумажного мешка в нем обнаружены: - левый кроссовок черного цвета с восьмью полосами серебристого цвета по четыре на каждой стороне и надписью «SIGMA» по бокам, на пятке и на подошве, имеющий подошвенную часть черно-белого цвета, длина которой составляет 29 см, стелька в кроссовке порвана и высунута наружу, на кроссовке имеются следы вещества бурого цвета, расположенные на подошве и на стельке; - правый кроссовок черного цвета с восьмью полосами серебристого цвета по четыре на каждой стороне и надписью «SIGMA» по бокам, на пятке и на подошве, имеющий подошвенную часть черно-белого цвета, длина которой составляет 29 см, стелька в кроссовке отсутствует, на кроссовке и его подошве имеются следы вещества бурого цвета.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металлическая труба санузел», упакованный аналогичным способом. На момент осмотра бумажный мешок повреждений и следов вскрытия не имеет. При вскрытии осматриваемого бумажного мешка в нем обнаружена: - металлическая труба темно-коричневого цвета общей длиной 62 см внутренним диаметром 1,5 см, наружным диаметром 2,3 см с одного конца трубы и 3 см с другого конца, имеющим рядом боковое ответвление с выходным отверстием диаметром 3 см.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 синего цвета: «Обнаружение трупа ОМП ДД.ММ.ГГГГ Боровичи, &lt;адрес&gt; шапка, 2 куртки кухня»,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обнаружены: - шапка черного цвета с наличием на поверхности шапки следов вещества бурого цвета; куртка сине-серого цвета из синтетического материала, имеющая следы вещества бурого цвета, куртка порвана по шву на стыке с рукавом; куртка синего цвета из синтетического материала с капюшоном, на поверхности куртки, на поверхности куртки имеются следы вещества бурого цвета.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тряпка санузел»,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обнаружена: - тряпка бежевого цвета размерами 58x22 см, имеющая следы вещества бурого цвета.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вырез гипсокартона (стена напротив газовой плиты) кухня»,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 - гипсокартон длиной 33 см, максимальной шириной 13 см с неровнымикраями, с одной стороны твердый рассыпающийся белый материалгипсокартона с наличием трещин и отдельных осколков гипсокартона, с другой стороны бумажная обшивка темно-зеленого цвета со следами вещества бурого цвета в виде брызг.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Бумажный мешок бежевого цвета, снабженный биркой с пояснительной надписью, выполненной рукописным способом красителем синего цвета: «Обнаружение трупа ОМП ДД.ММ.ГГГГ Боровичи, &lt;адрес&gt; одежда с трупа 1) свитер 2) толстовка (кофта) 3) кальсоны 4) носки 5) джинсы с ремнем 6) трусы»,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обнаружены: - джинсы темно-синего цвета, штанины джинсов пропитаны веществом бурого цвета; - кальсоны черного цвета; - трусы типа «плавки-боксеры»; - носки черного цвета, один из которых имеет засохшее вещество бурого цвета; - свитер серого цвета, имеющий следы вещества бурого цвета, расположенные на груди у ворота свитера; - толстовка серого цвета со следами вещества бурого цвета. При осмотре толстовки в правом кармане обнаружен кнопочный мобильный телефон черного цвета без SIM-карт и без задней крышки марки «EXPLAY», модель - А170, IMEY 1: «№», IMEY 2: «№». На экране телефона - вещество бурого цвета.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Бумажный мешок бежевого цвета, снабженный биркой с пояснительной надписью, выполненной рукописным способом красителем синего цвета: «Обнаружение трупа ФИО1 Выемка ДД.ММ.ГГГГ Боровичи, &lt;адрес&gt;, одежда Свидетель №2: ботинки, джинсы, куртка, Боровичский МСО»,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обнаружены: куртка светло-коричневого цвета; джинсы темно-синего цвета;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джинсы комната»,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обнаружены: - джинсы синего цвета, на которых имеются следы вещества бурого цвета в виде пятен;</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Бумажный мешок бежевого цвета, снабженный биркой спояснительной надписью, выполненной рукописным способом красителемсинего цвета: «Обнаружение трупа ОМП ДД.ММ.ГГГГ Боровичи, &lt;адрес&gt; вырез гипсокартона (стена напротив выхода) кухня»,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 - гипсокартон размерами 114x49,5 см., покрытый бумагой зеленого цвета, с обратной стороны имеющий размазанное пятновещества бурого цвета с брызгами и подтеками.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Бумажный мешок бежевого цвета, снабженный биркой с пояснительной надписью, выполненной рукописным способом красителем синего цвета: «039634 обнаружение трупа личный обыск ДД.ММ.ГГГГ каб. № по адресу: НО, &lt;адрес&gt; тапки черного цвета 2 шт. (правые); джинсы синего цвета; жилетка зеленого цвета, куртка темного цвета каб. № по адресу: НО, &lt;адрес&gt;», упакованный аналогичным образом. На момент осмотра бумажный мешок повреждений и следов вскрытия не имеет. При вскрытии осматриваемого бумажного мешка в нем обнаружены: - жилетка зеленого цвета; - тапок серого цвета на правую ногу 41 размера, на котором имеются следы вещества бурого цвета; джинсы синего цвета, на которых имеется вещество бурого цвета в виде пятен; - куртка черного цвета, имеющая следы вещества бурого цвета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срезы ногтевых пластин с левой руки Свидетель №2 Боровичский МСО, каб. №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срезы ногтевых пластин с правой руки Свидетель №2 Боровичский МСО, каб. №», упакованный аналогичным образом. На момент осмотра упаковка повреждений и следов вскрытия не имеет. Конверт не вскрывался.</w:t>
      </w:r>
    </w:p>
    <w:p>
      <w:pPr>
        <w:pStyle w:val="Heading3"/>
      </w:pPr>
      <w:r>
        <w:rPr>
          <w:rFonts w:ascii="Times New Roman" w:hAnsi="Times New Roman" w:eastAsia="Times New Roman" w:cs="Times New Roman"/>
          <w:b/>
          <w:i w:val="0"/>
          <w:sz w:val="22"/>
        </w:rPr>
        <w:t>Пункт 13. Выводы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срезы ногтевых пластин с правой руки ФИО2 Боровичский МСО, каб. №»,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срезы ногтевых пластин с левой руки ФИО2»,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левая рука (смывы с кистей) ФИО2»,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правая рука (смывы),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ФИО1 получение образцов для сравнительного исследования ДД.ММ.ГГГГ Боровичский МСО, каб. № контрольный образец (смывы с кистей ФИО37) Боровичский МСО, каб. №», упакованный аналогичным образом.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Заключение эксперта № от ДД.ММ.ГГГГ пять светлых дакт. пленок», снабженная подписью эксперта, имеющая оттиск печати: «ЭКО ОМВД России по &lt;адрес&gt; Боровичи. Для экспертиз и исследований ЭКО». На момент осмотра упаковка повреждений и следов вскрытия не имеет. Конверт не вскрывался. Бумажный конверт белого цвета, снабженный биркой с пояснительной надписью: «039634 обнаружение трупа ОМП ДД.ММ.ГГГГ Боровичи, &lt;адрес&gt; 3 фрагмента металла серого цвета кухня, над входной дверью», снабженная подписями следователя и участвующих лиц, имеющая оттиск печати: «Следственное управление Следственного комитета Российской Федерации по &lt;адрес&gt; Боровичский межрайонный следственный отдел». На момент осмотра упаковка повреждений и следов вскрытия не имеет. Конверт не вскрывался. По окончании осмотра предметы надлежащим образом упакованы в ту же упаковку, признаны вещественными доказательствами и приобщены к уголовному делу.(т. 1,л.д. 182-215, 216-218) - заключением комиссионной судебно-медицинской экспертизы № от 08.12.2016г., согласно которому смерть ФИО1 наступила от тяжелой закрытой черепно-мозговой травмы, проявившейся диффузным аксональным повреждением (разрывом нервных волокон, соединяющих нервные клетки) головного мозга, о чем свидетельствуют мелкоочаговые кровоизлияния в стволовых структурах головного мозга (Варолиев мост, ромбовидная ямка, продолговатый мозг), дистрофические изменения нервных клеток с наличием аксо-нальных сфероидов и крупных астроцитарных клеток; множественными очаговыми кровоизлияниями в вещество головного мозга обоих полушарий, кровоизлияниями под мягкие мозговые оболочки в правой лобной, обеих височных области и обоих полушарий мозжечка, осложнившихся резко выраженным деструктивным отеком головного мозга с его дислокацией (смещением) в область основания черепа со сдавлением ствола мозга и обоих долей мозжечка, что привело к параличу центра дыхания и кровообращения, и в конченом итоге к смертельному исходу. Характер трупных явлений, установленный при осмотре трупа ФИО1 на месте его обнаружения (интенсивная выраженность трупного окоченения в жевательных мышцах, мышцах шеи, мышцах верхних конечностей, отсутствие в нижних конечностях; восстановление окраски трупных пятен при динамометрии в поясничной области через 1 минуту 30 секунд), а так же данные макро-и микроскопического исследования трупа могут свидетельствовать о том, что его смерть наступила в промежутке времени 7-16 часов до момента осмотра трупа на месте происшествия в период с 15:17 до 19:21 час. ДД.ММ.ГГГГ. Проведенной 09.01.2016г. судебно-медицинской экспертизой трупа ФИО1, ДД.ММ.ГГГГ года рождения («Заключение эксперта (экспертиза трупа) №») уставлены телесные повреждения: - на волосистой части головы и в области лица: ушибленные раны (щелевидной и веретенообразной формы с неровными, ссаднеными краями, остроугольными концами, с, неровными, бугристыми стенками, наличием соединительных перемычек); в левой лобно-теменной области (1) практически по срединной линии, в лобной области справа (1) на расстоянии 3 см вверх от правой надбровной дуги и 1,5 см от условно срединной линии и слева (2 на расстоянии 0,3 см друг от друга) на расстоянии 1,5 см от левой надбровной дуги, в области верхней трети переносицы, на слизистой оболочке верхней губы справа; - кровоизлияния: в мягкие покровы головы со стороны их внутренней поверхности в области вышеуказанных повреждений практически на всю толщу, под мягкие мозговые оболочки, в правой лобной, левой и правой височных областей, обоих полушарий мозжечка, отслаивающие мягкие мозговые оболочки; - кровоподтеки (красновато-фиолетовые, интенсивные по своей окраске): левой параорбитальной области, левой ушной раковины в области верхней части; - ссадины (с красновато буроватой запавшей мягковатой поверхностью): у внутреннего края правой надбровной дуги (1), левой височной области (1), переносицы в средней части (1), левой щеки (2) на всем протяжении в средней части (1), подбородка справа (1); - в области шеи: - кровоподтек на правой переднебоковой поверхности шеи в средней части (1), надрыв синходроза подъязычной кости с внутренней поверхности в месте сочленения рога с телом; - переломы: полный косо-вертикальный переднего края левой пластины щитовидного хряща в области угла и полный поперечный у основания рога с массивными кровоизлияниями в мышцы шеи, подкожную клетчатку преимущественно слева; - в области грудной клетки и живота: кровоподтеки (красновато-фиолетовые, интенсивные по своей окраске), в проекции левой ключицы, распространяясь на переднюю поверхность грудной клетки (1), в проекции четвертого межреберья справа (1), на заднебоковой поверхности грудной клетки слева (1), в правом подреберье (1); - ссадина (с красновато буроватой запавшей мягковатой поверхностью) в области левого подреберья; - в области верхних конечностей: кровоподтеки (красновато-фиолетового цвета, интенсивные по своей окраске) передней поверхности правого плеча (2) и наружной поверхности правого предплечья (2), наружной поверхности правого плеча (2), правой кисти на тыльной поверхности (множественные, сливающиеся между собой), наружной поверхности левого плеча в верхней и средней трети (2) и наружной поверхности левого предплечья и кисти (1), задней поверхности левого плечевого сустава распространяясь на лопаточную область (1); - в области нижних конечностей: кровоподтеки (красновато-фиолетового цвета, интенсивные по своей окраске) наружной поверхности левого бедра на всем протяжении (3), передней поверхности левого коленного сустава и левой голени (2), наружной поверхности правого бедра (1), передней поверхности правого коленного сустава и голени (3), внутренней поверхности правой стопы (1). Ушибленные раны лобно-теменной области, лобной области образовались от, не менее, двух воздействий тупого(ых) твердого(ых) предмета(ов), имеющих нечетко выраженное ребро (ребра), возможно неровной продолговатой формы. Ушибленные раны в области переносицы, на слизистой оболочке верхней губы образовались от, не менее, двух воздействий тупого(ых) твердого(ых) предмета(ов) с ограниченной контактирующей поверхностью, кровоподтеки левой параорбитальной облети, левой ушной раковины образовались от, не менее, двух воздействий тупых твердых предметов, с ограниченной контактирующей поверхностью. Ссадины лица, височной области образовались от, не менее, шести тангенциальной (по касательной) воздействий тупых твердых предметов. Закрытая травма шеи в виде кровоподтека (правой переднебоковой поверхности), кровоизлияний в мягкие ткани шеи, надрыва синхондроза подъязычной кости, переломов щитовидного хряща возникла от действия тупого твердого предмета по механизму удара в направлении спереди назад и несколько слева направо. Кровоподтеки в области грудной клетки и живота образовались от, не менее, четырех воздействий тупых твердых предметов, возможно, как с ограниченной, так и неограниченной, контактирующей поверхностью. Ссадина в области левого подреберья образовались от одного тангенциального (по касательной) воздействия тупого твердого предмета. Кровоподтеки в области верхних конечностей образовались от, не менее, одиннадцати воздействий тупых твердых предметов, возможно, как с ограниченной, так и неограниченной, контактирующей поверхностью. Кровоподтеки в области нижних конечностей образовались от, не менее, десяти воздействий тупых твердых предметов, возможно, как с ограниченной, так и неограниченной, контактирующей поверхностью. Установить последовательность причинения телесных повреждений ФИО1 не представляется возможным. Принимая во внимание множественность, различную локализацию (расположение на различных анатомических областях тела) повреждении, экспертная комиссия считает, что возникновение телесных повреждений в области головы и шеи, а также в области туловища и конечностей у ФИО1 в результате его падения «с высоты собственного роста» следует исключить. Все выявленные на трупе телесные повреждения прижизненного характера. Установленные при экспертизе трупа ФИО1 телесные повреждения образовались, согласно данным макро- и микроскопического исследования, в период времени исчисляемый от нескольких часов до 1 суток. Закрытая черепно-мозговая травма, проявившаяся диффузным аксональным повреждением головного мозга, возникла от совокупности причиненных в область головы и лица повреждений (ушибленных ран, кровоподтеков, ссадин) и квалифицируется как повреждение, повлекшее за собой тяжкий вред здоровью по признаку опасности для (п. "-1-3. «Медицинских критериев определения тяжести вреда, причиненного здоровью человека», приложение-к приказу МЗ и СР РФ №н от ДД.ММ.ГГГГ) и состоит в прямой причинно-следственной связи с наступлением смерти ФИО1 Закрытая тупая травма шеи в виде переломов левой пластины щитовидного хряща, надрыва синхондроза подъязычной кости с массивными кровоизлияниями в мягкие ткани возникло от удара тупым твердым предметом и квалифицируется как повреждение, повлекшее за собой тяжкий вред здоровью по признаку опасности для жизни (п. 6.1.5. Медицинских критериев определения тяжести вреда, причиненного здоровью человека», приложение к приказу МЗ и СР РФ №н от ДД.ММ.ГГГГ) и не состоит в причинно-следственной связи с наступлением смерти ФИО1 Кровоподтеки туловища, верхних и нижних конечностей являются поверхностями повреждениями, не влекущими за собой кратковременного расстройства здоровья или незначительной стойкой утраты общей трудоспособности, в связи с чем в соответствии с п.9. «Медицинские критерии определения тяжести вреда, причиненного здоровью человека», утвержденных приказом МЗиСР Российской Федерации от ДД.ММ.ГГГГ 194н, квалифицируются как повреждения, не причинившие вред здоровью человека. В момент получения телесных повреждений ФИО1 мог находится как вертикальном, так и горизонтальном положении. Установить конкретно взаиморасположение нападавшего и потерпевшего, в момент получения телесных повреждений не представляется возможным. До полученной ФИО1 черепно-мозговой травмы он мог, после причинения ему других телесных повреждений, находиться в сознании и совершать самостоятельные действия (ходить, разговаривать и др.). Локализация кровоподтеков на верхних конечностях (наружная, тыльная поверхности предплечий и кистей) не исключает возможности их возникновения при борьбе или самообороне. В момент смерти ФИО1 находился в стоянии алкогольного опьянения тяжелой степени. Установить конкретно количество принятого им алкоголя не представляется возможным. Ушибленные раны образовались от действий нечетко выраженного ребра (ребер) тупогранного предмета(ов), возможно неровной продолговатой формы. Форма и размеры кровоподтеков в области шеи, передней поверхности грудной клетки, правого и левого предплечий, задней поверхности грудной клетки свидетельствуют о том, что они причинены тупыми твердыми продолговатыми предметами, возможно представленными на экспертизу пластиковой и металлической трубами. Остальные вышеуказанные повреждения образовались от воздействий тупых твердых предметов, возможно от ударов кулаками. Учитывая физические характеристики пластиковой трубки, представленной на экспертизу в качестве вещественного доказательства, экспертная комиссия не исключает возможности образования части ссадин лица и кровоподтеков продолговатой формы локализованных в области грудной клетки и верхних конечностей от нанесения ударов этим предметом. Образование ушибленных ран головы от нанесения ударов пластиковой трубкой представляется маловероятным. Особенности повреждений в области шеи (кровоподтек правой переднебоковой поверхности продолговатой формы, надрыв синхондроза подъязычной кости, переломы левой пластины щитовидного хряща) свидетельствует о том, что они возникли от действия тупого твердого предмета по механизму удара и не характерны для таковых, вознкающих при удушении человека. Смерть ФИО1 наступила от тяжелой закрытой черепно-мозговой травмы. Травма шеи не явилась причиной смерти ФИО1 и не могла способствовать ее наступлению. (т. 4,л.д. 115-137) - показаниями судебно-медицинского эксперта ФИО22, данными в суде, согласно которым после получения черепно-мозговой травмы, повлекшей аксональное повреждение головного мозга, ФИО1 не мог находиться в сознании, поскольку произошел разрыв нервных связей. Причиненные травмы головы не могут быть разграничены между собой, они утяжеляют травму в совокупности и ведут к данному результату. Без первого удара такой результат в виде смерти потерпевшего не наступил бы, также как он и не наступил бы без последнего удара. Удары по голове потерпевшему были нанесены со значительной силой, более вероятно, что они были нанесены кулаками или каким-либо предметом с ограниченной поверхностью, менее вероятно, что они были причинены представленной экспертам пластиковой трубкой в силу соотношения ее длины и ширины, а травмы туловища и конечностей более вероятно были нанесены указанной трубкой. - заключением эксперта № от ДД.ММ.ГГГГ, согласно которому групповая принадлежность крови трупа ФИО1 - Ар (II), подозреваемого ФИО2 и свидетеля Свидетель №2 по системе АВО одинакова. На двух вырезах гипсокартона, тряпке, пластиковой трубке, кроссовках, двух куртках, шапке, металлической трубе обнаружена кровь человека. В данном случае кровь могла произойти от потерпевшего ФИО1 От подозреваемого ФИО2 и свидетеля Свидетель №2 происхождение обнаруженной крови исключается. (т. 2, л.д. 73-80) - заключением эксперта № от 29.03.20J6, согласно которому на отрезках светлой дактилопленки, размерами 40x46 мм, 45x50 мм, 40x47 мм, 40x47 мм, 40x38 мм (№-№), изъятые ДД.ММ.ГГГГ по факту смерти ФИО1, имеются следы рук, пригодные для идентификации личности, оставленные средним пальцем правой руки ФИО2, и средним пальцем правой руки, ладонью левой руки и безымянным пальцем левой руки Свидетель №2. (т. 2, л.д. 86-94) - протоколом получения образцов для сравнительного исследования от ДД.ММ.ГГГГ, согласно которому у свидетеля Свидетель №2 получены отпечатки пальцев рук с помощью типографской краски и валика на дактилоскопическую карту. (т. 2, л.д. 111-112) - протоколом получения образцов для сравнительного исследования от ДД.ММ.ГГГГ, согласно которому получен образец крови свидетеля Свидетель №2, путем забора крови из вены в одноразовый шприц, после чего образец крови перенесен из шприца на марлевый тампон, который упакован соответствующим образом, а также аналогично упакован контрольный образец марли. (т. 2, л.д. 114-115) - протоколом получения образцов для сравнительного исследования от ДД.ММ.ГГГГ, согласно которому с помощью ножниц получены срезы ногтевых пластин кистей обеих рук ФИО2, которые упакованы в два раздельных бумажных конверта. (т. 2, л.д. 123-124) - протоколом получения образцов для сравнительного исследования от ДД.ММ.ГГГГ, согласно которому у ФИО2 с помощью дистиллированной воды и марли получены смывы с кистей обеих рук, которые в два раздельных бумажных конверта, аналогично упакован контрольный образец марли. (т. 2,л.д. 120-121) - протоколом получения образцов для сравнительного исследования от ДД.ММ.ГГГГ, согласно которому у ФИО2 получен образец крови, путем забора крови из вены в одноразовый шприц, после чего образец крови из шприца перенесен на марлевый тампон, который упакован соответствующим образом, аналогичным образом упакован контрольный образец марли. (т. 2, л.д. 126-127) - протоколом получения образцов для сравнительного исследования от ДД.ММ.ГГГГ, согласно которому у ФИО2 получены отпечатки пальцев рук с помощью типографской краски и валика на дактилоскопическую карту. (т. 2, л.д. 129-130) - протоколом освидетельствования от ДД.ММ.ГГГГ, согласно которому у подозреваемого ФИО2 обнаружена ссадина на спине в средней трети грудной отдела позвоночника, размерами 5 х 2 см. Иных видимых телесных повреждений не обнаружено. (т. 2, л.д. 137-140) - протоколом медицинского освидетельствования для установления факта употребления ПАВ № от ДД.ММ.ГГГГ, согласно которому у подозреваемого ФИО2 установлено алкогольное опьянение средней степени. (т. 1,л.д. 30) - рапортом об обнаружении признаков преступления от ДД.ММ.ГГГГ, согласно которому 08.0,1.2016 в 14 часов 15 минут из дежурной части МОМВД России «Боровичский» в Боровичский межрайонный следственный отдел Следственного управления Следственного комитета Российской Федерации по &lt;адрес&gt; поступило сообщение по факту обнаружения трупа ФИО1, ДД.ММ.ГГГГ г.р., с признаками насильственной смерти в доме, расположенном по адресу: &lt;адрес&gt;. (т. 1,л.д.22). В ходе судебного разбирательства государственный обвинитель отказался от поддержания обвинения в отношении подсудимого по п. «в» ч.2 ст. 158 УК РФ , просил переквалифицировать его действия на ч.1 ст. 158 УК РФ , поскольку квалифицирующий признак кражи «с причинением значительного ущерба гражданину» не нашел своего подтверждения в ходе судебного следствия, в связи с чем уголовное преследование в отношении ФИО2 в данной части подлежит прекращению. Оценив в совокупности все имеющиеся и являющиеся допустимыми и достоверными доказательства по делу, суд находит вину ФИО2 доказанной полностью и квалифицирует его действия по ч. 4 ст. 111 УК РФ как умышленное причинение тяжкого вреда здоровью, опасного для жизни человека, повлекшего по неосторожности смерть потерпевшего, и по ч.1 ст. 158 УК РФ , как кража, то есть тайное хищение чужого имущества. В основу обвинительного приговора в части осуждения ФИО2 по ч.1 ст. 158 УК РФ суд полагает необходимым положить показания самого подсудимого, его явку с повинной, показания потерпевшего Потерпевший №2 и свидетеля ФИО20, поскольку совокупность данных доказательств является достаточной для постановления обвинительного приговора. В основу обвинительного приговора в части осуждения ФИО2 по ч.4 ст. 111 УК РФ суд полагает необходимым положить показания потерпевших Свидетель №6, Потерпевший №1, а также свидетелей Свидетель №2, Свидетель №1 о действиях ФИО2 и обстоятельствах причинения им телесных повреждений потерпевшему ФИО1, свидетелей Свидетель №4, Свидетель №3, которые были на месте преступления незадолго до наступления смерти потерпевшего, свидетелей Свидетель №11, Свидетель №7 и Свидетель №8, которые выезжали на место преступления сразу же после поступления сообщения о смерти потерпевшего. Данные показания согласуются между собой и с другими доказательствами по уголовному делу, в том числе с показаниями ФИО2, данными им в присутствии защитника в качестве подозреваемого от 10.01.2016г., и которые также были полностью подтверждены ФИО2 в ходе проведения проверки данных показаний на месте. Данные показания также согласуются с иными доказательствами, в том числе с заключением судебно-медицинской экспертизы, протоколом осмотра места происшествия, протоколом осмотра трупа потерпевшего. Оснований ставить под сомнения указанные доказательства не имеется. Показания подсудимого ФИО2, отрицающего свою причастность к совершению данного преступления, суд оценивает критически как способ защиты от предъявленного обвинения в целях уменьшения степени своей вины, поскольку данные показания опровергнуты исследованными в ходе судебного следствия вышеуказанными доказательствами. На одежде ФИО2 обнаружены многочисленные следы крови. Мотив совершения преступления - личная неприязнь, также нашел свое подтверждение в судебном заседании, поскольку в ходе судебного разбирательства было установлено, что первоначально сам потерпевший нанес подсудимому удар по спине, что явилось поводом для конфликта и нанесения ряда ударов потерпевшему со стороны подсудимого, а в дальнейшем потерпевший повредил унитаз в его доме, что повлекло продолжение конфликта. Количество телесных повреждений, механизм их образования, локализация, степень тяжести и причина смерти ФИО1 подтверждены заключением судебно-медицинской экспертизы, которое сомнений не вызывает. Выводы эксперта основаны на данных исследования трупа потерпевшего, они мотивированы, подтверждены в ходе допроса эксперта в суде и не противоречат установленным в судебном заседании фактическим обстоятельствам произошедших событий. Собранными по делу доказательствами установлено, что в ходе конфликта на почве личной неприязни, у ФИО2 возник умысел на причинение тяжкого вреда здоровью ФИО1, которому он нанес множественные удары по голове, то есть в жизненно важный орган, и по телу, однако он не осознавал опасность причиняемых травм для жизни потерпевшего, что свидетельствует о неосторожности по отношению к смерти ФИО1 Между действиями подсудимого и наступлением смерти ФИО1 имеется прямая причинно-следственная связь. Суд приходит к выводу, что действия ФИО2 носили умышленный характер, поскольку он осознавал, что наносит удары кулаками и пластиковой трубой потерпевшему, в том числе в область головы, то есть в область жизненно важных органов. В момент нанесения подсудимым ударов потерпевшему подсудимый ФИО2 не находился в состоянии необходимой обороны. Доводы стороны защиты о том, что подсудимый не виновен в совершении данного преступления, поскольку от нанесенных ударов пластиковой трубкой по конечностям потерпевшего не могли наступить такие общественно-опасные последствия в виде причинения потерпевшему данных телесных повреждений и его смерти, подлежат отклонению как не нашедшие своего подтверждения в ходе судебного разбирательства. Из показаний свидетелей Свидетель №2 и Свидетель №1 следует, что кроме подсудимого ФИО2 потерпевшему ФИО1 никто ударов по голове не наносил, сам ФИО2 в своих первоначальных показаниях в качестве подозреваемого, которые суд признает наиболее достоверными, также пояснял, что он нанес потерпевшему не менее двух ударов кулаком по лицу. Также из показаний данных свидетелей следует, что хотя потерпевший выходил из квартиры подсудимого, но фактически он никуда не уходил, оставался на веранде дома, что по инициативе ФИО2 они первоначально поясняли, что ФИО1 пришел с телесными повреждениями с улицы. Также из показаний свидетелей Свидетель №4, Свидетель №2 и Свидетель №1 следует, что когда они втроем утром ДД.ММ.ГГГГг. уходили из квартиры ФИО2, то потерпевший ФИО1 был жив и ФИО2 собирался отвести его домой, после этого в жилище подсудимого кроме него и потерпевшего более никого не находилось, именно сам подсудимый сообщил о смерти потерпевшего через свидетеля Свидетель №12 спустя непродолжительное время, не заявляя о том, что в его квартире находились какие-либо иные лица, что с учетом показаний судебно-медицинского эксперта ФИО23 в суде о характере травмы и причине смерти указывает на то, что именно подсудимый в результате нанесения потерпевшему многочисленных ударов в совокупности причинил ему закрытую черепно-мозговую травму, которая и явилась причиной смерти потерпевшего. Доводы стороны защиты о том, что свидетели Свидетель №2 и Свидетель №1 оговаривают подсудимого, так как они могут быть причастны к смерти потерпевшего, поскольку они также наносили удары потерпевшему, подлежат отклонению как не нашедшие своего подтверждения в ходе судебного следствия. Ссылка стороны защиты на то, что на руках у Свидетель №2 были зафиксированы телесные повреждения, является несостоятельной, поскольку до этого освидетельствования Свидетель №2 был осмотрен врачом скорой помощи при вызове ее в здание следственного комитета, где Свидетель №2 упал, и там у него телесных повреждений на руках не зафиксировано. Органами предварительного следствия причастность иных лиц к совершению данного преступления была проверена в установленном законом порядке, в том числе путем назначения соответствующих криминалистических экспертиз. Доводы стороны защиты о том, что не установлено орудие совершения данного преступления, так как судебно-медицинская экспертиза в совокупности с экспертизой вещественных доказательств в виде срезов кожи потерпевшего указывает на невозможность причинения телесных повреждений, явившихся непосредственной причиной смерти, при помощи пластиковой трубки, подлежат отклонению, поскольку судебно-медицинский эксперт не категорически исключил возможность нанесения указанных телесных повреждений, состоящих во взаимосвязи с причиной смерти потерпевшего, полагая их маловероятными, но возможными, а также вполне вероятным причинение данных телесных повреждений в результате нанесения ударов кулаками. Довод стороны защиты об отсутствии на руках подсудимого телесных повреждений, свидетельствующих о нанесении им вышеуказанных ударов кулаками, также не исключает факт нанесения данных телесных повреждений потерпевшему таким способом. Довод стороны защиты о том, что с момента ухода из жилища подсудимого свидетелей Свидетель №2 и Свидетель №1 и до момента вызова скорой помощи прошел промежуток времени около 6 часов, что с учетом показаний эксперта Василевского исключает возможность нахождения в это время потерпевшего в сознании, подлежат отклонению, так как точное время смерти потерпевшего не установлено, имеется лишь временной отрезок, в течение которого подсудимый мог не сразу же вызвать скорую помощь, при этом он имел возможность и после ухода из его жилища указанных свидетелей продолжить нанесение ударов потерпевшему, что согласуется с показаниями свидетелей Свидетель №4, Свидетель №2 и Свидетель №1 о том, что на момент их ухода из квартиры ФИО37 потерпевший был в сознании. Доводы стороны защиты о том, что телесные повреждения, которые явились причиной смерти потерпевшего, могли быть получены ФИО1 при иных обстоятельствах, в том числе вне квартиры подсудимого, подлежат отклонению, поскольку они противоречат показаниям судебно-медицинского эксперта, согласно которым после получения черепно-мозговой травмы, которая явилась непосредственной причиной смерти потерпевшего, он не мог совершать активных действий. Представленные в качестве доказательств со стороны защиты показания свидетелей Свидетель №5, ФИО24, ФИО25 не опровергают факта совершения данного преступления именно ФИО2 Показания свидетеля Свидетель №9 в той части, что свидетели Свидетель №2 и Свидетель №1 пришли к ней домой около 12 часов, при этом на одежде и обуви Свидетель №2 была кровь, которую он замывал, после чего они были задержаны сотрудниками полиции, противоречат показаниям не только указанных лиц, но и свидетеля Свидетель №4, а также иным доказательствам по уголовному делу, в связи с чем в данной части суд признает показания свидетеля Свидетель №9 не достоверными. Согласно ст. 15 УК РФ преступление, предусмотренное ст. ч.4 УК РФ, относится к категории особо тяжких, направлено против жизни и здоровья. Преступление, предусмотренное ч. 1 ст. 158 УК РФ относится к категории преступлений небольшой тяжести, направлено против собственности, сохранность которой гарантирована Конституцией РФ. При определении вида и размера наказания суд исходит из требований ст. 60 УК РФ , общих начал назначения наказания, учитывая характер и степень общественной опасности преступления, данные о личности подсудимого, наличие смягчающих и отягчающих наказание обстоятельств, влияние назначенного наказания на исправление осуждённого и на условия жизни его семьи. Исследуя данные о личности подсудимого, суд установил: ФИО2 в октябре 2015г. привлекался к административной ответственности по ч.3 ст. 12.8 и ст. 12.20 КоАП РФ (т. 3 л.д.15); по месту жительства характеризуется отрицательно (т. 3,л.д.18); на учете у врача-психиатра не состоит (т. 3, л.д. 17); на учете у врача-нарколога не состоит (т. 3, л.д. 16); на момент совершения преступлений не работал, по предыдущему месту работы характеризовался положительно, холост, имеет на иждивении двоих малолетних детей. - согласно заключению судебно-психиатрического эксперта (комиссии экспертов) № от ДД.ММ.ГГГГ, следует: в период инкриминируемого деяния, так и в настоящее время обвиняемый ФИО2 каким-либо расстройством психической деятельности, временным психическим расстройством, психическим заболеванием иным психическим расстройством личности не страдал и не страдает. Как не страдающий каким-либо хроническим, временным психическим расстройством ФИО2 как в период инкриминируемого деяния, так и в настоящее время мог и может в полной мере осознавать фактический характер и общественную опасность своих действий и руководить ими и не нуждается в применении принудительных мер медицинского характера. Обвиняемый ФИО2 с учетом психического состояния способен лично участвовать в уголовном процессе и самостоятельно реализовывать свои процессуальные права, а именно давать показания, заявлять ходатайства и отводы, знакомиться с материалами уголовного дела, участвовать в судебном заседании при его рассмотрении, обжаловать принятые по делу процессуальные решения. ФИО2 в период совершения инкриминируемого ему деяния не находился в состоянии аффекта. (т. 1 л.д. 224-227) Принимая во внимание упорядоченное поведение подсудимого до и после совершения преступления, его адекватное поведение во время предварительного следствия и судебного заседания, а также учитывая заключение судебной психиатрической экспертизы, суд признает ФИО2 вменяемым и подлежащим уголовной ответственности за совершенные преступления как лицо, достигшее установленного законом возраста. Обстоятельством, смягчающим наказание ФИО2 в соответствии с п. «г, и, к» ч.1 ст. 61 УК РФ , суд по ч.1 ст. 158 УК РФ учитывает наличие на иждивении двух малолетних детей, явку с повинной, активное содействие расследованию преступления, добровольное возмещение причиненного преступлением вреда, а также в соответствии с ч.2 ст. 61 УК РФ полное признание вины, состояние здоровья подсудимого. Обстоятельством, смягчающим наказание ФИО2 в соответствии с п. «г, з, и» ч.1 ст. 61 УК РФ , суд по ч.4 ст. 111 УК РФ учитывает наличие на иждивении двух малолетних детей, противоправность поведения потерпевшего, явившегося поводом для преступления, поскольку именно ФИО1 нанес подсудимому удар пластиковой трубкой по спине, что и явилось причиной дальнейшего конфликта, активное содействие раскрытию преступления, что выразилось в даче признательных показаний в качестве подозреваемого от 10.01.2016г., а также в соответствии с ч.2 ст. 61 УК РФ частичное признание вины, поскольку подсудимый не оспаривает нанесение им потерпевшему ряда ударов, а также состояние здоровья подсудимого. Обстоятельством, отягчающим наказание ФИО2, по преступлению, предусмотренному ч.4 ст. 111 УК РФ , в соответствии с ч. 1.1 ст. 63 УК РФ суд с учетом характера и степени общественной опасности преступления, обстоятельств его совершения и личности виновного, признает совершение преступления в состоянии опьянения, вызванном употреблением алкоголя, так как из материалов уголовного дела следует, что преступление подсудимым было совершено в состоянии алкогольного опьянения, что оказало влияние на поведение подсудимого и способствовало совершению преступления, поскольку состояние алкогольного опьянения существенно снизило контроль подсудимого за своим поведением. Обстоятельств, отягчающих наказание ФИО2, по преступлению, предусмотренному ч.1 ст. 158 УК РФ , не установлено. Оснований для изменения категории тяжести преступления, предусмотренного ч.4 ст. 111 УК РФ , на менее тяжкое в соответствии с ч. 6 ст. 15 УК РФ суд не усматривает исходя из обстоятельств совершенного преступления, личности подсудимого и наличия отягчающего наказание обстоятельства. При определении размера наказания должны быть учтены положения ч. 1 ст. 62 УК РФ , а также ч.1 ст. 56 УК РФ (за преступление, предусмотренное ч.1 ст. 158 УК РФ ). На основании изложенного, суд приходит к выводу, что для восстановления социальной справедливости, исправления ФИО2, а также предупреждения совершения новых преступлений подсудимому ФИО2 по преступлению, предусмотренному ч.4 ст. 111 УК РФ , должно быть назначено наказание в виде реального лишения свободы. Оснований для применения положений ст. 73 УК РФ и ст. 64 УК РФ и назначения условного наказания либо более мягкого вида наказания, суд не усматривает, поскольку находит невозможным достижение целей наказания более мягкими видами наказания. Оснований для назначения подсудимому дополнительного наказания в виде ограничения свободы, предусмотренного санкцией ч.4 ст. 111 УК РФ , суд не усматривает с учетом обстоятельств совершенного преступления и сведений о личности подсудимого. По преступлению, предусмотренному ч.1 ст. 158 УК РФ , подсудимому следует назначить наказание в виде обязательных работ. Окончательное наказание по совокупности преступлений следует определить по правилам ч.3 ст. 69 УК РФ путем частичного сложения наказаний. В соответствии с п. «в» ч. 1 ст. 58 УК РФ отбытие наказания ФИО2 надлежит назначить в исправительной колонии строгого режима. В связи с этим мера пресечения в виде содержания под стражей до вступления приговора в законную силу отмене либо изменению не подлежит. Разрешая заявленный потерпевшей Свидетель №6 гражданский иск о взыскании компенсации морального вреда в размере 500 000 рублей в интересах малолетнего сына (т.3 л.д.165), суд, с учетом степени нравственных страданий потерпевшего, которому погибший приходился родным отцом, с учетом требований разумности и справедливости, на основании положений ст. , 1064 , 1099 - 1101 ГК РФ полагает необходимым данные исковые требования удовлетворить частично и взыскать в пользу Свидетель №6 компенсацию морального вреда с ФИО2 в размере 300.000 рублей. Разрешая заявленный потерпевшей Потерпевший №1 гражданский иск о взыскании компенсации морального вреда в размере 500 000 рублей (т.3 л.д.161), суд, с учетом степени нравственных страданий потерпевшей, которой погибший до его совершеннолетия приходился опекаемым, с учетом требований разумности и справедливости, на основании положений ст. , 1064 , 1099 - 1101 ГК РФ полагает необходимым данные исковые требования удовлетворить частично и взыскать в пользу Потерпевший №1 компенсацию морального вреда с ФИО2 в размере 100.000 рублей. Расходы потерпевшей Свидетель №6 по оплате услуг представителя в сумме 15.000 рублей в соответствии с ч.3 ст. и ст. 131 УПК РФ подлежат взысканию с подсудимого в полном размере, поскольку являются обоснованными, подтверждены документально и не являются завышенными. Вещественные доказательства: - пластиковую трубку белого цвета, металлическую трубу темно-коричневого цвета, пару кроссовок черного цвета, два выреза гипсокартона, свитер, толстовку, джинсы с ремнем, кальсоны, носки, трусы, куртку темно-синего цвета, куртку синего цвета, шапку черного цвета, тряпку бежевого цвета, срезы ногтевых пластин кистей обеих рук трупа ФИО1, смывы с кистей обеих рук трупа ФИО1, контрольный образец марли, смывы с кистей обеих рук ФИО2, контрольный образец марли, срезы ногтевых пластин с кистей обеих рук ФИО2, пару тапок черного цвета с правой ноги, джинсы синего цвета, жилетку зеленого цвета, куртку черного цвета, пять светлых дактилоскопических пленок – следует уничтожить. Мобильный телефон «Nokia Lumia 635 LTE» в корпусе черного цвета, переданный на хранение потерпевшему Потерпевший №2, следует считать возвращенным по принадлежности. На основании изложенного и руководствуясь ст. ст. , , , , , , , 310 УПК РФ , суд приговорил: признать ФИО2 виновным в совершении преступлений, предусмотренных ч.1 ст. , ч. 4 ст. 111 УК РФ , и назначить ему наказание: - по ч.1 ст. 158 УК РФ в виде 300 часов обязательных работ, - по ч. 4 ст. 111 УК РФ – в виде 6 лет лишения свободы. В соответствии с ч.3 ст. и ч.1 ст. 71 УК РФ путем частичного сложения наказаний по совокупности преступлений окончательно назначить ФИО2 наказание в виде 6 лет 1 месяца лишения свободы с отбыванием наказания в исправительной колонии строгого режима. Меру пресечения ФИО2 в виде заключения под стражу до вступления приговора в законную силу оставить без изменения, по вступлению приговора в законную силу меру пресечения отменить. Срок наказания ФИО2 исчислять со дня вынесения приговора, то есть с ДД.ММ.ГГГГ. Зачесть в срок отбытия наказания период содержания ФИО2 под стражей в качестве меры пресечения с ДД.ММ.ГГГГг. до ДД.ММ.ГГГГг. Гражданский иск потерпевшей Свидетель №6 о взыскании компенсации морального вреда в размере 500 000 рублей в интересах малолетнего сына удовлетворить частично, взыскать в пользу Свидетель №6 компенсацию морального вреда с ФИО2 в размере 300.000 рублей. Гражданский иск потерпевшей Потерпевший №1 о взыскании компенсации морального вреда в размере 500 000 рублей удовлетворить частично, взыскать в пользу Потерпевший №1 компенсацию морального вреда с ФИО2 в размере 100.000 рублей. В удовлетворении исковых требований в остальной части отказать. Расходы потерпевшей Свидетель №6 по оплате услуг представителя в сумме 15.000 рублей в соответствии с ч.3 ст. и ст. 131 УПК РФ взыскать с осужденного ФИО2 в пользу Свидетель №6 Вещественные доказательства: пластиковую трубу белого цвета, металлическую трубу темно-коричневого цвета, пару кроссовок черного цвета, два выреза гипсокартона, свитер, толстовку, джинсы с ремнем, кальсоны, носки, трусы, куртку темно-синего цвета, куртку синего цвета, шапку черного цвета, тряпку бежевого цвета, срезы ногтевых пластин кистей обеих рук трупа ФИО1, смывы с кистей обеих рук трупа ФИО1, контрольный образец марли, смывы с кистей обеих рук ФИО2, контрольный образец марли, срезы ногтевых пластин с кистей обеих рук ФИО2, пару тапок черного цвета с правой ноги, джинсы синего цвета, жилетку зеленого цвета, куртку черного цвета, пять светлых дактилоскопических пленок - уничтожить. Мобильный телефон «Nokia Lumia 635 LTE» в корпусе черного цвета, - считать переданным по принадлежности потерпевшему Потерпевший №2 Приговор может быть обжалован в апелляционном порядке через Боровичский районный суд в Новгородский областной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Судья: ФИО26ёв Суд: Боровичский районный суд (Новгородская область) (подробнее) Судьи дела: Киселев Илья Александрович (судья) (подробнее) Последние документы по делу: Приговор от 14 ноября 2017 г. по делу № 1-189/2017 Приговор от 16 августа 2017 г. по делу № 1-189/2017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