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2017 года Заводским районным судом города Кемерово по ч. 1 ст. 318 УК РФ , к 1 году 6 месяцам лишения свободы, на основании ст. 73 УК РФ условно с испытательным сроком 1 год,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2017 Заводским районным судом города Кемерово по ч. 2 ст. , ч. 2 ст. 228 УК РФ , по ч. 3 ст. 69 УК РФ к лишению свободы сроком на 4 года, по ст. 73 УК РФ с испытательным сроком 4 года. Приговор от 10 февраля 2017 года исполнять самостоятельно, обвиняемого в совершении преступления, предусмотренного ч. 2 ст. 228 УК РФ , УСТАНОВИЛ: ФИО1 совершил незаконное хранение без цели сбыта наркотических средств в крупном размере, при следующих обстоятельствах: ДД.ММ.ГГГГ, в утреннее время, ФИО1, находясь в поле, расположенном &lt;данные изъяты&gt;, незаконно, умышленно, собрал без цели сбыта, для личного употребления, наркотическое вещество растительного происхождения, являющееся измельченной смесью частей растения рода Конопля (Cannabis L.), содержащее в своем составе наркотически активный тетрагидроканнабинол, являющееся марихуаной (каннабисом), весом не менее 107,7 г., что согласно Федерального закона «О наркотических средствах и психотропных веществах» от 08.01.1998 г. №3, (с изменениями и дополнениями), постановления Правительства Российской Федерации «Об утверждении перечня наркотических средств, психотропных веществ и их прекурсоров, подлежащих контролю в Российской Федерации» от 30.06.1998 г. №681 (с изменениями и дополнениями), относится к разряду наркотических средств, оборот которых в Российский Федерации запрещен, а также Постановления Правительства Российской Федерации «Об утверждении значительного, крупного и особо крупного размеров наркотических средств и психотропных веществ, а также значительного, крупного и особо крупного размеров для растений, содержащих наркотические средства или психотропные вещества, либо из частей, содержащих наркотические средства или психотропные вещества, для целей статей , 228.1 и Уголовного кодекса Российской Федерации» от 01.10.2012г. №1002 (с изменениями и дополнениями), относится к разряду наркотических средств в крупном размере. Данное наркотическое вещество растительного происхождения, являющееся измельченной смесью частей растения рода Конопля (Cannabis L.), содержащее в своем составе наркотически активный тетрагидроканнабинол, являющееся марихуаной (каннабисом), весом не менее 107,7г., что является крупным размером, ФИО1, действуя умышленно, незаконно, без цели сбыта, хранил при себе, до момента его задержания, и изъятия сотрудниками полиции данного наркотического средства – ДД.ММ.ГГГГ, на участке местности у второго подъезда &lt;адрес&gt; в &lt;адрес&gt;. При этом ФИО1 осознавал, что совершает умышленные действия, направленные на незаконное хранение без цели сбыта наркотическое средство в крупном размере, и желал их совершения. Органами предварительного расследования действия ФИО1 квалифицированы по ч. 2 ст. 228 УК РФ как незаконное хранение без цели сбыта наркотических средств, в крупном размере. При ознакомлении с материалами уголовного дела ФИО1 было заявлено ходатайство о рассмотрении настоящего уголовного дела в особом порядке. В судебном заседании подсудимый ФИО1 согласившись с предъявленным ему обвинением, ходатайство о постановлении в отношении него приговора без проведения судебного разбирательства поддержал, указав, что данное ходатайство заявлено им добровольно, после консультации с защитником, что он осознает характер и последствия заявленного ходатайства, ему понятно существо предъявленного обвинения и он согласен с ним в полном объеме. Представитель государственного обвинения Медведев Е.Н., в судебном заседании не возражал против удовлетворения заявленного подсудимым ходатайства о постановлении в отношении него приговора без проведения судебного разбирательства. Судом не усматривается оснований, препятствующих постановлению приговора в отношении ФИО1 без проведения судебного разбирательства по правилам главы 40 УПК РФ, поскольку ходатайство заявлено ФИО1 в присутствии защитника и в период, установленный ст. 315 УПК РФ , ФИО1 осознает характер и последствия заявленного ходатайства, отсутствуют возражения государственного обвинителя против рассмотрения дела в особом порядке, обвиняется в совершении преступления, наказание, за совершение которого не превышает 10 лет лишения свободы, обвинение является обоснованным и подтверждается собранными по делу доказательствами, ему понятна сущность предъявленного обвинения и он согласен с ним в полном объеме, основания для прекращения уголовного дела отсутствуют. Предъявленное ФИО1 обвинение, с которым он согласился, является обоснованным и подтвержденным собранными по делу доказательствами, его действия верно квалифицированы по ч. 2 ст. 228 УК РФ как незаконное хранение без цели сбыта наркотических средств в крупном размере. Назначая подсудимому наказание, суд учитывает обстоятельства дела, характер и степень общественной опасности, совершенного деяния, данные характеризующие личность подсудимого ФИО1, в который &lt;данные изъяты&gt;, а также влияние назначенного наказания на исправление ФИО1 и условия жизни его семьи. В качестве обстоятельств смягчающих наказание суд в соответствии с ч. 1 ст. 61 УК РФ учитывает активное способствование раскрытию и расследованию преступления, выразившееся в сотрудничестве ФИО1 с правоохранительными органами, в результате которого были установлены неизвестные до этого существенные обстоятельства дела. Так же суд считает возможным в соответствии с ч. 2 ст. 61 УК РФ учесть признание вины, раскаяние ФИО1, в содеянном, молодой возраст. Объяснение, данное ФИО1 (л.д. 10), суд не может расценивать в качестве явки с повинной, поскольку данное объяснение дано ФИО1 после того, как он был задержан непосредственно после совершения преступления оперативной группой и доставлен в отдел полиции «Ягуновский». Отягчающих наказание обстоятельств суд не усматривает, в связи с чем, наказание ФИО1 должно быть назначено с учетом требований ч. 1 ст. 62 УК РФ . Суд не находит оснований для применения ст. 64 УК РФ , поскольку в ходе судебного разбирательства каких-либо исключительных обстоятельств, связанных с целями и мотивами преступления, ролью виновного, его поведением во время или после совершения преступления, и других обстоятельств, существенно уменьшающих степень общественной опасности преступления, установлено не было. С учетом фактических обстоятельств преступления и степени его общественной опасности, суд не находит оснований для изменения категории преступления на менее тяжкую в соответствии с правилами ч. 6 ст. 15 УК РФ . В соответствии со ст. и ст. 60 УК РФ с учетом целей наказания суд считает необходимым назначить ФИО1, наказание в виде лишения свободы, поскольку менее строгие виды наказания не смогут обеспечить достижение целей наказания виновного, однако не находит оснований для назначения ФИО1, дополнительного наказания в виде штрафа и ограничения свободы. Учитывая, что уголовное дело рассмотрено в порядке, предусмотренном главой 40 УПК РФ, наказание ФИО1 должно быть назначено с учетом требований ч. 5 ст. 62 УК РФ . Суд не находит оснований для применения в отношении ФИО1 положений ст. 73 УК РФ , то есть условного осуждения, поскольку именно реальным отбыванием наказания в виде лишения свободы будут достигнуты цели наказания - восстановление социальной справедливости, исправление осужденного и предупреждение совершения новых преступлений, суд также учитывает положения п. «б» ч. 1 ст. 73 УК РФ . ФИО1 совершил умышленное тяжкое преступление в период двух испытательных сроков, определенных приговорами Заводского районного суда города Кемерово от 10 февраля 2017 года и 16 февраля 2017 года. В связи с чем, в соответствии с ч. 5 ст. УК РФ условное осуждения в отношении ФИО1 по приговорам Заводского районного суда города Кемерово от 10 февраля 2017 года и 16 февраля 2017 года подлежат безусловной отмене, а наказание назначению по правилам ст. 70 УК РФ . При этом суд полагает возможным применить принцип частичного присоединения. В соответствии с п. «б» ч. 1 ст. 58 УК РФ отбывание наказания ФИО1 должно быть назначено в исправительной колонии общего режима, в связи с чем, меру пресечения ФИО1 до вступления приговора в законную силу оставить без изменения в виде заключения под стражу. Вещественные доказательства по уголовному делу: наркотическое вещество – марихуана (каннабис), весом 438,8г., хранящееся в камере хранения СО отдела полиции «Ягуновский» СУ Управления МВД России по г. Кемерово, суд считает необходимым уничтожить; протокол № об административном правонарушении от 03 июля 2017 года, в отношении ФИО2 и определение судьи Заводского районного суда города Кемерово от 04 июля 2017 года, хранящийся в материалах уголовного дела, суд считает необходимым хранить при материалах дела в течение срока хранения последнего. Исходя из вышеизложенного и руководствуясь ст. ст. – , 316 УПК РФ , суд ПРИГОВОРИЛ: Признать БЕСПАЛОВА ФИО8 виновным в совершении преступления, предусмотренного ч. 2 ст. 228 УК РФ и назначить ему наказание, в виде лишения свободы на срок 3 (три) года. На основании ч. 5 ст. УК РФ условное осуждение, назначенное БЕСПАЛОВУ ФИО9 приговорами Заводского районного суда города Кемерово от 10 февраля 2017 года и 16 февраля 2017 года, отменить. В соответствии со ст. 70 УК РФ по совокупности приговоров путем частичного присоединения неотбытой части наказания по приговорам Заводского районного суда города Кемерово от 10 февраля 2017 года и 16 февраля 2017 года, к вновь назначенному наказанию, окончательно назначить БЕСПАЛОВУ ФИО10 наказание в виде лишения свободы на срок 4 (четыре) года 2 (два) месяца, с отбыванием назначенного наказания в исправительной колонии общего режима, исчисляя срок наказания с ДД.ММ.ГГГГ. Зачесть БЕСПАЛОВУ ФИО11 в срок отбытия наказания время содержания под стражей в период с ДД.ММ.ГГГГ по ДД.ММ.ГГГГ включительно. Меру пресечения в отношении БЕСПАЛОВУ ФИО12 до вступления приговора в законную силу оставить без изменения в виде заключения под стражу. Содержать БЕСПАЛОВА ФИО13 под стражей в ФКУ СИЗО-1 ГУФСИН России по Кемеровской области. Вещественные доказательства по уголовному делу: - наркотическое вещество – марихуана (каннабис), весом 438,8г., хранящееся в камере хранения СО отдела полиции «Ягуновский» СУ Управления МВД России по г. Кемерово, - уничтожить; - протокол № об административном правонарушении от 03 июля 2017 года, в отношении ФИО2 и определение судьи Заводского районного суда города Кемерово от 04 июля 2017 года, хранящийся в материалах уголовного дела - хранить при материалах дела в течение срока хранения последнего. В соответствии с ч. 10 ст. 316 УПК РФ процессуальные издержки с осужденного не взыскивать. Приговор может быть обжалован, в пределах, установленных ст. 317 УПК РФ , в апелляционном порядке в Кемеровский областной суд в течение 10 суток со дня его провозглашения, а осужденным, содержащимся под стражей, в тот же срок со дня получения копии приговора.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Судья: Е.В. Рыбников Суд: Заводский районный суд г. Кемерово (Кемеровская область) (подробнее) Судьи дела: Рыбников Евгений Валериевич (судья) (подробнее) Последние документы по делу: Приговор от 10 октября 2017 г. по делу № 1-581/2017 Приговор от 17 августа 2017 г. по делу № 1-581/2017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