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13.10.2016 года постановлением Саровского РОСП УФССП по Нижегородской области в рамках исполнительного производства № было наложено временное ограничение на выезд из Российской Федерации гр. Н.В.И.. 30.12.2016 года Н.В.И., находясь в аэропорту «Шереметьево» г. Москва, попыталась вылететь за границу в Чешскую республику на новогодние праздники. Но сделать этого ей не удалось по причине установления судебным приставом исполнителем Саровского РОСП УФССП по Нижегородской области временного ограничения на выезд из Российской Федерации в связи с неуплатой недоимки по страховым взносам в Пенсионный фонд РФ за 2010 год на обязательное пенсионное страхование в сумме 33 712 рублей 79 копеек по исполнительному производству № о взыскании с должника Н.В.И. в пользу Пенсионного фонда РФ недоимки по страховым взносам и взыскании штрафа за непредоставление платильщиком страховых взносов в установленные сроки расчета по начисленным и уплаченным страховым взносам в территориальный орган Пенсионного фонда РФ. 30.12.2016 года Н.В.И., будучи осведомленной о трудоустройстве в должности начальника по Нижегородской области ФИО3 (ФИО4) обратилась к ней с просьбой снять запрет на выезд за пределы Российской Федерации. 30.12.2016 года в 16 часов 07 минут ФИО3 (ФИО4), находясь в г. Выкса Нижегородской области, получив от Н.В.И. телефонное сообщение о невозможности выезда за границу на новогодние праздники по причине установления судебным приставом - исполнителем Саровского РОСП УФССП по Нижегородской области временного ограничения на выезд из Российской Федерации в связи с неуплатой недоимки по страховым взносам в Пенсионный фонд РФ за 2010 год на обязательное пенсионное страхование в сумме 33 712 рублей 79 копеек по исполнительному производству № о взыскании с должника Н.В.И. в пользу Пенсионного фонда РФ недоимки по страховым взносам и взыскании штрафа за непредоставление платильщиком страховых взносов в установленные сроки расчета по начисленным и уплаченным страховым взносам в территориальный орган Пенсионного фонда РФ и снятии ограничений на выезд из Российской Федерации, приняла решение воспользоваться данным обстоятельством с целью личного корыстного обогащения путем получения взятки в виде денег. Однако, понимая, что запрашиваемые Н.В.И. действия ФИО3 (ФИО4) самостоятельно выполнить не сможет по причине нахождения за пределами г. Саров Нижегородской области, она обратилась к судебному приставу - исполнителю по Нижегородской области - лицу № 1 с предложением о совершении действий в пользу Н.В.И. по снятию временного ограничения на выезд должника за пределы Российской Федерации и получении за это от Н.В.И. взятки в виде денег. Лицо № 1, являясь должностным лицом, сотрудником государственного органа, осуществляющим функции представителя власти, используя свои служебные полномочия вопреки интересам службы, и понимая, что в силу должностного положения может совершить действия по снятию временного ограничения на выезд за пределы Российской Федерации ФИО5, согласился с предложенными условиями, и они договорились с ФИО3 (ФИО4) о передаче им Н.В.И. взятки в виде денег в размере 10 000 рублей, вступив таким образом в преступный сговор на получение взятки. Таким образом, ФИО3 (ФИО4) и лицо № 1, используя свое должностное положение, распределив между собой роли, действуя из корыстных побуждений, группой лиц по предварительному сговору, вступили в преступный сговор, направленный на получение лично взятки в виде денег в сумме 10 000 рублей путем перечисления указанной суммы в ПАО «Сбербанк» на номер банковской карты № судебного пристава – исполнителя - лица № 1 за совершение действий в пользу взяткодателя Н.В.И. по незаконному снятию 30.12.2016 года временного ограничения на выезд из Российской Федерации. Действуя во исполнение единого преступного умысла, направленного на получение взятки, ФИО3 (ФИО4), являясь должностным лицом, сотрудником государственного органа, осуществляющим функции представителя власти, находясь при исполнении своих служебных обязанностей, обладая полномочиями по принудительному исполнению судебных актов и решений, поступивших к исполнению, правами по наложению временного ограничения на выезд из Российской Федерации, в соответствии с Федеральным законом от 21.07.1997 года № 118-ФЗ «О судебных приставах», Федеральным законом от 02.10.2007 года № 229-ФЗ «Об исполнительном производстве», действуя умышленно, осознавая преступный характер своих действий, из корыстных побуждений, используя свое служебное положение и полномочия вопреки интересам службы, достоверно зная, что по находившемуся в производстве ... отдела по Нижегородской области исполнительному производству №, возбужденному по факту взыскания с гр. Н.В.И. денежных средств на сумму 33 712 рублей 79 копеек и по другим исполнительным производствам №-ИП на сумму 369 549 рублей 50 копеек, №-ИП на сумму 4 229 рублей 25 копеек, №-ИП на сумму 1 084 рубля 28 копеек не погашен долг, а также было наложено временное ограничение на выезд из Российской Федерации, реализуя с лицом №, единый преступный умысел, направленный на получение мелкой взятки за заведомо незаконные действия по снятию указанного выше запрета, в ходе телефонных переговоров с Н.В.И. через общего знакомого В.А.А., не посвященного в их преступные намерения, предложила Н.В.И. передать ей лично в качестве взятки денежные средства в сумме 10 000 рублей за снятие временного ограничения на выезд из Российской Федерации путем перевода их в ПАО «Сбербанк» на банковский счет № судебного пристава – исполнителя - лица № 1. Действуя в продолжение осуществления единого преступного умысла, направленного на получение мелкой взятки, 30.12.2016 года в 16 часов 13 минут ФИО3 (ФИО4), являясь должностным лицом, используя свои служебные полномочия вопреки интересам службы, действуя умышленно, из корыстных побуждений, договорилась с судебным приставом - исполнителем по Нижегородской области - лицом № 1 о его возвращении на рабочее место в по Нижегородской области ..., и незамедлительном вынесении постановления об отмене временного ограничения на выезд должника Н.В.И. за пределы Российской Федерации, не имея на то законных оснований по причине неисполнения требований о погашении денежного долга по исполнительному производству №, возбужденному по факту взыскания с гр. Н.В.И. денежных средств на сумму 33 712 рублей 79 копеек, и по другим исполнительным производствам - №-ИП на сумму 36 9549 рублей 50 копеек, №-ИП на сумму 4 229 рублей 25 копеек, №-ИП на сумму 1 084 рублей 28 копеек. В рамках совместной договоренности 30.12.2016 года в 20 часов 00 минут 48 секунд, находясь в помещении ... отдела по Нижегородской области ..., лицо № 1, являясь должностным лицом, используя свои служебные полномочия и в силу должностного положения, действуя умышленно, из корыстных побуждений, группой лиц по предварительному сговору с ФИО3 (ФИО4), согласно отведенной ему роли, снял запрет на выезд Н.В.И. за пределы Российской Федерации путем создания документа - постановления об отмене временного ограничения на выезд должника из Российской Федерации от 30.12.2016 года, в электронной базе Автоматизированной информационной системы Федеральной службы судебных приставов (далее - АИС ФССП России), войдя в систему с ведома ФИО3 (ФИО4) под логином и паролем судебного пристава исполнителя Е.Е.Ф., в производстве которой находились исполнительные производства в отношении должника Н.В.И., в том числе, исполнительное производство № от 27.03.2013 года. 30.12.2016 года в вечернее время в г. Саров Нижегородской области начальник ... отдела по Нижегородской области - старший судебный пристав ФИО3 (ФИО4) и судебный пристав-исполнитель - лицо № 1 за заведомо незаконные действия в пользу взяткодателя по снятию временного ограничения на выезд за пределы Российской Федерации при наличии у Н.В.И. не возмещенного долга, получили лично в качестве мелкой взятки денежные средства в размере 10 000 рублей, которые по просьбе Н.В.И. В.Н.С., не осведомленная о преступных намерениях ФИО3 (ФИО4) и лица № 1, перевела на расчетный счет зарегистрированной в ПАО «Сбербанк» на имя лица № 1 банковской карты №. После чего, действуя умышленно, из корыстных побуждений, группой лиц по предварительному сговору с ФИО3 (ФИО4) лицо № 1 из полученной от Н.В.И. за совершение незаконных действий в пользу взяткодателя по снятию временного ограничения на выезд из Российской Федерации лично из взятки в виде денег в размере 10 000 рублей по указанию ФИО3 (ФИО4) 5 000 рублей 03.01.2017 года перевел в ПАО «Сбербанк» на ее расчетный счет банковской карты № через банкомат р. п. Вознесенское Нижегородской области, а 5 000 рублей оставил на своем личном счете для себя.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ФИО3 (ФИО4), занимая должность начальника ... отдела судебных приставов Управления Федеральной службы судебных приставов по Нижегородской области (далее по Нижегородской области), будучи назначенной на должность приказом УФССП по Нижегородской области № 463-л от 10.03.2016 года, в соответствии со служебным контрактом № 147 от 10.03.2016 года, осуществляла свою деятельность на основании Конституции Российской Федерации, Федерального закона от 21.07.1997 года № 118-ФЗ «О судебных приставах», Федерального закона от 02.10.2007 года № 229-ФЗ «Об исполнительном производстве», должностного регламента, иных законодательных и ведомственных нормативных актов, а также приказов и распоряжений руководства, являлась, в соответствии с положениями Должностного регламента начальника - старшего судебного пристава по Нижегородской области, утвержденного руководителем по Нижегородской области от 17.03.2016 года № 334, должностным лицом, состоящим на государственной службе, в обязанности которого, согласно ст. ст. 15, 18 Федерального закона от 27.07.2004 года № 79-ФЗ "О государственной гражданской службе Российской Федерации», Должностного регламента, входило: соблюдать Конституцию РФ, федеральные конституционные законы, федеральные законы, иные нормативные правовые акты РФ, и обеспечивать их исполнение, соблюдать при исполнении должностных обязанностей права и законные интересы граждан и организаций,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 исполнять должностные обязанности добросовестно, на высоком профессиональном уровне,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 осуществлять профессиональную служебную деятельность в рамках установленной законодательством РФ компетенции государственного органа, обеспечивать равное, беспристрастное отношение ко всем физическим и юридическим лицам, не совершать действия, связанные с влиянием каких-либо личных и иных интересов, препятствующих добросовестному исполнению должностных обязанностей, не совершать поступки, порочащие его честь и достоинство, не допускать конфликтных ситуаций, способных нанести ущерб его репутации или авторитету государственного органа, не допускать совершение исполнительных действий для достижения целей и решения задач, не предусмотренных законодательством об исполнительном производстве, а также являлась лицом, законные требования которого, в соответствии со ст. 6 Федерального закона от 02.10.2007 года № 229-ФЗ «Об исполнительном производстве» (далее Закон об исполнительном производстве), обязательны для всех государственных органов, органов местного самоуправления, граждан и организаций и подлежат неукоснительному выполнению на всей территории Российской Федерации. Согласно должностному регламенту начальника - старшего судебного пристава по Нижегородской области, утвержденного руководителем по Нижегородской области от 17.03.2016 года № 334, начальник - старший судебный пристав по Нижегородской области, в соответствии со ст. 12 Федерального закона от 21.07.1997 года № 118-ФЗ «О судебных приставах», наделен правами своевременно принимать решения о возбуждении исполнительных производств, принимать меры по своевременному, полному и правильному исполнению исполнительных документов, выносить соответствующие постановления, объявлять розыск имущества должника по исполнительному документу, получать при совершении исполнительных действий необходимую информацию, в том числе персональные данные, объяснения и справки, входить в помещения и хранилища, занимаемые должниками или принадлежащие им, производить осмотры указанных помещений и хранилищ, при необходимости вскрывать их, арестовывать, изымать, передавать на хранение арестованное имущество, налагать арест на денежные средства и иные ценности должника, вызывать граждан по исполнительным документам, находящимся в производстве, принимать меры воздействия к недобросовестным должникам. ФИО3 (Л. Е.И.), работая в должности начальника по Нижегородской области, обладала полномочиями по организации работы по принудительному исполнению судебных актов и решений, поступивших к исполнению, правами по наложению запрета в предоставлении государственной услуги, то есть являлась должностным лицом и обладала в силу занимаемого служебного положения широким кругом прав и полномочий, в том числе властного характера. 01.03.2017 года ФИО3 (ФИО4) в силу занимаемой должности зная, что на недвижимое имущество М.А.И. наложен арест по решению городского суда ... от 04.04.2016 года, в период с 14 часов 58 минут до 16 часов 17 минут в ... у д. ... в ходе личной встречи предложила М.А.И. снять запрет на регистрационные действия в отношении его имущества: жилой дом по адресу: ..., два земельных участка по адресу: ..., микрорайон ТИЗ-1 участок №, на которые был наложен запрет в рамках исполнительных производств №-ИП и №-ИП, за взятку в виде оказания услуг имущественного характера по оплате обучения дочери в МБУДО «Детская художественная школа» ... в сумме 2 580 рублей, путем перечисления их на лицевой счет № МБУДО «Детская художественная школа» ..., а также об оплате ее проживания в общежитии по вышеуказанному адресу в сумме 4 510 рублей 96 копеек путем перечисления на расчетный счет № МУП «Городское общежитие», направив 02.03.2017 года в 11 часов 57 минут номер расчетного счета СМС сообщение на телефон №. 01.03.2017 года М.А.И., согласно предложению начальника по Нижегородской области - ФИО3 (ФИО4), во исполнение достигнутой договоренности о получении ею мелкой взятки в виде оказания услуг имущественного характера, через банкомат ПАО «Сбербанк» &lt;...&gt;, на лицевой счет № МБУДО «Детская художественная школа» г. Саров Нижегородской области перечислил денежные средства в сумме 2 580 рублей за обучение дочери ФИО3 (ФИО4), 02.03.2017 года М.А.И. в кассу МУП «Городское общежитие» &lt;...&gt;, внес сумму 4 510 рублей 96 копеек в счет оплаты проживания ФИО3 (ФИО4) в общежитии, а всего в сумме 7 090 рублей 96 копеек, освободив ФИО3 (ФИО4) от расходов по оплате обязательных платежей на указанную сумму. Действуя во исполнение своего преступного умысла, направленного на получение взятки, ФИО3 (ФИО4), являясь должностным лицом, находясь при исполнении своих служебных обязанностей, обладая полномочиями по принудительному исполнению судебных актов и решений, поступивших к исполнению, правами по наложению и отмене запрета на совершение регистрационных действий в отношении имущества должника, в соответствии с Федеральным законом от 21.07.1997 года № 118-ФЗ «О судебных приставах», Федеральным законом от 02.10.2007 года № 229-ФЗ «Об исполнительном производстве», реализуя свой преступный умысел, направленный на получение взятки в виде оказания услуг имущественного характера, действуя умышленно, осознавая преступный характер своих действий, из корыстных побуждений, используя свое служебное положение и полномочия вопреки интересам службы, достоверно зная, что по находившемуся в производстве ... отдела по Нижегородской области исполнительному производству №-ИП о взыскании по решению городского суда Нижегородской области от 21.04.2016 года (вступившему в силу 17.06.2016 года) по делу № с М.А.И. задолженности в пользу ПАО «Саровбизнесбанк» по кредитному договору в размере 1 494 922 рублей 71 копейка, расходы по уплате государственной пошлины в размере 21 674 рублей 61 копейка, а всего 1 516 597 рублей 32 копейки, не погашен долг на указанную сумму, реализуя свой преступный умысел, направленный на получение мелкой взятки за заведомо незаконные действия по снятию запрета на регистрационные действия на объекты недвижимости, 15.03.2017 года в ..., приняла к производству исполнительное производство №-ИП и в период с 15.03.2017 года по 17.03.2017 года в рамках исполнительного производства в служебном кабинете помещения службы судебных приставов по вышеуказанному адресу незаконно вынесла постановления о снятии запрета на совершение действий по регистрации в отношении объектов недвижимости М.А.И., - жилой дом по адресу ...; два земельных участка по адресу: ..., микрорайон ТИЗ-1 участок №, которые в марте 2017 года были им реализованы.</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ФИО3 (ФИО4), занимая должность начальника ... отдела судебных приставов Управления Федеральной службы судебных приставов по Нижегородской области (далее по Нижегородской области), будучи назначенной на должность приказом УФССП по Нижегородской области № 463-л от 10.03.2016 года, в соответствии со служебным контрактом № 147 от 10.03.2016 года, осуществляла свою деятельность на основании Конституции Российской Федерации, Федерального закона от 21.07.1997 года № 118-ФЗ «О судебных приставах», Федерального закона от 02.10.2007 года № 229-ФЗ «Об исполнительном производстве», должностного регламента, иных законодательных и ведомственных нормативных актов, а также приказов и распоряжений руководства, являлась, в соответствии с положениями Должностного регламента начальника - старшего судебного пристава по Нижегородской области, утвержденного руководителем УФССП по Нижегородской области от 17.03.2016 года № 334, должностным лицом, состоящим на государственной службе, в обязанности которого, согласно ст. ст. 15, 18 Федерального закона от 27.07.2004 года № 79-ФЗ "О государственной гражданской службе Российской Федерации», Должностного регламента, входило: соблюдать Конституцию РФ, федеральные конституционные законы, федеральные законы, иные нормативные правовые акты РФ, и обеспечивать их исполнение, соблюдать при исполнении должностных обязанностей права и законные интересы граждан и организаций,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 исполнять должностные обязанности добросовестно, на высоком профессиональном уровне,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 осуществлять профессиональную служебную деятельность в рамках установленной законодательством РФ компетенции государственного органа, обеспечивать равное, беспристрастное отношение ко всем физическим и юридическим лицам, не совершать действия, связанные с влиянием каких-либо личных и иных интересов, препятствующих добросовестному исполнению должностных обязанностей, не совершать поступки, порочащие его честь и достоинство, не допускать конфликтных ситуаций, способных нанести ущерб его репутации или авторитету государственного органа, не допускать совершение исполнительных действий для достижения целей и решения задач, не предусмотренных законодательством об исполнительном производстве, а также являлась лицом, законные требования которого, в соответствии со ст. 6 Федерального закона от 02.10.2007 года № 229-ФЗ «Об исполнительном производстве» (далее Закон об исполнительном производстве), обязательны для всех государственных органов, органов местного самоуправления, граждан и организаций и подлежат неукоснительному выполнению на всей территории Российской Федерации. Согласно должностному регламенту начальника - старшего судебного пристава по Нижегородской области, утвержденного руководителем по Нижегородской области от 17.03.2016 года № 334, начальник - старший судебный пристав по Нижегородской области, в соответствии со ст. 12 Федерального закона от 21.07.1997 года № 118-ФЗ «О судебных приставах», наделен правами своевременно принимать решения о возбуждении исполнительных производств, принимать меры по своевременному, полному и правильному исполнению исполнительных документов, выносить соответствующие постановления, объявлять розыск имущества должника по исполнительному документу, получать при совершении исполнительных действий необходимую информацию, в том числе персональные данные, объяснения и справки, входить в помещения и хранилища, занимаемые должниками или принадлежащие им, производить осмотры указанных помещений и хранилищ, при необходимости вскрывать их, арестовывать, изымать, передавать на хранение арестованное имущество, налагать арест на денежные средства и иные ценности должника, вызывать граждан по исполнительным документам, находящимся в производстве, принимать меры воздействия к недобросовестным должникам. ФИО3 (ФИО4), работая в должности начальника по Нижегородской области, обладала полномочиями по организации работы по принудительному исполнению судебных актов и решений, поступивших к исполнению, правами по наложению запрета в предоставлении государственной услуги, осуществлению ареста и изъятия имущества, передаче его на хранение и реализацию, то есть являлась должностным лицом и обладала в силу занимаемого служебного положения широким кругом прав и полномочий, в том числе властного характера. **** в ..., ФИО3 (ФИО4) в силу занимаемой должности зная, что в по ... возбуждено исполнительное производство о взыскании с Н.С.В. 302 383 рублей 33 копеек в пользу ООО «&lt;данные изъяты&gt;» г. Нижний Новгород, имея умысел на получение взятки в сумме 20 000 рублей за незаконное бездействие, при личной встрече с должником Н.С.В. пообещала последнему найти пути разрешения вопроса о не наложении ареста на принадлежащий ему автомобиль марки «Тойота – Ленд Крузер-150», государственный регистрационный знак &lt;***&gt; регион, и не передаче его на реализацию в рамках исполнительного производства №-ИП, возбужденного по факту взыскания с гр. Н.С.В. 302 383 рублей 33 копеек в пользу ООО «&lt;данные изъяты&gt;» г. Нижний Новгород, по решению Арбитражного суда Нижегородской области от 31.03.2016 года, то есть приняла решение воспользоваться данным обстоятельством с целью личного корыстного обогащения путем получения взятки в виде денег в сумме 20 000 рублей. Действуя во исполнение своего преступного умысла, направленного на получение взятки в виде денег в сумме 20 000 рублей, ФИО3 (ФИО4), являясь должностным лицом, находясь при исполнении своих служебных обязанностей, обладая правами по организации работы по принудительному исполнению судебных актов и решений, поступивших к исполнению, правами по осуществлению ареста и изъятия имущества, передаче его на хранение и реализацию, в соответствии с Федеральным законом от 21.07.1997 года № 118-ФЗ «О судебных приставах», Федеральным законом от 02.10. 2007 года № 229-ФЗ «Об исполнительном производстве», реализуя свой преступный умысел, направленный на получение взятки, действуя умышленно, осознавая преступный характер своих действий, из корыстных побуждений, используя свое служебное положение и полномочия вопреки интересам службы, достоверно зная, что по находившемуся в производстве ... отдела по Нижегородской области исполнительному производству №-ИП, возбужденному по факту взыскания с гр. Н.С.В. 302 383 рублей 33 копеек в пользу ООО «&lt;данные изъяты&gt;» г. Нижний Новгород, по решению Арбитражного суда Нижегородской области от 31.03.2016 года, не погашен долг на указанную сумму, в связи с чем предстояло наложение запрета на регистрационные действия и арест с последующей реализацией автомобиля марки «Тойота – Ленд Крузер-150», государственный регистрационный знак &lt;***&gt; регион, реализуя свой преступный умысел, направленный на получение взятки за заведомо незаконное бездействие по не наложению ареста на вышеуказанный автомобиль и не передаче его на реализацию, 10.02.2017 года в г. Саров Нижегородской области направила на абонентский номер Н.С.В. 8 909 294 89 08 со своего абонентского номера &lt;***&gt; СМС сообщение о передаче ей взятки в виде денег в сумме 20 000 рублей путем перечисления на банковскую карту № в ПАО «Сбербанк России». 18.02.2017 года в г. Саров Нижегородской области начальник ... отдела по Нижегородской области - старший судебный пристав ФИО3 (Л. Е.И.) за заведомо незаконное бездействие по не наложению запрета на регистрационные действия и арест с последующей реализацией автомобиля марки «Тойота – Ленд Крузер-150», государственный регистрационный знак &lt;***&gt; регион, в рамках исполнительного производства №-ИП, возбужденного по факту взыскания с гр. Н.С.В. 302 383 рублей 33 копеек в пользу ООО «&lt;данные изъяты&gt;» г. Нижний Новгород, по решению Арбитражного суда Нижегородской области от 31.03.2016 года, получила в качестве взятки лично денежные средства в размере 20 000 рублей путем перевода их Н.С.В. в ПАО «Сбербанк России» на лицевой счет № по зарегистрированной на ее имя банковской карте №.</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ФИО3 (ФИО4), занимая должность начальника ... отдела судебных приставов Управления Федеральной службы судебных приставов по Нижегородской области (далее по Нижегородской области), будучи назначенной на должность приказом по Нижегородской области № 463-л от 10.03.2016 года, в соответствии со служебным контрактом № 147 от 10.03.2016 года, осуществляла свою деятельность на основании Конституции Российской Федерации, Федерального закона от 21.07.1997 года № 118-ФЗ «О судебных приставах», Федерального закона от 02.10.2007 года № 229-ФЗ «Об исполнительном производстве», должностного регламента, иных законодательных и ведомственных нормативных актов, а также приказов и распоряжений руководства, являлась, в соответствии с положениями Должностного регламента начальника -старшего судебного пристава по Нижегородской области, утвержденного руководителем по Нижегородской области от 17.03.2016 года № 334, должностным лицом, состоящим на государственной службе, в обязанности которого, согласно ст. ст. 15, 18 Федерального закона от 27.07.2004 года № 79-ФЗ "О государственной гражданской службе Российской Федерации», Должностного регламента, входило: соблюдать Конституцию РФ, федеральные конституционные законы, федеральные законы, иные нормативные правовые акты РФ, и обеспечивать их исполнение, соблюдать при исполнении должностных обязанностей права и законные интересы граждан и организаций,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 исполнять должностные обязанности добросовестно, на высоком профессиональном уровне,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 осуществлять профессиональную служебную деятельность в рамках установленной законодательством РФ компетенции государственного органа, обеспечивать равное, беспристрастное отношение ко всем физическим и юридическим лицам, не совершать действия, связанные с влиянием каких-либо личных и иных интересов, препятствующих добросовестному исполнению должностных обязанностей, не совершать поступки, порочащие его честь и достоинство, не допускать конфликтных ситуаций, способных нанести ущерб его репутации или авторитету государственного органа, не допускать совершение исполнительных действий для достижения целей и решения задач, не предусмотренных законодательством об исполнительном производстве, а также являясь лицом, законные требования которого, в соответствии со ст. 6 Федерального закона от 02.10.2007 года №229-ФЗ «Об исполнительном производстве» (далее Закон об исполнительном производстве), обязательны для всех государственных органов, органов местного самоуправления, граждан и организаций и подлежат неукоснительному выполнению на всей территории Российской Федерации, наделенный, в соответствии со ст. 12 Федерального закона от 21.07.1997 года №118-ФЗ «О судебных приставах», Должностного регламента, правами и обязанностями: своевременно принимать решения о возбуждении исполнительных производств, принимать меры по своевременному, полному и правильному исполнению исполнительных документов, выносить соответствующие постановления, объявлять розыск имущества должника по исполнительному документу, получать при совершении исполнительных действий необходимую информацию, в том числе персональные данные, объяснения и справки, входить в помещения и хранилища, занимаемые должниками или принадлежащие им, производить осмотры указанных помещений и хранилищ, при необходимости вскрывать их, арестовывать, изымать, передавать на хранение арестованное имущество, налагать арест на денежные средства и иные ценности должника, вызывать граждан по исполнительным документам, находящимся в производстве, принимать меры воздействия к недобросовестным должникам. ФИО3 (ФИО4), работая в должности начальника по Нижегородской области, обладала полномочиями по организации работы по принудительному исполнению судебных актов и решений, поступивших к исполнению, правами по наложению запрета в предоставлении государственной услуги, то есть являлась должностным лицом и обладала в силу занимаемого служебного положения широким кругом прав и полномочий, в том числе властного характера. 13.03.2017 года в неустановленное время, находясь в служебном помещении по адресу: ..., достоверно зная, что С.С.Н. не погасил задолженность по исполнительному производству №-ИП, возбужденному на основании административного акта от 26.11.2015 года №, выданного судебным участком № ..., исполнительное производство не исполнено, будучи осведомленной в силу занимаемого должностного положения, что в соответствии со ст. ст. 1, 4, 6 Федерального конституционного закона от 31.12.1996 года № 1-ФКЗ «О судебной системе Российской Федерации», судебная власть в РФ осуществляется только судами, никакие другие органы и лица не вправе принимать на себя осуществление правосудия, вступившие в законную силу постановления судов являются обязательными для всех без исключения органов государственной власти, должностных лиц и подлежат неукоснительному исполнению на всей территории РФ; в соответствии со ст. 144 ГПК РФ обеспечение иска может быть отменено тем же судьей или судом по заявлению лиц, участвующих в деле, либо по инициативе судьи или суда, вопрос об отмене обеспечения иска разрешается в судебном заседании, при удовлетворении иска принятые меры по его обеспечению сохраняют свое действие до исполнения решения суда; в соответствии со ст. 2, 4 Закона об исполнительном производстве задачами исполнительного производства являются правильное и своевременное исполнение, в частности, судебных актов в целях защиты нарушенных прав, свобод и законных интересов граждан, исполнительное производство осуществляется на принципе законности, в соответствии со ст. ст. 44, 47 Закона об исполнительном производстве отмена всех назначенных судебным приставом-исполнителем мер принудительного исполнения, в том числе отмена ареста имущества и иных ограничений прав должника на его имущество допускается только в случае прекращения исполнительного производства, либо окончания исполнительного производства, за исключением окончания исполнительного производства по исполнительному документу об обеспечительных мерах; в соответствии со ст. 14 Закона об исполнительном производстве в постановлении судебного пристава-исполнителя должны быть указаны основания принимаемого решения со ссылкой на федеральные законы и иные нормативные правовые акты, совершила действия, явно выходящие за пределы её полномочий, а именно: в нарушение ст. ст. 1, 4, 6 Федерального конституционного закона от 31.12.1996 года № 1-ФКЗ «О судебной системе Российской Федерации», ст. 144 ГПК РФ , ст. ст. 2, 4, 14, 44, 47 Закона об исполнительном производстве, ст. ст. 15, 18 Федерального закона от 27.07.2004 года № 79-ФЗ "О государственной гражданской службе Российской Федерации», ст. 12 Федерального закона от 21.07.1997 года № 118-ФЗ «О судебных приставах», Должностного регламента, не имея законных оснований для принимаемого решения, в отсутствие решения суда, в нарушение установленного порядка отмены мер по обеспечению иска, в нарушение установленного порядка отмены мер принудительного исполнения, в том числе отмены ареста имущества должника, действуя вопреки интересам службы, имея личную заинтересованность при исполнении должностных обязанностей, допуская в результате своих действий наступление сбоя нормального функционирования государственных органов России, а также нанесение ущерба авторитету государственного органа в лице Федеральной службы судебных приставов России, преследуя цель снять запрет на регистрационные действия транспортного средства С.С.Н. и отменить тем самым меры принудительного исполнения, осознавая при этом, что отмена запрета на регистрационные действия может быть совершена только при наличии особых обстоятельств, указанных в Законе об исполнительном производстве, действуя умышленно, 13.03.2017 года в служебном кабинете , по адресу: ..., изготовила и зарегистрировала в электронном виде средствами "Автоматизированная информационная система Федеральной службы судебных приставов" (далее - АИС ФССП России) заведомо для неё незаконное постановление от 13.03.2017 года об отмене мер о запрете регистрационных действий по исполнительному производству №-ИП, возбужденному на основании административного акта от 26.11.2015 года №, выданного судебным участком № ..., и исполненное в автоматическом режиме, которым (постановлением) обязала регистрирующий орган отменить меры о запрете на совершение регистрационных действий в отношении транспортного средства С.С.Н., а именно: легкового автомобиля седан «ВАЗ 21104», идентификационный номер &lt;***&gt;. Вышеуказанные противоправные действия ФИО3 (ФИО4) повлекли за собой существенное нарушение охраняемых законом интересов общества и государства, а именно: отрицательно повлияли на нормальную работу Федеральной службы судебных приставов России, назначением которой в соответствии с Федеральным законом от 21.07.1997 года № 118-ФЗ «О судебных приставах» является обеспечение установленного порядка осуществления принудительного исполнения судебных актов, при этом задачами исполнительного производства, в соответствии с Федеральным Законом от 02.10.2007 года № 229-ФЗ «Об исполнительном производстве», являются правильное и своевременное исполнение судебных актов, актов других органов и должностных лиц, в целях защиты нарушенных прав, свобод и законных интересов граждан и организаций.</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ФИО3(ФИО4), занимая должность начальника ... отдела судебных приставов Управления Федеральной службы судебных приставов по Нижегородской области (далее по Нижегородской области), будучи назначенной на должность приказом УФССП по Нижегородской области № 463-л от 10.03.2016 года, в соответствии со служебным контрактом № 147 от 10.03.2016 года, осуществляла свою деятельность на основании Конституции Российской Федерации, Федерального закона от 21.07.1997 года № 118-ФЗ «О судебных приставах», Федерального закона от 02.10.2007 года № 229-ФЗ «Об исполнительном производстве», должностного регламента, иных законодательных и ведомственных нормативных актов, а также приказов и распоряжений руководства, являлась, в соответствии с положениями Должностного регламента начальника -старшего судебного пристава по Нижегородской области, утвержденного руководителем по Нижегородской области от 17.03.2016 года № 334, должностным лицом, состоящим на государственной службе, в обязанности которого, согласно ст. ст. 15, 18 Федерального закона от 27.07.2004 года № 79-ФЗ "О государственной гражданской службе Российской Федерации», Должностного регламента, входило: соблюдать Конституцию РФ, федеральные конституционные законы, федеральные законы, иные нормативные правовые акты РФ, и обеспечивать их исполнение, соблюдать при исполнении должностных обязанностей права и законные интересы граждан и организаций,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 исполнять должностные обязанности добросовестно, на высоком профессиональном уровне,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 осуществлять профессиональную служебную деятельность в рамках установленной законодательством РФ компетенции государственного органа, обеспечивать равное, беспристрастное отношение ко всем физическим и юридическим лицам, не совершать действия, связанные с влиянием каких-либо личных и иных интересов, препятствующих добросовестному исполнению должностных обязанностей, не совершать поступки, порочащие его честь и достоинство, не допускать конфликтных ситуаций, способных нанести ущерб его репутации или авторитету государственного органа, не допускать совершение исполнительных действий для достижения целей и решения задач, не предусмотренных законодательством об исполнительном производстве, а также являлась лицом, законные требования которого, в соответствии со ст. 6 Федерального закона от 02.10.2007 года № 229-ФЗ «Об исполнительном производстве» (далее Закон об исполнительном производстве), обязательны для всех государственных органов, органов местного самоуправления, граждан и организаций и подлежат неукоснительному выполнению на всей территории Российской Федерации, наделенный, в соответствии со ст. 12 Федерального закона от 21.07.1997 года № 118-ФЗ «О судебных приставах», Должностного регламента, правами и обязанностями: своевременно принимать решения о возбуждении исполнительных производств, принимать меры по своевременному, полному и правильному исполнению исполнительных документов, выносить соответствующие постановления, объявлять розыск имущества должника по исполнительному документу, получать при совершении исполнительных действий необходимую информацию, в том числе персональные данные, объяснения и справки, входить в помещения и хранилища, занимаемые должниками или принадлежащие им, производить осмотры указанных помещений и хранилищ, при необходимости вскрывать их, арестовывать, изымать, передавать на хранение арестованное имущество, налагать арест на денежные средства и иные ценности должника, вызывать граждан по исполнительным документам, находящимся в производстве, принимать меры воздействия к недобросовестным должникам. ФИО3 (ФИО4), работая в должности начальника по Нижегородской области, обладала полномочиями по организации работы по принудительному исполнению судебных актов и решений, поступивших к исполнению, правами по наложению запрета в предоставлении государственной услуги, то есть являясь должностным лицом, обладала в силу занимаемого служебного положения широким кругом прав и полномочий, в том числе властного характера. 15.03.2017 года в неустановленное время, ФИО3 (ФИО4), находясь в служебном помещении по адресу: ..., достоверно зная, что М.А.И. не погасил задолженность по исполнительному производству №-ИП, возбужденному на основании исполнительного листа от **** серии ФС № по делу №, выданного городским судом Нижегородской области, исполнительное производство не исполнено, будучи осведомленной, в силу занимаемого должностного положения, что в соответствии со ст. ст. 1, 4, 6 Федерального конституционного закона от 31.12.1996 года № 1-ФКЗ «О судебной системе Российской Федерации», судебная власть в РФ осуществляется только судами, никакие другие органы и лица не вправе принимать на себя осуществление правосудия, вступившие в законную силу постановления судов являются обязательными для всех без исключения органов государственной власти, должностных лиц и подлежат неукоснительному исполнению на всей территории РФ; в соответствии со ст. 144 ГПК РФ обеспечение иска может быть отменено тем же судьей или судом по заявлению лиц, участвующих в деле, либо по инициативе судьи или суда, вопрос об отмене обеспечения иска разрешается в судебном заседании, при удовлетворении иска принятые меры по его обеспечению сохраняют свое действие до исполнения решения суда; в соответствии со ст. ст. 2, 4 Закона об исполнительном производстве задачами исполнительного производства являются правильное и своевременное исполнение, в частности, судебных актов в целях защиты нарушенных прав, свобод и законных интересов граждан, исполнительное производство осуществляется на принципе законности, в соответствии со ст. ст. 44, 47 Закона об исполнительном производстве отмена всех назначенных судебным приставом-исполнителем мер принудительного исполнения, в том числе отмена ареста имущества и иных ограничений прав должника на его имущество допускается только в случае прекращения исполнительного производства, либо окончания исполнительного производства, за исключением окончания исполнительного производства по исполнительному документу об обеспечительных мерах; в соответствии со ст. 14 Закона об исполнительном производстве в постановлении судебного пристава-исполнителя должны быть указаны основания принимаемого решения со ссылкой на федеральные законы и иные нормативные правовые акты, совершила действия, явно выходящие за пределы её полномочий. В нарушение ст. ст. 1, 4, 6 Федерального конституционного закона от 31.12.1996 года № 1-ФКЗ «О судебной системе Российской Федерации», ст. 144 ГПК РФ , ст. ст. 2, 4, 14, 44, 47 Закона об исполнительном производстве, ст.ст. 15, 18 Федерального закона от 27.07.2004 года № 79-ФЗ "О государственной гражданской службе Российской Федерации», ст. 12 Федерального закона от 21.07.1997 года № 118-ФЗ «О судебных приставах», Должностного регламента, утвержденного руководителем УФССП по Нижегородской области от 17.03.2016 года № 334, не имея законных оснований для принимаемого решения, в отсутствие решения суда, в нарушение установленного порядка отмены мер по обеспечению иска, в нарушение установленного порядка отмены мер принудительного исполнения, в том числе отмены ареста имущества должника, действуя вопреки интересам службы, при исполнении должностных обязанностей, допуская в результате своих действий наступление сбоя нормального функционирования государственных органов России, а также нанесение ущерба авторитету государственного органа в лице Федеральной службы судебных приставов России, преследуя цель снять запрет на регистрационные действия в отношении недвижимого имущества М.А.И. и отменить тем самым меры принудительного исполнения, осознавая при этом, что отмена запрета на регистрационные действия может быть совершена только при наличии особых обстоятельств, указанных в Законе об исполнительном производстве, действуя умышленно, в период с 15.03.2017 года по 17.03.2017 года в г. Саров Нижегородской области в служебном кабинете службы судебных приставов по адресу: ..., изготовила и зарегистрировала в электронном виде средствами "Автоматизированная информационная система Федеральной службы судебных приставов" (далее - АИС ФССП России) заведомо для неё незаконные постановления: 1) от 15.03.2017 года об отмене мер о запрете регистрационных действий по сводному исполнительному производству № 33370/16/52045-ИП, возбужденному на основании исполнительного листа от 21.04.2016 года серии ФС № по делу №, выданного Саровским городским судом Нижегородской области о взыскании в пользу ПАО «Саровбизнесбанк» задолженности по кредитному договору в размере 1 494 922 рубля 71 копейка, расходы по уплате государственной пошлины в размере 21 674 рубля 61 копейка, а всего 1 516 597 рублей 32 копейки, и исполненное в автоматическом режиме, которым (постановлением) обязала регистрирующий орган, отменить меры о запрете на совершение регистрационных действий в отношении недвижимого имущества М.А.И., а именно: жилого дома площадью 321 кв. м, расположенного по адресу: ..., кадастровый №. 2) от 17.03.2017 года об отмене мер о запрете регистрационных действий по сводному исполнительному производству № 33370/16/52045-ИП, возбужденному на основании указанного выше исполнительного листа от 21.04.2016 года серии ФС № по делу №, и исполненное в автоматическом режиме, которым (постановлением) обязала регистрирующий орган, отменить меры о запрете на совершение регистрационных действий в отношении недвижимого имущества М.А.И., а именно: земельного участка площадью 1 200 кв. м, расположенного по адресу: ..., кадастровый №. 3) от 17.03.2017 года об отмене мер о запрете регистрационных действий по сводному исполнительному производству № 33370/16/52045-ИП, возбужденному на основании указанного выше исполнительного листа от 21.04.2016 года серии ФС № по делу №, и исполненное в автоматическом режиме, которым (постановлением) обязала регистрирующий орган, отменить меры о запрете на совершение регистрационных действий в отношении недвижимого имущества М.А.И., а именно: земельного участка площадью 1 200 кв. м, расположенного по адресу: &lt;...&gt; участок №, кадастровый №. В отсутствие особых обстоятельств, указанных в законе или подзаконном акте, незаконно сняла арест со всего указанного выше имущества, достоверно зная, что иным способом решение судьи Саровского городского суда Нижегородской области от 21.04.2016 года (вступило в законную силу 17.06.2016 года) не исполнено и требования исполнительного листа не обеспечены, тем самым умышленно, незаконно отменила меры по обеспечению иска ПАО «Саровбизнесбанк», приняв на себя функцию осуществления правосудия, что относится к полномочиям другого должностного лица, осознавая, что действует за пределами возложенных на неё полномочий. Вышеуказанные противоправные действия ФИО3 (ФИО4) повлекли за собой существенное нарушение охраняемых законом интересов общества и государства, а именно: отрицательно повлияли на нормальную работу Федеральной службы судебных приставов России, назначением которой в соответствии с Федеральным законом от 21.07.1997 года № 118-ФЗ «О судебных приставах» является обеспечение установленного порядка осуществления принудительного исполнения судебных актов, при этом задачами исполнительного производства, в соответствии с Федеральным Законом от 02.10.2007 года № 229-ФЗ «Об исполнительном производстве», являются правильное и своевременное исполнение судебных актов, актов других органов и должностных лиц, в целях защиты нарушенных прав, свобод и законных интересов граждан и организаций.</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ФИО3(ФИО4), занимая должность начальника ... отдела судебных приставов Управления Федеральной службы судебных приставов по Нижегородской области (далее по Нижегородской области), будучи назначенной на должность приказом УФССП по Нижегородской области № 463-л от 10.03.2016 года, в соответствии со служебным контрактом № 147 от 10.03.2016 года, осуществляя свою деятельность на основании Конституции Российской Федерации, Федерального закона от 21.07.1997 года № 118-ФЗ «О судебных приставах», Федерального закона от 02.10.2007 года № 229-ФЗ «Об исполнительном производстве», должностного регламента, иных законодательных и ведомственных нормативных актов, а также приказов и распоряжений руководства, являясь, в соответствии с положениями Должностного регламента начальника -старшего судебного пристава по Нижегородской области, утвержденного руководителем по Нижегородской области от 17.03.2016 года № 334, должностным лицом, состоящим на государственной службе, в обязанности которого, согласно ст. ст. 15, 18 Федерального закона от 27.07.2004 года № 79-ФЗ "О государственной гражданской службе Российской Федерации», Должностного регламента, входило: соблюдать Конституцию РФ, федеральные конституционные законы, федеральные законы, иные нормативные правовые акты РФ, и обеспечивать их исполнение, соблюдать при исполнении должностных обязанностей права и законные интересы граждан и организаций,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 исполнять должностные обязанности добросовестно, на высоком профессиональном уровне,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 осуществлять профессиональную служебную деятельность в рамках установленной законодательством РФ компетенции государственного органа, обеспечивать равное, беспристрастное отношение ко всем физическим и юридическим лицам, не совершать действия, связанные с влиянием каких-либо личных и иных интересов, препятствующих добросовестному исполнению должностных обязанностей, не совершать поступки, порочащие его честь и достоинство, не допускать конфликтных ситуаций, способных нанести ущерб его репутации или авторитету государственного органа, не допускать совершение исполнительных действий для достижения целей и решения задач, не предусмотренных законодательством об исполнительном производстве, а также являясь лицом, законные требования которого, в соответствии со ст. 6 Федерального закона от 02.10.2007 года № 229-ФЗ «Об исполнительном производстве» (далее Закон об исполнительном производстве), обязательны для всех государственных органов, органов местного самоуправления, граждан и организаций и подлежат неукоснительному выполнению на всей территории Российской Федерации, наделенный, в соответствии со ст. 12 Федерального закона от 21.07.1997 года № 118-ФЗ «О судебных приставах», Должностного регламента, правами и обязанностями: своевременно принимать решения о возбуждении исполнительных производств, принимать меры по своевременному, полному и правильному исполнению исполнительных документов, выносить соответствующие постановления, объявлять розыск имущества должника по исполнительному документу, получать при совершении исполнительных действий необходимую информацию, в том числе персональные данные, объяснения и справки, входить в помещения и хранилища, занимаемые должниками или принадлежащие им, производить осмотры указанных помещений и хранилищ, при необходимости вскрывать их, арестовывать, изымать, передавать на хранение арестованное имущество, налагать арест на денежные средства и иные ценности должника, вызывать граждан по исполнительным документам, находящимся в производстве, принимать меры воздействия к недобросовестным должникам. ФИО3 (ФИО4), работая в должности начальника по Нижегородской области, обладала полномочиями по организации работы по принудительному исполнению судебных актов и решений, поступивших к исполнению, правами по наложению запрета в предоставлении государственной услуги, то есть являлась должностным лицом и обладала в силу занимаемого служебного положения широким кругом прав и полномочий, в том числе властного характера. 05.08.2016 года в неустановленное время, ФИО3 (ФИО4), находясь в служебном помещении , по адресу: ..., действуя из иной личной заинтересованности, достоверно зная, что решение Саровского городского суда Нижегородской области от 04.08.2014 года не исполнено, а ПАО «Сбербанк России» денежные средства в размере 22 053 212 рублей 53 копейки не выплачены, будучи осведомленной, в силу занимаемого должностного положения, что в соответствии со ст. ст. 1, 4, 6 Федерального конституционного закона от 31.12.1996 года № 1-ФКЗ «О судебной системе Российской Федерации», судебная власть в РФ осуществляется только судами, никакие другие органы и лица не вправе принимать на себя осуществление правосудия, вступившие в законную силу постановления судов являются обязательными для всех без исключения органов государственной власти, должностных лиц и подлежат неукоснительному исполнению на всей территории РФ; в соответствии со ст. 144 ГПК РФ обеспечение иска может быть отменено тем же судьей или судом по заявлению лиц, участвующих в деле, либо по инициативе судьи или суда, вопрос об отмене обеспечения иска разрешается в судебном заседании, при удовлетворении иска принятые меры по его обеспечению сохраняют свое действие до исполнения решения суда; в соответствии со ст. ст. 2, 4 Закона об исполнительном производстве задачами исполнительного производства являются правильное и своевременное исполнение, в частности, судебных актов в целях защиты нарушенных прав, свобод и законных интересов граждан, исполнительное производство осуществляется на принципе законности, в соответствии со ст. ст. 44, 47 Закона об исполнительном производстве отмена всех назначенных судебным приставом-исполнителем мер принудительного исполнения, в том числе отмена ареста имущества и иных ограничений прав должника на его имущество допускается только в случае прекращения исполнительного производства, либо окончания исполнительного производства, за исключением окончания исполнительного производства по исполнительному документу об обеспечительных мерах; в соответствии со ст. 14 Закона об исполнительном производстве в постановлении судебного пристава-исполнителя должны быть указаны основания принимаемого решения со ссылкой на федеральные законы и иные нормативные правовые акты, совершила действия, явно выходящие за пределы её полномочий. В нарушение ст. ст. 1, 4, 6 Федерального конституционного закона от 31.12.1996 №1-ФКЗ «О судебной системе Российской Федерации», ст. 144 ГПК РФ , ст. ст. 2, 4, 14, 44, 47 Закона об исполнительном производстве, ст. ст. 15, 18 Федерального закона от 27.07.2004 № 79-ФЗ "О государственной гражданской службе Российской Федерации», ст. 12 Федерального закона от 21.07.1997 года № 118-ФЗ «О судебных приставах», Должностного регламента, утвержденного руководителем УФССП по Нижегородской области от 17.03.2016 года № 334, не имея законных оснований для принимаемого решения, в отсутствие решения суда, в нарушение установленного порядка отмены мер по обеспечению иска, в нарушение установленного порядка отмены мер принудительного исполнения, в том числе отмены ареста имущества должника, действуя вопреки интересам службы, при исполнении должностных обязанностей, допуская в результате своих действий наступление сбоя нормального функционирования государственных органов России, а также нанесение ущерба авторитету государственного органа в лице Федеральной службы судебных приставов России, преследуя цель снять арест со всего указанного имущества П.В.В. и отменить тем самым меры по обеспечению иска ОАО «Сбербанк России» в лице головного отделения по НО Волго-Вятского банка ОАО «Сбербанка России», осознавая при этом, что отмена ареста имущества может быть совершена только при наличии особых обстоятельств, указанных в Законе об исполнительном производстве, что отмена мер по обеспечению иска относится к полномочиям другого должностного лица, действуя умышленно, 05.08.2016 года в ..., в служебном кабинете изготовила и зарегистрировала в электронном виде средствами "Автоматизированная информационная система Федеральной службы судебных приставов" (далее - АИС ФССП России) заведомо для неё незаконное постановление от **** об отмене мер о запрете регистрационных действий по исполнительному производству №-ИП, возбужденному на основании исполнительного листа № ВС 034144895 по делу № от ****, выданного городским судом Нижегородской области, исполненное в автоматическом режиме, которым (постановлением) обязала регистрирующий орган, отменить меры о запрете на совершения регистрационных действий в отношении имущества П.В.В., а именно: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Жилой дом (кадастровый №) по адресу: г. Саров южнее территории &lt;данные изъяты&gt;, участок &lt;данные изъяты&gt;;</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Земельный участок (кадастровый №) по тому же адресу, то есть, в отсутствие особых обстоятельств, указанных в законе или подзаконном акте, незаконно сняла арест со всего указанного выше имущества, достоверно зная, что иным способом определение судьи Саровского городского суда Нижегородской области от 04.08.2014 года не исполнено и требования указанного исполнительного листа не обеспечены, тем самым умышленно, незаконно отменила меры по обеспечению иска ОАО «Сбербанк России» в лице головного отделения по НО Волго-Вятского банка ОАО «Сбербанка России», приняв на себя функцию осуществления правосудия, что относится к полномочиям другого должностного лица, осознавая, что действует за пределами возложенных на неё полномочий. Вышеуказанные противоправные действия ФИО3 (ФИО4) повлекли за собой существенное нарушение охраняемых законом интересов общества и государства, а именно: отрицательно повлияли на нормальную работу судебной власти в Российской Федерации, которая, в соответствии с Федеральным конституционным законом от 31.12.1996 года № 1-ФКЗ «О судебной системе Российской Федерации», осуществляется только судами в лице судей и привлекаемых в установленном законом порядке к осуществлению правосудия присяжных и арбитражных заседателей. Никакие другие органы и лица не вправе принимать на себя осуществление правосудия. Судебная власть осуществляется посредством конституционного, гражданского, административного и уголовного судопроизводства. Вступившие в законную силу постановления федеральных судов, мировых судей и судов субъектов РФ, являются обязательными для всех без исключения органов государственной власти, органов местного самоуправления, общественных объединений, должностных лиц, других физических и юридических лиц и подлежат неукоснительному исполнению на всей территории РФ. Преступные действия ФИО3 (ФИО4) также отрицательно повлияли на нормальную работу Федеральной службы судебных приставов России, назначением которой в соответствии с Федеральным законом от 21.07.1997 года № 118-ФЗ «О судебных приставах» является обеспечение установленного порядка деятельности Конституционного Суда РФ, Верховного Суда РФ, судов общей юрисдикции и арбитражных судов, осуществление принудительного исполнения судебных актов, при этом задачами исполнительного производства, в соответствии с Федеральным Законом от 02.10.2007 года № 229-ФЗ «Об исполнительном производстве», являются правильное и своевременное исполнение судебных актов, актов других органов и должностных лиц, в целях защиты нарушенных прав, свобод и законных интересов граждан и организаций. Обвиняемая в присутствии защитника в ходе предварительного следствия по делу, при ознакомлении с материалами дела, заявила ходатайство о применении особого порядка судебного разбирательства. Дело назначено к рассмотрению в особом порядке. В судебном заседании ФИО2 свою вину признала полностью, с предъявленным обвинением, в том числе с фактическими обстоятельствами содеянного, формой вины, мотивами деяний, юридической оценкой (квалификацией) совершенных деяний, доказательствами, собранными по делу, согласилась и поддержала ранее добровольно заявленное ходатайство о постановлении приговора без проведения судебного разбирательства, указав, что данное ходатайство ею заявлено добровольно, после консультации с защитником, она осознает характер и последствия постановления приговора без проведения судебного разбирательства, ей разъяснены и понятны пределы назначения уголовного наказания и обжалования приговора суда. Защитник - Козлов А.В., в судебном заседании поддержал заявленное подсудимой ходатайство о рассмотрении дела в особом порядке и подтвердил, что данное ходатайство заявлено ею добровольно, после консультации с ним, что подсудимая осознает характер и последствия постановления приговора без проведения судебного разбирательства, а так же подтвердил, что законность, относимость и допустимость имеющихся в деле доказательств ими не оспаривается. Государственный обвинитель – заместитель прокурора ЗАТО г. Саров Нижегородской области ФИО1 не возражал против постановления в отношении ФИО2 приговора без проведения судебного разбирательства. Судом установлено, что ходатайство о постановлении приговора без проведения судебного разбирательства заявлено ФИО2 добровольно, без принуждения, после проведения консультации с защитником, подсудимая осознает характер и последствия заявленного ею ходатайства. В соответствии со ст. ст. 314, 315 Уголовно-процессуального кодекса РФ указанные выше обстоятельства являются основанием для постановления приговора без проведения судебного разбирательства, вследствие чего суд находит, что условия постановления приговора без проведения судебного разбирательства соблюдены и постановляет приговор по уголовному делу без проведения судебного разбирательства. Предъявленное ФИО2 обвинение в получении взяток лично в размере, не превышающем десяти тысяч рублей, в получении должностным лицом лично взятки в виде денег за незаконное бездействие, а также в совершении должностным лицом действий, явно выходящих за пределы его полномочий и повлекших существенное нарушение охраняемых законом интересов общества или государства, с которым подсудимая согласилась в полном объеме, суд признает обоснованным и подтвержденным доказательствами, собранными по уголовному делу. Основания для прекращения уголовного дела отсутствуют, вследствие чего суд постановляет по делу обвинительный приговор, квалифицирует действия ФИО2: - по преступлению от 30 декабря 2016 года по ч. 1 ст. 291.2 УК РФ получение взятки лично в размере, не превышающем десяти тысяч рублей; - по преступлению в период времени с 01 марта 2017 года по 02 марта 2017 года по ч. 1 ст. 291.2 УК РФ получение взятки лично в размере, не превышающем десяти тысяч рублей; - по преступлению от 18 февраля 2017 года по ч. 3 ст. 290 УК РФ получение должностным лицом лично взятки в виде денег за незаконные бездействия. Относительно квалификации действий подсудимой ФИО2, которая была дана органами предварительного следствия по трем преступлениям, предусмотренным ч. 1 ст. 286 УК РФ , судом установлено следующее. Органами предварительного следствия действия подсудимой ФИО2 по трем преступлениям были квалифицированы по ч. 1 ст. 286 УК РФ , как совершение должностным лицом действий, явно выходящих за пределы его полномочий и повлекших существенное нарушение прав и законных интересов граждан и организаций, охраняемых законом интересов общества и государства. В ходе судебного разбирательства по делу государственный обвинитель – заместитель прокурора ЗАТО г. Саров Нижегородской области ФИО1, воспользовался правом, предоставленным ему п. 2 ч. 8 ст. 246 УПК РФ , и заявил ходатайство о об исключении из обвинения формулировки предъявленного подсудимой обвинения в совершении трех преступлений, предусмотренных ч. 1 ст. 286 УК РФ , ссылки на наступившие последствия в виде существенного нарушения прав и законных интересов граждан и организаций, и квалификации действий подсудимой по данным преступлениям с учетом вышеизложенным им обстоятельств. Участники судебного разбирательства не высказали каких-либо возражений по поводу соответствующей квалификации действий подсудимой по ч. 1 ст. 286 УК РФ и исключения из обвинения соответствующих формулировок. Суд, в соответствии с требованиями п. 12 Постановления пленума Верховного Суда российской Федерации от 05 декабря 2006 года № 60 (в ред. от 22.12.2015 года) «О применении судами особого порядка судебного разбирательства уголовных дел», а также принимая во внимание нормы ч. 8 ст. 246 УПК РФ и ст. 15 УПК РФ , соглашается с позицией государственного обвинения об исключении из обвинения подсудимой ФИО2 по трем преступлениям, предусмотренных ч. 1 ст. 286 УК РФ ссылки на наступившие последствия в виде существенного нарушения прав и законных интересов граждан и организаций, и квалификации действий подсудимой по данным преступлениям с учетом вышеизложенных обстоятельств. Предложенная государственным обвинителем квалификация действий подсудимой ФИО2, положение подсудимой не ухудшает и не нарушает ее права на защиту, а наоборот, улучшает ее положение, в связи с чем, принимается судом. На основании изложенного, суд квалифицируя действия ФИО2: - по преступлению от 13 марта 2017 года по ч. 1 ст. 286 УК РФ совершение должностным лицом действий, явно выходящих за пределы его полномочий и повлекших существенное нарушение охраняемых законом интересов общества и государства; - по преступлению совершенному в период с 15 марта 2017 года по 17 марта 2017 года по ч. 1 ст. 286 УК РФ - совершение должностным лицом действий, явно выходящих за пределы его полномочий и повлекших существенное нарушение охраняемых законом интересов общества и государства; - по преступлению от 05 августа 2016 года по ч. 1 ст. 286 УК РФ - совершение должностным лицом действий, явно выходящих за пределы его полномочий и повлекших существенное нарушение охраняемых законом интересов общества и государства. При определении вида и размера наказания ФИО2, суд, в соответствии со ст. ст. - 62 УК РФ , учитывает характер и степень общественной опасности совершенных ею преступлений, два из которых отнесены к категории преступлений небольшой тяжести, три - к категории преступлений средней тяжести и одно - к категории тяжких преступлений, наличие смягчающих и отсутствие отягчающих наказание обстоятельств, характеризующие данные о личности подсудимой и конкретные обстоятельства дела, состояние здоровья подсудимой, влияние назначенного наказания на ее исправление и условия ее жизни, и жизни ее семьи. В качестве смягчающих наказание ФИО2 обстоятельств по всем преступлениям суд учитывает: - наличие на иждивении у подсудимой ФИО2 малолетних детей (п. «г» ч. 1 ст. 61 УК РФ ); - состояние здоровья ФИО2 (ч. 2 ст. 61 УК РФ ); - состояние здоровья малолетних детей, находящихся на иждивении у подсудимой ФИО2 (ч. 2 ст. 61 УК РФ ); - факт наличия на иждивении у ФИО2 больной матери (ч. 2 ст. 61 УК РФ ); - признание вины в совершении всех инкриминируемых ей преступлений, раскаяние в содеянном (ч. 2 ст. 61 УК РФ ). Обстоятельств, отягчающих наказание в соответствии со ст. 63 УК РФ , по всем преступлениям, не имеется. В связи с отсутствием смягчающих наказание обстоятельств, предусмотренных п. п. «и» и «к» ч. 1 ст. 61 УК РФ , судом не усмотрено основания для применения в отношении ФИО2 при назначении наказания положений ч. 1 ст. 62 УК РФ . С учетом фактических обстоятельств совершенных ФИО2 преступлений и степени их общественной опасности, оснований для применения положений ч. 6 ст. и ст. 64 УК РФ не имеется. Подсудимая ФИО2 ранее не судима; согласно характеристике участкового уполномоченного полиции ОМВД России по ..., ФИО2 зарегистрирована по адресу: ..., но по указанному адресу не проживает. С мая 2016 года проживает в .... Ранее по месту регистрации характеризовалась удовлетворительно, жалоб от соседей не поступало. К административной и уголовной ответственности ранее не привлекалась; согласно характеристики с места работы, ФИО2 по месту службы характеризуется следующим образом. За период работы в должности ... отдела судебных приставов Управления ФИО2 зарекомендовала себя, как ответственный, исполнительный, трудолюбивый и грамотный руководитель районного подразделения. Обладает организаторскими способностями. Добросовестно выполняет свои должностные обязанности. В работе проявляет пунктуальность, исполнительность, инициативу. В ходе осуществления своих должностных обязанностей руководствуется и грамотно применяет нормативно-правовые акты, не допуская их нарушений. Правильно организует работу сотрудников вверенного ей отдела. Пользуется уважением и авторитетом среди коллег. Добросовестно и в срок исполняет указания руководства, не считаясь со своим личным временем. В общении с гражданами вежлива, тактична. Дисциплинарных взысканий не имеет; согласно сведениям, полученным из ГБУЗ НО «Выксунская ЦРБ» ФИО2 на учете у врача нарколога и психиатра не состоит; в течение года к административной ответственности не привлекалась; согласно справки из КБ № 50 от 15 февраля 2018 года, у подсудимой ФИО2 хронических заболеваний не зарегистрировано. Также судом при назначении наказания подсудимой принимаются во внимание и многочисленные благодарности, выписанные на ее имя и имя ее дочери, имеющиеся в материалах уголовного дела. Учитывая конкретные обстоятельства дела, наличие смягчающих наказание обстоятельств, отсутствие отягчающих наказание обстоятельств, состояние здоровья ФИО2, руководствуясь тем, что наказание должно соответствовать характеру и степени общественной опасности совершенного преступления и личности виновного, учитывая, что справедливое наказание способствует решению задач и осуществлению целей уголовного закона, а именно: восстановлению социальной справедливости, исправлению осужденного, предупреждению совершения новых преступлений, наказание подсудимой ФИО2 судом определяется: по преступлениям, предусмотренным ч. 1 ст. 291.2 УК РФ , в виде ограничения свободы, а по преступлениям, предусмотренным ч. 1 ст. 286 УК РФ , и по преступлению, предусмотренному ч. 3 ст. 290 УК РФ , в виде лишения свободы, при этом, окончательное наказание подсудимой ФИО2 судом определяется в виде лишения свободы, по правилам ч. 3 ст. 69 УК РФ , с применением к наказанию по ч. 1 ст. 291.2 УК РФ в виде ограничения свободы ч. 1 ст. 71 УК РФ , что будет являться справедливым и соразмерным содеянному, а также способствовать ее исправлению и существенно повлияет на условия ее жизни. В соответствии с п. «б» ч. 1 ст. 58 УК РФ отбывание наказания ФИО2 следует назначить в исправительной колонии общего режима. С учетом вышеизложенных обстоятельств, количества, характера и степени общественной опасности совершенных ФИО2 преступлений, данных о ее личности, судом не усматривается оснований для применения в отношении ФИО2 ст. 73 УК РФ . Поскольку данное уголовное дело рассматривается в особом порядке судебного разбирательства, наказание подсудимой по преступлениям, предусмотренным ч. 3 ст. и ч. 1 ст. 286 УК РФ , назначается с учетом требований ч. 5 ст. 62 УК РФ . Вместе с тем, с учетом того, что на иждивении у ФИО2 находятся малолетние дети, последняя положительно характеризуется, как по месту работы, так и по месту жительства, впервые привлекается к уголовной ответственности, отягчающие наказания обстоятельства отсутствуют, суд в соответствии с ч. 1 ст. 82 УК РФ , считает возможным предоставить отсрочку реального отбывания наказания ФИО2 до достижения ее малолетним сыном - ФИО6 – **** года рождения, четырнадцати лет. Поскольку ФИО2 совершено шесть преступлений - одно из которых отнесено законом к категории тяжких преступлений, то окончательное наказание ей должно быть назначено по правилам ч. 3 ст. 69 УК РФ . Также, принимая во внимание характер и степень общественной опасности совершенных ФИО2 преступлений, данные о ее личности, суд считает необходим применить к ФИО2 дополнительное наказание в виде лишения права занимать определенные должности, связанные с осуществлением функций представителя власти, организационно-распорядительных и административно-хозяйственных полномочий. Кроме того, принимая во внимание тот факт, что ФИО2 совершены преступления против государственной власти и интересов государственной службы, суд считает несовместимым наличие у нее классного чина советника юстиции 3 класса, в связи с чем полагает необходимым на основании ст. 48 УК РФ лишить ФИО2 классного чина - советник юстиции 3 класса. Применение к подсудимой ФИО2 дополнительного наказания в виде штрафа, предусмотренного санкцией ч. 3 ст. 290 УК РФ , суд находит излишним и не назначает. В рамках данного уголовного дела подсудимая ФИО2 в порядке ст. 91 УПК РФ не задерживалась. В период времени с 19 декабря 2017 года по 30 декабря 2017 года ФИО2 содержалась под домашним арестом. Меру пресечения подсудимой до вступления приговора суда в законную силу суд считает необходимым оставить прежней – подписку о невыезде и надлежащем поведении. Судьба вещественных доказательств по делу разрешается судом на основании ст. 309 УПК РФ . Гражданский иск по делу не заявлен. В рамках предварительного следствия по данному уголовному делу с целью обеспечения исполнения приговора суда в части гражданского иска, других имущественных взысканий и возможного обеспечения исполнения назначенного наказания, накладывались аресты на имущество подсудимой ФИО2, а именно: на автомобиль марки «МАЗДА» модель СХ-7, 2007 года выпуска, государственный регистрационный знак &lt;***&gt;. Принимая во внимание тот факт, что срок ареста наложенного на вышеуказанное имущество подсудимой ФИО2, в соответствии с постановлением Саровского городского суда Нижегородской области от 19 декабря 2017 года, истек 30 декабря 2017 года, и в последующем более не продлевался, учитывая вид и размер наказания, отсутствие исковых требований по данному делу, оснований для рассмотрения вопроса об аресте имущества, наложенном ранее, при вынесении приговора суда не имеется. Оснований для решения одновременно с постановлением приговора иных вопросов, предусмотренных ст. 313 УПК РФ , не имеется. На основании изложенного, и руководствуясь статьями , – , , и Уголовного процессуального кодекса Российской Федерации, суд П Р И Г О В О Р И Л : Признать ФИО2 виновной в совершении преступлений, предусмотренных ч. 1 ст. 291.2 , ч. 1 ст. 291.2 , ч. 3 ст. , ч. 1 ст. , ч. 1 ст. и ч. 1 ст. Уголовного кодекса Российской Федерации, и назначить ей наказание: - по преступлению, предусмотренному ч. 1 ст. 291.2 УК РФ , совершенному 30 декабря 2016 года - в виде ограничения свободы на срок 1 (один) год с возложением следующих ограничений: не выезжать за пределы территории ЗАТО г. Саров Нижегородской области по месту своего фактического проживания (пребывания) без согласования со специализированным государственным органом, осуществляющим надзор за отбыванием осужденными наказания в виде ограничения свободы; не изменять место своего жительства или пребывания без согласования со специализированным государственным органом, осуществляющим надзор за отбыванием осужденными наказания в виде ограничения свободы. Кроме того, обязать ФИО2 дважды в месяц являться на регистрацию в специализированный государственный орган, осуществляющий надзор за отбыванием осужденными наказания в виде ограничения свободы, по месту ее фактического проживания (пребывания), в дни установленные данным органом; - по преступлению, предусмотренному по ч. 1 ст. 291.2 УК РФ , совершенному в период с 01 марта 2017 года по 02 марта 2017 года - в виде ограничения свободы на срок 1 (один) год с возложением следующих ограничений: не выезжать за пределы территории ЗАТО г. Саров Нижегородской области по месту своего фактического проживания (пребывания) без согласования со специализированным государственным органом, осуществляющим надзор за отбыванием осужденными наказания в виде ограничения свободы; не изменять место своего жительства или пребывания без согласования со специализированным государственным органом, осуществляющим надзор за отбыванием осужденными наказания в виде ограничения свободы. Кроме того, обязать ФИО2 дважды в месяц являться на регистрацию в специализированный государственный орган, осуществляющий надзор за отбыванием осужденными наказания в виде ограничения свободы, по месту ее фактического проживания (пребывания), в дни установленные данным органом; - по преступлению от 18 февраля 2017 года по ч. 3 ст. 290 УК РФ в виде лишения свободы на срок 3 (три) года с лишением права занимать должности, связанные с осуществлением функции представителя власти, выполнением организационно-распорядительных и административно-хозяйственных полномочий, сроком на 3 (три) года. - по преступлению от 13 марта 2017 года по ч. 1 ст. 286 УК РФ в виде лишения свободы на срок 1 (один) год; - по преступлению, совершенному в период с 15 марта 2017 года по 17 марта 2017 года, по ч. 1 ст. 286 УК РФ в виде лишения свободы на срок 1 (один) год; - по преступлению от 05 августа 2016 года по ч. 1 ст. 286 УК РФ в виде лишения свободы на срок 1 (один) год. На основании ч. 3 ст. 69 УК РФ с применением ч. 1 ст. 71 УК РФ , путем частичного сложения назначенных наказаний окончательно по совокупности преступлений назначить наказание ФИО2 в виде лишения свободы на срок 5 (пять) лет с лишением права занимать должности, связанные с осуществлением функции представителя власти, выполнением организационно-распорядительных и административно-хозяйственных полномочий, сроком на 3 (три) года, с отбыванием наказания в виде лишения свободы в исправительной колонии общего режима. Срок отбытия наказания ФИО2 исчислять с 16 февраля 2018 года. Зачесть ФИО2 в срок отбытия наказания срок содержание ее под домашним арестом с 19 декабря 2017 года по 30 декабря 2017 года. На основании ст. 48 УК РФ лишить ФИО2 классного чина - советник юстиции 3 класса. В соответствии с ч. 1 ст. 82 УК РФ осужденной ФИО2 отсрочить реальное отбывание назначенного ей наказания в виде лишения свободы до достижения ее ребенком - &lt;данные изъяты&gt;, **** года рождения, четырнадцатилетнего возраста. В соответствии со ст. 178 УИК РФ на период отсрочки от отбывания наказания на осужденную ФИО2 возложить обязанность дважды в месяц являться на регистрацию в специализированный государственный орган (уголовно-исполнительную инспекцию), по месту ее фактического проживания (пребывания), в дни установленные данным органом. Контроль за поведением осужденной ФИО2 на период отсрочки от отбывания наказания возложить на специализированный государственный орган (уголовно-исполнительную инспекцию), по месту ее фактического проживания (пребывания). Разъяснить осужденной ФИО2, что в случае отказа ею от ребенка или продолжения уклонения от обязанностей по воспитанию ребенка после предупреждения, объявленного органом, осуществляющим контроль за ее поведением, суд может по представлению этого органа отменить отсрочку от отбывания наказания и направить ее для отбывания наказания в исправительную колонию общего режима. Дополнительное наказание в виде лишения права занимать должности, связанные с осуществлением функции представителя власти, выполнением организационно-распорядительных и административно-хозяйственных полномочий, сроком на 3 (три) года исполнять самостоятельно. Меру пресечения ФИО2 до вступления приговора суда в законную силу оставить без изменения - подписку о невыезде и надлежащем поведении. Вещественные доказательства по делу: ... ... ... Приговор может быть обжалован в апелляционном порядке в Нижегородский областной суд путем подачи жалобы или представления через Саровский городской суд Нижегородской области в течение 10 суток со дня его провозглашения, но не по основанию, предусмотренному п. 1 ст. 389.15 УПК РФ . Осужденная вправе ходатайствовать о своем участии в разбирательстве дела судом апелляционной инстанции, обеспечении ее помощью защитника по назначению суда и об ознакомлении с материалами дела, протоколами судебных заседаний. Судья Саровского городского суда ... А.А. Николаев ... ... ... Суд: Саровский городской суд (Нижегородская область) (подробнее) Судьи дела: Николаев А.А. (судья) (подробнее) Последние документы по делу: Приговор от 24 сентября 2018 г. по делу № 1-15/2018 Приговор от 8 июля 2018 г. по делу № 1-15/2018 Приговор от 3 июля 2018 г. по делу № 1-15/2018 Приговор от 24 июня 2018 г. по делу № 1-15/2018 Приговор от 19 июня 2018 г. по делу № 1-15/2018 Приговор от 24 мая 2018 г. по делу № 1-15/2018 Приговор от 7 мая 2018 г. по делу № 1-15/2018 Приговор от 6 мая 2018 г. по делу № 1-15/2018 Приговор от 25 февраля 2018 г. по делу № 1-15/2018 Приговор от 15 февраля 2018 г. по делу № 1-15/2018 Приговор от 15 февраля 2018 г. по делу № 1-15/2018 Приговор от 14 февраля 2018 г. по делу № 1-15/2018 Приговор от 5 февраля 2018 г. по делу № 1-15/2018 Приговор от 4 февраля 2018 г. по делу № 1-15/2018 Приговор от 1 февраля 2018 г. по делу № 1-15/2018 Показать все документы по этому делу Судебная практика по: По коррупционным преступлениям, по взяточничеству Судебная практика по применению норм ст. 290, 291 УК РФ Превышение должностных полномочий Судебная практика по применению нормы ст. 286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