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Выборы председателя и секретаря внеочередного общего собрания. Выборы Счетной комиссии. Рассмотрение заявлений. Заключение договора управления многоквартирным домом между ТСН «ЦИКовский ДОМ» и ООО «Управляющая компания Рассвет» в соответствии с частью 2 ст. 162 ЖК РФ . Утверждение размера платы за содержание жилого помещения в размере 15 руб. за &lt;данные изъяты&gt; кв.м. Согласование «Сметы доходов и расходов по содержанию и текущему ремонту многоквартирного жилого дома по &lt;адрес&gt;», предложенной ООО «Управляющая компания Рассвет». Рассмотрение заявления члена ТСН, члена Правления ТСН ФИО29 об обжаловании решения заседания Правления ТСН от ДД.ММ.ГГГГ Досрочное прекращение полномочий члена Правления ФИО24 в соответствии с пунктом 3 части 2 ст. 145 ЖК РФ . Досрочное прекращение полномочий ДОЛЖНОСТЬ ФИО24 в соответствии с пунктом 3 части 2 ст. 145 ЖК РФ . Принятые на указанном собрании решения истцы ФИО27, ФИО28, ФИО24 просят признать незаконными полагая, что при проведении собрания был нарушен порядок его проведения, на собрании приняты решения не включенные в повестку дня и не соответствующие нормам действующего законодательства, на собрании отсутствовал кворум для принятия решений, протокол собрания составлен с существенными нарушениями. Учитывая, что инициаторами оспариваемого собрания явились ответчики ФИО26, ФИО29 суд считает, что именно ответчиками должны быть представлены соответствующие доказательства, подтверждающие уведомление всех собственников многоквартирного дома о проведении собрания, доказательства, подтверждающие порядок его проведения и голосования, а также наличие кворума. В подтверждение уведомления членов ТСН ЦИКовскский ДОМ» представлено объявление о проведении внеочередного общего собрания членов ТСН «ЦИКовский ДОМ», организованном в многоквартирном доме, расположенном по &lt;адрес&gt; в форме очно-заочного голосования (л.д. № том №). В объявлении указано, что собрание будет проводиться в &lt;данные изъяты&gt; подъезде в форме очно-заочного голосования ДД.ММ.ГГГГ с ВРЕМЯ . Прием решений членов товарищества по вопросам повестки дня внеочередного общего собрания производится членами счетной комиссии до ВРЕМЯ . ДД.ММ.ГГГГ Начало подсчета голосов счетной комиссией в ВРЕМЯ . ДД.ММ.ГГГГ в подвальном помещении. В повестку дня включены следующие вопросы: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Выборы председателя и секретаря внеочередного общего собрания. Выборы Счетной комиссии. Рассмотрение заявлений. Заключение договора управления многоквартирным домом между ТСН «ЦИКовский ДОМ» и ООО «Управляющая компания Рассвет» в соответствии с частью 2 ст. 162 ЖК РФ . Утверждение размера платы за содержание жилого помещения в размере 15 руб. за &lt;данные изъяты&gt; кв.м. Согласование «Сметы доходов и расходов по содержанию и текущему ремонту многоквартирного жилого дома по &lt;адрес&gt; предложенной ООО «Управляющая компания Рассвет». Рассмотрение заявления члена ТСН, члена Правления ТСН ФИО29 об обжаловании решения заседания Правления ТСН от ДД.ММ.ГГГГ Досрочное прекращение полномочий члена Правления ФИО24 в соответствии с пунктом 3 части 2 ст. 145 ЖК РФ . Досрочное прекращение полномочий ДОЛЖНОСТЬ ФИО24 в соответствии с пунктом 3 части 2 ст. 145 ЖК РФ . Из положений действующего жилищного законодательства следует, что при очной форме проведения собрания подсчет голосов производится из числа присутствующих непосредственно и представителей, действующих от имени собственника по доверенности. Присутствие собственников помещений на таком общем собрании и наличие кворума должно подтверждаться листом регистрации участников общего собрания с указанием фамилии, имени, отчества, адреса, реквизитов свидетельства о собственности на помещение в данном многоквартирном доме, доли в праве общей собственности на общее имущество в данном многоквартирном доме, подписью собственника или представителя собственника с приложением доверенности, если в общем собрании принимает участие представитель собственника. Между тем, такого листа регистрации участников общего собрания в очной части собрания ответчиками в материалы дела не представлено. В силу требований статьи Жилищного кодекса Российской Федерации в случае, если при проведении общего собрания собственников помещений в многоквартирном доме путем совместного присутствия собственников помещений в данном доме для обсуждения вопросов повестки дня и принятия решений по вопросам, поставленным на голосование, такое общее собрание не имело указанного в части 3 статьи 45 настоящего Кодекса кворума, в дальнейшем решения общего собрания собственников помещений в многоквартирном доме с такой же повесткой могут быть приняты путем проведения заочного голосования (передачи в место или по адресу, которые указаны в сообщении о проведении общего собрания собственников помещений в многоквартирном доме, оформленных в письменной форме решений собственников по вопросам, поставленным на голосование). Согласно ч. 3 ст. Жилищного кодекса Российской Федерации, общее собрание собственников помещений в многоквартирном доме может быть проведено посредством очно-заочного голосования, предусматривающего возможность очного обсуждения вопросов повестки дня и принятия решений по вопросам, поставленным на голосование, а также возможность передачи решений собственников в установленный срок в место или по адресу, которые указаны в сообщении о проведении общего собрания собственников помещений в многоквартирном доме. В нарушение указанной нормы в представленном ответчиками объявлении о проведении собрания не указано место куда должно было быть представлено решение, в объявлении указано лишь, что прием решений производится членами счетной комиссии до ВРЕМЯ . ДД.ММ.ГГГГ. В соответствии с ч. 2 ст. 47 ЖК РФ принявшими участие в общем собрании собственников помещений в многоквартирном доме, проводимом в форме заочного голосования (опросным путем), считаются собственники помещений в данном доме, решения которых получены до даты окончания их приема. Из акта счетной комиссии собрания членов ТСН «ЦИКовский ДОМ» от ДД.ММ.ГГГГ, составленного членами счетной комиссии ФИО27, ФИО1 и ФИО28 на ВРЕМЯ . ДД.ММ.ГГГГ в счетную комиссию не поступило ни одного листка заочного голосования собственников по решению внеочередного собрания членов ТСН «ЦИКовский ДОМ» от ДД.ММ.ГГГГ Данный акт подписан указанными лицами. Ответчик ФИО26 в судебном заседании пояснил, что все решения членов ТСН находились у него, копии этих решений им суду представлены. В представленных ответчиком решениях членов товарищества собственников недвижимости «ЦИКовский ДОМ» (л.д. № № том №) отсутствует как дата заполнения решений, так и дата сдачи (поступления) указанных решений для подсчета. Отсутствие даты принятия членами товарищества решений и даты их приема не позволяют установить момент волеизъявления последними для определения и проверки кворума общего собрания, необходимого в соответствии со ст. 45 ЖК РФ . Кроме того, из протокола № от ДД.ММ.ГГГГ внеочередного общего собрания членов собственников недвижимости «ЦИКовский ДОМ» следует, что были приняты решения, не включенные в повестку дня. Согласно части 2 статьи Жилищного кодекса Российской Федерации общее собрание собственников помещений в многоквартирном доме не вправе принимать решения по вопросам, не включенным в повестку дня данного собрания, а также изменять повестку дня данного собрания. Частью 2 ст. Жилищного кодекса РФ также предусмотрено, что общее собрание членов товарищества собственников жилья не вправе выносить на обсуждение вопросы, которые не были включены в повестку дня. В 7 вопросе повестки дня оспариваемого собрания указано: «Рассмотрение заявления члена ТСН, члена Правления ТСН ФИО29 об обжаловании решения заседания Правления ТСН от ДД.ММ.ГГГГ.». Из протокола № от ДД.ММ.ГГГГ следует, что по 7 вопросу повестки дня приняты решения: Считать описание действий члена ТСН, члена правления ФИО29, изложенные во втором вопросе протокола правления ТСН «ЦИКовский ДОМ» от ДД.ММ.ГГГГ не соответствующими фактическим обстоятельствам. Отменить решение правления ТСН «ЦИКовский ДОМ» по второму вопросу в связи с несоответствием решения по данному вопросу требованиям части 3 статьи 143 ЖК РФ . Правлению ТСН привести Устав товарищества в соответствие с частью 3 ст. 143 ЖК РФ с исключением пункта 7.4 из Устава. Вопросы по принятым решениям об отмене решения правления ТСН «ЦИКовский ДОМ» и обязании правления ТСН привести Устав товарищества в соответствие с частью 3 ст. 143 ЖК РФ с исключением пункта 7.4 из Устава не были включены в повестку дня собрания. В 9 вопросе повестки дня собрания указано: досрочное прекращение полномочий ДОЛЖНОСТЬ ФИО24 в соответствии с пунктом 3 части 2 ст. 145 ЖК РФ . Из протокола № собрания от ДД.ММ.ГГГГ следует, что по 9 вопросу повестки дня приняты следующие решения: прекратить полномочия ДОЛЖНОСТЬ ФИО31, с ДД.ММ.ГГГГ; расторгнуть трудовой договор с ФИО24 с ДД.ММ.ГГГГ; предоставить члену правления ФИО26 право распоряжаться печатью, чековой книжной, средствами на расчетном счете с ДД.ММ.ГГГГ; ревизионной комиссии провести внеплановую ревизию финансовой деятельности со дня регистрации товарищества в срок до ДД.ММ.ГГГГ и ознакомить собственников помещений результатами ревизии путем размещения информации в подъездах. Таким образом, вопросы по принятым решениям о расторжении трудового договора с ФИО24 с ДД.ММ.ГГГГ; предоставлении члену правления ФИО26 право распоряжаться печатью, чековой книжной, средствами на расчетном счете с ДД.ММ.ГГГГ; обязании ревизионной комиссии провести внеплановую ревизию финансовой деятельности со дня регистрации товарищества в срок до ДД.ММ.ГГГГ и ознакомить собственников помещений результатами ревизии путем размещения информации в подъездах не были включены в повестку дня. Из оспариваемого протокола № от ДД.ММ.ГГГГ собрания членов ТСН «ЦИКовский ДОМ» следует, что по 4 вопросу повестки дня было принято решение о заключении договора управления многоквартирным домом между ТСН «ЦИКовский ДОМ» и ООО Управляющая компания «Рассвет». По своей правовой природе данный вопрос является выбором способа управления многоквартирным домом. Согласно п. 4 ч. 2 ст. Жилищного кодекса РФ к компетенции общего собрания собственников помещений в многоквартирном доме относится выбор способа управления многоквартирным домом. Следовательно, на оспариваемом истцми собрании было принято решение не относящееся к компетенции общего собрания членов товарищества собственников жилья. Вышеуказанные доводы свидетельствуют о допущенных при проведении внеочередного общего собрания членов ТСН «ЦИКовский ДОМ» в многоквартирном доме № по &lt;адрес&gt; и оформленных протоколом № от ДД.ММ.ГГГГ существенных нарушениях порядка проведения собрания и принятия решений, а именно: принятие решений по вопросам, не включенным в повестку дня, при отсутствии необходимого кворума и по вопросам, не относящемуся к компетенции собрания. Указанные нарушения являются основаниями для признания принятых на оспариваемом собрании решений незаконными. В соответствии со ст. 44.1 Жилищного кодекса РФ, общее собрание собственников помещений в многоквартирном доме может проводиться посредством: 1) очного голосования (совместного присутствия собственников помещений в данном доме для обсуждения вопросов повестки дня и принятия решений по вопросам, поставленным на голосование); 2) заочного голосования; 3) очно-заочного голосования. Из материалов дела следует, что в период с ДД.ММ.ГГГГ по ДД.ММ.ГГГГ было проведено общее собрание собственников помещений в многоквартирном доме, расположенном по &lt;адрес&gt; в форме очно-заочного голосования по результатам которого составлен протокол № от ДД.ММ.ГГГГ (л.д. №). Из протокола следует, что инициаторами проведения собрания являются ФИО26 и ФИО29, собрание начато в ВРЕМЯ . ДД.ММ.ГГГГ, голосование завершено до ВРЕМЯ . ДД.ММ.ГГГГ. В повестку дня собрания включены следующие вопросы: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Выборы председателя и секретаря внеочередного общего собрания.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Выборы счетной комиссии.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Выбор способа управления многоквартирным домом: управление управляющей организацией.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Выбор управляющей организации: ООО «Управляющая компания Рассвет».</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Утверждение условий договора управления многоквартирным домом между управляющей организацией ООО «Управляющая компания Рассвет» и собственниками помещений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Выборы Совета многоквартирного дома: А) Определение численного количества членов Совета МКД; Б) Определение срока действия Совета МКД (не более чем на 2:года); В) Выборы членов Совета МКД; Г) Выборы председателя Совета МКД.</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Определение места хранения протоколов общего собрания собственников помещений. Принятые на указанном собрании решения истцы ФИО27, ФИО28, ФИО24 просят признать незаконными полагая, что при проведении собрания был нарушен порядок его проведения, на собрании приняты решения в противоречии нормам действующего законодательства, на собрании отсутствовал кворум для принятия решений, протокол собрания составлен с существенными нарушениями. Оценив имеющиеся в деле доказательства суд считает, что требования истцов о признании незаконными решений внеочередного общего собрания собственников помещений многоквартирного жилого дома № по &lt;адрес&gt; от ДД.ММ.ГГГГ подлежат удовлетворению. Как было указано выше, учитывая, что инициаторами оспариваемого собрания явились ответчики ФИО26, ФИО29 именно ими должны быть представлены соответствующие доказательства, подтверждающие уведомление всех собственников многоквартирного дома о проведении собрания, доказательства, подтверждающие порядок его проведения и голосования, а также наличие кворума. В нарушение части 3 статьи Жилищного кодекса РФ, в представленном ответчиками объявлении о проведении собрания (л.д. № том №) не указано место куда должно было быть представлено решение, в объявлении указано лишь, что прием решений производится членами счетной комиссии до ВРЕМЯ . ДД.ММ.ГГГГ. В подтверждение проведения очной части собрания не представлен лист регистрации участников общего собрания с указанием фамилии, имени, отчества, адреса, реквизитов свидетельства о собственности на помещение в данном многоквартирном доме, доли в праве общей собственности на общее имущество в данном многоквартирном доме, подписью собственника или представителя собственника с приложением доверенности, если в общем собрании принимает участие представитель собственника. Представленный реестр собственников помещений МКД по &lt;адрес&gt;, принявших участие на внеочередном общем собрании собственников помещений, состоявшемся с ДД.ММ.ГГГГ по ДД.ММ.ГГГГ таким доказательством не является. Из текста протокола № вообще непонятно состоялось ли собрание ДД.ММ.ГГГГ (очная часть голосования), кто присутствовал на нем и принимались ли на нем какие-либо решения. В подтверждение заочной части голосования ответчиками представлены решения собственников помещений (л.д. № том №). Однако, в данных решениях отсутствует как дата заполнения решений, так и дата сдачи (поступления) указанных решений для подсчета. Отсутствие даты принятия членами товарищества решений и даты их приема не позволяют установить момент волеизъявления последними для определения и проверки кворума общего собрания, необходимого в соответствии со ст. 45 ЖК РФ . Указанное свидетельствует о недоказанности наличия кворума для принятия решений на общем собрании собственников помещений. В повестку дня указанного выше собрания внесен вопрос по выбору способа управления многоквартирным домом через управляющую организацию. В соответствии с ч. 2 ст. Жилищного кодекса РФ собственники помещений в многоквартирном доме обязаны выбрать один из способов управления многоквартирным домом: 1) непосредственное управление собственниками помещений в многоквартирном доме, количество квартир в котором составляет не более чем тридцать; 2) управление товариществом собственников жилья либо жилищным кооперативом или иным специализированным потребительским кооперативом; 3) управление управляющей организацией. Собственники дома № по &lt;адрес&gt; на общем собрании собственников помещений от ДД.ММ.ГГГГ выбрали способ управления многоквартирным домом путем создания ТСН «ЦИКовский ДОМ». Одновременное управлением многоквартирным домом как через ТСН «ЦИКовский ДОМ», так и через управляющую организацию законом противоречит указанной норме Жилищного кодекса РФ. Решение общего собрания собственников помещений от ДД.ММ.ГГГГ о выборе способа управления многоквартирным домом путем создания ТСН «ЦИКовский ДОМ» не отменено и недействительным не признано. Решением общего собрания собственников помещений многоквартирного дома выбрано правление ТСН «ЦИКовский Дом», а решением правления ТСН «ЦИКовский Дом» от ДД.ММ.ГГГГ избран ДОЛЖНОСТЬ ФИО24 ТСН «ЦИКовский ДОМ» в настоящее время не ликвидировано. В повестку дня собрания также был включен вопрос о выборе членов совета многоквартирного дома и по нему принято соответствующее решение о выборе совета многоквартирного дома в составе ФИО26, ФИО29, ФИО4, ФИО, председателем совета выбран ФИО26 Согласно ст. 161.1 Жилищного кодекса РФ, в случае, если в многоквартирном доме не создано товарищество собственников жилья либо данный дом не управляется жилищным кооперативом или иным специализированным потребительским кооперативом и при этом в данном доме более чем четыре квартиры, собственники помещений в данном доме на своем общем собрании обязаны избрать совет многоквартирного дома из числа собственников помещений в данном доме. Регистрация совета многоквартирного дома в органах местного самоуправления или иных органах не осуществляется. Из анализа указанной нормы следует, что совет многоквартирного дома может быть избран в случае, если в доме не создано товарищество собственников жилья. Между тем, созданное в многоквартирном доме № по &lt;адрес&gt; товарищество собственников недвижимости «ЦИКовский ДОМ» осуществляет функции по управлению домом. Следовательно, избрание на общем собрании собственников помещений от ДД.ММ.ГГГГ совета многоквартирного дома противоречит действующему законодательству. Учитывая вышеизложенное, суд считает, что при проведении внеочередного общего собрания собственников помещений многоквартирного жилого дома № по &lt;адрес&gt; проведенного в форме очно-заочного голосования с ДД.ММ.ГГГГ по ДД.ММ.ГГГГ были допущены существенные нарушения порядка созыва, подготовки и проведения собрания, а решения собрания, оформленные протоколом № от ДД.ММ.ГГГГ приняты при отсутствии необходимого кворума, не относящиеся к компетенции собрания и противоречат нормам действующего законодательства. Принятые на внеочередном общем собрания членов ТСН «ЦИКовский ДОМ» от ДД.ММ.ГГГГ и внеочередном общего собрания собственников помещений многоквартирного жилого дома № по &lt;адрес&gt; от ДД.ММ.ГГГГ решения существенно затрагивают права и интересы истцов ФИО27, ФИО28, ФИО24, так как принимались решения о способе выбора управления многоквартирном доме, а также принималось решение о прекращении полномочий ДОЛЖНОСТЬ ФИО24 Учитывая вышеизложенное и рассматривая предъявленные исковые требования согласно п. 3 ст. 196 ГПК РФ в пределах заявленных, суд считает необходимым исковые требования истцов удовлетворить в полном объеме. Руководствуясь ст.ст. - 198 ГПК РФ , суд Р Е Ш И Л : Признать решения внеочередного общего собрания членов товарищества собственников недвижимости «ЦИКовский ДОМ» от ДД.ММ.ГГГГ и решения внеочередного общего собрания собственников помещений многоквартирного жилого дома № по &lt;адрес&gt; от ДД.ММ.ГГГГ незаконными. Решение может быть обжаловано в апелляционном порядке в Верховный Суд Чувашской Республики через Московский районный суд г. Чебоксары Чувашской Республики в течение месяца со дня принятия в окончательной форме. Судья Е.В. Павлова Решение в окончательной форме принято ДД.ММ.ГГГГ Суд: Московский районный суд г. Чебоксары (Чувашская Республика ) (подробнее) Ответчики: ТСН "ЦИКовский Дом" (подробнее) Судьи дела: Павлова Е.В. (судья) (подробнее) Последние документы по делу: Решение от 19 сентября 2017 г. по делу № 2-344/2017 Решение от 17 августа 2017 г. по делу № 2-344/2017 Решение от 17 июля 2017 г. по делу № 2-344/2017 Решение от 21 июня 2017 г. по делу № 2-344/2017 Решение от 4 апреля 2017 г. по делу № 2-344/2017 Решение от 27 марта 2017 г. по делу № 2-344/2017 Решение от 6 марта 2017 г. по делу № 2-344/2017 Решение от 25 января 2017 г. по делу № 2-344/2017 Определение от 16 января 2017 г. по делу № 2-344/2017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