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мая 2017 года, не позднее 18 часов 45 минут, ФИО4 находясь по месту жительства, по адресу: &lt;адрес&gt;, имея умысел на незаконное приобретение и хранение наркотических средств в целях личного употребления, решил приобрести наркотическое средство. С целью осуществления задуманного, ФИО4 действуя умышленно, незаконно, в нарушение Федерального закона РФ «О наркотических средствах и психотропных веществах» № 3 - ФЗ от 08.01.1998, используя мобильный телефон «&lt;данные изъяты&gt; принадлежащий его сожительнице ФИО1, в отношении которой ДД.ММ.ГГГГ вынесено постановление об отказе в возбуждении уголовного дела, не поставив последнюю в известность о своих преступных намерениях, посредством выхода в информационно - телекоммуникационную сеть &lt;данные изъяты&gt; связался через программу мгновенных сообщений «&lt;данные изъяты&gt; путем электронной переписки на сайте &lt;данные изъяты&gt; с лицом, в отношении которого ДД.ММ.ГГГГ материалы уголовного дела выделены в отдельное производство, использующим сетевое имя («никнейм») &lt;данные изъяты&gt; В качестве оплаты за приобретаемое наркотическое средство ФИО4, произвел перевод денежных средств в сумме 3 000 рублей, принадлежащих ему, через электронную платежную систему &lt;данные изъяты&gt; - кошелек в одном из терминалов &lt;адрес&gt;. В целях реализации своего преступного умысла, ФИО4 после оплаты за приобретаемое наркотическое средство, используя мобильный телефон «&lt;данные изъяты&gt; принадлежащий ФИО1, посредством выхода в информационно - телекоммуникационную сеть &lt;данные изъяты&gt; связался через программу мгновенных сообщений &lt;данные изъяты&gt; путем электронной переписки на сайте &lt;данные изъяты&gt; с лицом, в отношении которого материалы уголовного дела выделены в отдельное производство, использующим сетевое имя («никнейм») &lt;данные изъяты&gt; от которого получил информацию о местонахождении тайника - закладки с наркотическим средством. После чего, в период с 00 часов 00 минут 20 мая 2017 года до 21 часа 35 минут 21 мая 2017 года ФИО4 прошел к указанному месту закладки - к &lt;адрес&gt;, где в одной из автомобильных покрышек, выполняющих роль клумбы, находящейся на участке местности с торца указанного дома, обнаружив в земле сверток, обмотанный изолентой черного цвета. ФИО4, продолжая реализацию своего преступного умысла забрал данный сверток с наркотическим средством из тайника-закладки. Своими умышленными действиями ФИО4 незаконно приобрел без цели сбыта у лица в отношении, которого материалы уголовного дела выделены в отдельное производство, наркотическое средство темно-коричневого цвета, которое, согласно заключения эксперта №-х от ДД.ММ.ГГГГ, содержит в своем составе N - (1 - карбамоил - 2,2 - диметилпропил) - 1 - (4 - фторбензил) - 1Н - индазол - 3 - карбоксамид (ADB-FUBINACA) - производное наркотического средства N - (1- карбамоил - 2 - метилпропил) - 1 - (фенилметил) - 1Н — индазол - 3 - карбоксамида, включенное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массой не менее 2,613 грамма, что согласно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и постановления Правительства Российской Федерации от 23.11.2012 «О внесении изменений в некоторые акты Правительства Российской Федерации в связи с совершенствованием контроля за оборотом наркотических средств» является крупным размером. Вышеуказанное наркотическое средство N - (1 - карбамоил - 2,2 - диметилпропил) - 1 - (4 - фторбензил) - 1Н - индазол - 3 - карбоксамид (ADB-FUBINACA) – производное наркотического средства N - (1 - карбамоил - 2 - метилпропил) - 1 - (фенилметил) - 1Н - 3 - карбоксамида, массой не менее 2,613 грамма, что является крупным размером, ФИО4 незаконно хранил без цели сбыта по месту своего жительства под крышкой в шкафу жилой комнаты &lt;адрес&gt; с 00 часов 00 минут 20 мая 2017 года до 06 часов 35 минут 24 мая 2017 года, после чего данное наркотическое средство было обнаружено и изъято из незаконного оборота наркотических средств в ходе обыска в его жилище по указанному выше адресу, проведенного в случаях, не терпящих отлагательств, сотрудниками &lt;данные изъяты&gt;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07 часов 51 минуты 19 мая 2017 года до 18 часов 50 минут 23 мая 2017 года, ФИО4 находясь по месту жительства, по адресу: &lt;адрес&gt;, имея умысел на незаконное приобретение и хранение наркотических средств в целях личного употребления, решил приобрести наркотическое средство. С целью осуществления задуманного, действуя ФИО4 умышленно, незаконно, в нарушение Федерального закона РФ «О наркотических средствах и психотропных веществах» № 3 – ФЗ от 08.01. 1998, используя мобильный телефон &lt;данные изъяты&gt; принадлежащий его сожительнице ФИО1, в отношении которой ДД.ММ.ГГГГ вынесено постановление об отказе в возбуждении уголовного дела, не поставив последнюю в известность о своих преступных намерениях, посредством выхода в информационно - телекоммуникационную сеть &lt;данные изъяты&gt; связался через программу мгновенных сообщений &lt;данные изъяты&gt; путем электронной переписки на сайте &lt;данные изъяты&gt; с лицом, в отношении которого ДД.ММ.ГГГГ материалы уголовного дела выделены в отдельное производство, использующим сетевое имя ( «никнейм») ФИО3 В качестве оплаты за приобретаемое наркотическое средство ФИО4. произвел перевод денежных средств в сумме 3 000 рублей, принадлежащих ему, через платежную платежную систему &lt;данные изъяты&gt; - кошелек в одном из терминалов &lt;адрес&gt;. В целях реализации своего преступного умысла, ФИО4 после оплаты за приобретаемое наркотическое средство, используя мобильный телефон &lt;данные изъяты&gt; принадлежащий ФИО1, посредством выхода в информационно - телекоммуникационную сеть &lt;данные изъяты&gt;, связался через программу мгновенных сообщений &lt;данные изъяты&gt; путем электронной переписки на сайте &lt;данные изъяты&gt; с лицом, в отношении которого материалы уголовного дела выделены в отдельное производство, использующим сетевое имя («никнейм») ФИО3 от которого получил информацию о местонахождении тайника - закладки с наркотическим средством. После чего, 23 мая 2017 года около 18 часов 50 минут ФИО4, прошел к указанному месту закладки – к водоему, расположенному в 200 метрах от жилого &lt;адрес&gt; по адресу: &lt;адрес&gt;, ул. &lt;адрес&gt;, и в 100 метрах от &lt;данные изъяты&gt;. Обнаружив, около ствола куста, растущего на берегу данного водоема, в земле сверток, обмотанный изолентой черного цвета, ФИО4, продолжая реализацию своего преступного умысла, забрал данный сверток с наркотическим средством из тайника-закладки. После этого, ФИО4 убрал сверток с наркотическим средством в надетое на себя нательное белье, с целью последующего употребления. Своими умышленными действиями ФИО4 незаконно приобрел без цели сбыта у лица, в отношении которого материалы уголовного дела выделены в отдельное производство, наркотическое средство темно-коричневого цвета, которое, согласно заключения эксперта №-х от ДД.ММ.ГГГГ, содержит в своем составе 1-(5- фторпентил)-3-(2,2,3,3- тетраметилциклопропанкарбонил) индол (ТМСР-2201) производное наркотического средства 3-(2,2,3,3-тетраметилциклопропанкарбонил) индола, включенное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массой 10,195 грамм, что согласно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держащих наркотические средства или психотропные вещества, для целей статей , 228.1 , и 229.1 Уголовного Кодекса Российской Федерации» и постановления Правительства Российской Федерации от 23.11.2012 «О внесении изменений в некоторые акты Правительства Российской Федерации в связи с совершенствованием контроля за оборотом наркотических средств» является крупным размером. Впоследствии, с незаконно приобретенным наркотическим средством ФИО4 был задержан сотрудниками &lt;данные изъяты&gt; около &lt;данные изъяты&gt;&lt;адрес&gt;, откуда был доставлен в дежурную часть &lt;данные изъяты&gt; Вышеуказанное наркотическое средство 1-(5- фторпентил)-3-(2,2,3,3- тетраметилциклопропанкарбонил) индол (ТМСР-2201) производное наркотического средства 3-(2,2,3,3-тетраметилциклопропанкарбонил) индола, массой 10,195 грамма, что является крупным размером, ФИО4 незаконно хранил без цели сбыта в надетом на нем нательном белье, с момента незаконного приобретения до момента обнаружения и изъятия его в ходе личного досмотра, проведенного ДД.ММ.ГГГГ в период с 19 часов 30 минут до 20 часов 10 минут сотрудниками полиции в помещении дежурной части &lt;данные изъяты&gt;, расположенном в здании &lt;данные изъяты&gt; по адресу: &lt;адрес&gt;, &lt;адрес&gt; Подсудимый ФИО4 согласен с предъявленным обвинением, постановлением приговора без проведения судебного разбирательства, которое изъявил на стадии следствия. Последствия разъяснены и понятны, подтверждены в присутствии защитника в судебном заседании. Государственный обвинитель и защитник поддержали заявленное ходатайство. В судебном заседании ФИО4 полностью подтвердил признание вины в совершении указанных преступлений, раскаивается в содеянном. Свидетель ФИО1 пояснила, что проживают совместно с ФИО4 около полугода, характеризует его положительно. Учитывая волеизъявление подсудимого, мнение государственного обвинителя, принимая во внимание, что наказание за совершенные ФИО4 преступления не превышает 10 лет лишения свободы, у суда не имеется сомнений в том, что он осознает характер и последствия заявленного ходатайства, которое выражено добровольно и после консультации с защитником. Суд пришел к выводу, что обвинение, с которым согласился подсудимый, обоснованно и подтверждается доказательствами, собранными по делу. Подсудимый понимает существо предъявленного обвинения и соглашается с ним в полном объеме. Вина подсудимого ФИО4 подтверждается имеющимися в материалах уголовного дела доказательствами. Суд считает, что действия ФИО4 по каждому из двух преступлений, следует квалифицировать по ч.2 ст. 228 УК РФ - незаконные приобретение и хранение без цели сбыта наркотических средств, совершенные в крупном размере. Квалифицирующие признаки незаконные приобретение и хранение без цели сбыта наркотических средств в крупном размере, полностью нашли свое подтверждение. При назначении наказания ФИО4 суд учитывает характер и степень общественной опасности совершенных преступлений, которые относятся к категории тяжких, данные о личности подсудимого, который по месту жительства характеризуется отрицательно ( &lt;данные изъяты&gt; привлекался к административной ответственности ( т.2, л.д. 102-104,110-111), ранее судим ( т.2 л.д. 100-102,106-107,108-109). Согласно заключению комиссии судебно-психиатрических экспертов &lt;данные изъяты&gt; В применении принудительных мер медицинского характера не нуждается. В связи с наличием &lt;данные изъяты&gt; в случае осуждения ФИО4 рекомендуется обязательное лечение и наблюдение у нарколога. ( т. 1 л.д. 211-216). В качестве обстоятельств, смягчающих наказание ФИО4 суд учитывает признание вины, раскаяние в содеянном, состояние здоровья, наличие на иждивении малолетних детей, состояние беременности ФИО2, состояние беременности ФИО1 явку с повинной по двум преступлениям, активное способствование раскрытию и расследованию преступлений. Обстоятельством, отягчающим наказание, суд учитывает рецидив преступлений. Суд не признаёт в качестве обстоятельства отягчающего наказание ФИО4 по эпизоду от ДД.ММ.ГГГГ совершение преступления в состоянии опьянения, полагая его недоказанным, немотивированным и необоснованным, как органами предварительного следствия, так и государственным обвинителем в судебном заседании. Объективных данных, свидетельствующих об этом, материалы уголовного дела не содержат. Медицинским освидетельствованием ФИО4, проведенным после его задержания, хотя и установлено состояние опьянения, но оно бесспорно не свидетельствует о том, что в момент совершения преступления он находился в состоянии опьянения, и о влиянии на поведение подсудимого в момент совершения преступления. Исходя из смысла действующего законодательство, само по себе совершение преступления в состоянии опьянения, не является единственным и достаточным основанием для признания такого состояния обстоятельством, отягчающим наказание. Исключительных обстоятельств, предусмотренных ст. 64 УК РФ судом не установлено. Фактических правовых оснований для применения ч.6 ст. 15 УК РФ и изменения категории преступлений на менее тяжкую судом не установлено. При назначении наказания ФИО4 суд учитывает требования ч.5 ст. 62 УК РФ . Учитывая вышеизложенное, данные о личности подсудимого, суд полагает правомерным назначить ему наказание в виде реального лишения свободы. Оснований для применения ст. 73 УК РФ не установлено. С учетом отношения ФИО4 к содеянному суд считает возможным не применять дополнительное наказание в виде штрафа и ограничения свободы. При определении вида рецидива преступлений суд учитывает, что по приговорам от ДД.ММ.ГГГГ, ДД.ММ.ГГГГ, ДД.ММ.ГГГГ наказание назначалось с применением ч.5 ст. 69 УК РФ . С учетом требований п. «в» ч.1 ст. 58 УК РФ , а также наличия в действиях ФИО4 опасного рецидива преступлений согласно п. «б» ч.2 ст. 18 УК РФ , он подлежит направлению для отбывания наказания в исправительную колонию строгого режима. На основании изложенного и руководствуясь ст. 316 Уголовно-процессуального кодекса Российской Федерации, суд ПРИГОВОРИЛ: признать виновным ФИО4 в совершении двух преступлений, предусмотренных ч.2 ст. 228 УК РФ и назначить ему наказание по каждому из двух преступлений в виде лишения свободы сроком на 3 (три) года 6 (шесть) месяцев. В соответствии с ч.3 ст. 69 УК РФ по совокупности преступлений путем частичного сложения назначенных наказаний окончательно назначить ФИО4 наказание в виде лишения свободы на срок 4 (четыре) года 6 (шесть) месяцев с отбыванием наказания в исправительной колонии строгого режима. Меру пресечения ФИО4 на апелляционный период изменить с подписки о невыезде и надлежащем поведении на заключение под стражу, арестовав немедленно в зале суда. Срок отбывания наказания ФИО4 исчислять с ДД.ММ.ГГГГ. Вещественные доказательства: - сотовый телефон «&lt;данные изъяты&gt; IMEI №, № c sim-картами сотового оператора &lt;данные изъяты&gt; оставить в распоряжении ФИО1 - сотовый телефон марки &lt;данные изъяты&gt; IMEI &lt;данные изъяты&gt; c сим-картой сотового оператора &lt;данные изъяты&gt;, находящийся на хранении в камере хранения &lt;данные изъяты&gt; – передать в распоряжение ФИО4 наркотическое средство: N - (1 - карбамоил - 2,2 - диметилпропил) - 1 - (4 - фторбензил) - 1Н - индазол - 3 - карбоксамид (ADB-FUBINACA) – производное наркотического средства N - (1 - карбамоил - 2 - метилпропил) - 1 - (фенилметил) - 1Н – индазол -3 - карбоксамида, общей массой не менее 2,293 грамма, с учетом израсходованного на предварительное исследование и экспертизу 2,613 грамма, четыре фрагмента блестящей серебристой фольги, четыре пакета из прозрачного неокрашенного полимерного материала с внутренней защелкой с полоской красного цвета в верхней части пакетов над защелкой - находящиеся на хранении в камере хранения &lt;данные изъяты&gt; наркотическое средство 1-(5- фторпентил)-3-(2,2,3,3- тетраметилциклопропанкарбонил) индол (ТМСР-2201) производное наркотического средства 3-(2,2,3,3-тетраметилциклопропанкарбонил) индола массой 10,195 грамм, фрагмент изоленты черного цвета, шесть пакетов из прозрачного неокрашенного полимерного материала с внутренним зажимом, находящийся на хранении в камере хранения &lt;данные изъяты&gt; – уничтожить.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а осужденным в тот же срок и в том же порядке с момента его получения.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Подлинник документа вшит в дело №1-781/2017 Вологодского городского суда Вологодской области Секретарь: Н.В. Белых Суд: Вологодский городской суд (Вологодская область) (подробнее) Судьи дела: Абдалова Надира Кенгесовна (судья) (подробнее) Последние документы по делу: Приговор от 21 августа 2017 г. по делу № 1-781/2017 Приговор от 20 августа 2017 г. по делу № 1-781/2017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