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Липецк</w:t>
      </w:r>
    </w:p>
    <w:p>
      <w:pPr>
        <w:spacing w:after="200"/>
        <w:jc w:val="center"/>
      </w:pPr>
      <w:r>
        <w:rPr>
          <w:rFonts w:ascii="Times New Roman" w:hAnsi="Times New Roman" w:eastAsia="Times New Roman" w:cs="Times New Roman"/>
          <w:b w:val="0"/>
          <w:i w:val="0"/>
          <w:sz w:val="22"/>
        </w:rPr>
        <w:t>21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Организованностью, иерархичностью и структурированностью. а) Наличие в преступном сообществе (преступной организации) организационно-управленческой структуры (иерархии), состоящей из подразделений (звеньев), характеризующихся строгим разграничением функций, специализаций и обязанностей, в выполнении конкретных действий при совершении преступлений, но в строгой согласованности между собой при взаимодействии, дисциплины иерархического подчинения. Организаторы, они же руководители; подразделение (звено) «кураторов»; подразделение (звено) «операторов»; подразделение (звено) «курьеров»; подразделение (звено) «закладчиков». б) Разработкой и применением специальных мер защиты от разоблачения, а также соблюдение мер конспирации. Участники преступного сообщества (преступной организации) заранее определяли для себя возможные препятствия при совершении преступных действий и, прежде всего, в части касающейся их разоблачения и задержания сотрудниками правоохранительных органов, а поэтому: - взаимодействие между подразделениями, а также внутри них строилось исключительно на дистанционном, виртуальном общении, посредством сети «Интернет» и мобильной связи, без непосредственных визуальных контактов; - использовали программы персональной связи, приложений для защищенных переговоров, обменов сообщениями, фотографиями и видео конфиденциального характера, содержащих защищенные от взлома хранилища видео, фото файлов («CoverMe», «IM+», «ChatSecure», «Telegram»); - выходили на связь между собой при помощи указанных выше программ и приложений в зонах свободного доступа к сети «Интернет» - «вай фай» («wi-fi»), в общественных местах свободного доступа в сеть «Интернет», без привязки к номерам операторов сотовых компаний, позволяющих персонифицировать данные абонента; - все участники преступного сообщества регистрировались в указанных программах и приложениях исключительно под псевдонимами – никами (никнеймами), являющимися уникальными учетными именами, использующимися в местах общения сети «Интернет» (сайтах, форумах, блогах и т.п.); - передавали наркотические средства как между структурными подразделениями (звеньями), между участниками внутри них, так и покупателям исключительно дистанционным способом – путем оставления их в тайниках (закладках); - проводили предварительный инструктаж новых участников преступного сообщества в выполнении своих преступных функций и обязанностей, в том числе участников структурированного подразделения (звена) «закладчиков» в способности делать тайники (закладки) и описывать их местонахождения; - представляли участникам структурированного подразделения (звена) «закладчиков», специализирующихся на оставлениях наркотических средств в тайниках (закладках), расположенных в подъездах домов, дубликатами электронных ключей домофонов на подъездах; - участники структурного подразделения (звена) «операторов» использовали номера киви-кошельков, зарегистрированные на подставных лиц; - денежное вознаграждение участникам преступного сообщества (преступной организации) переводилось безналичными переводами денежных средств, через банковские карты и счета лиц, неосведомленных об их преступном происхождении.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Международным и межрегиональным характером преступной деятельности. Преступное сообщество (преступная организация) действовало на территории Украины, где происходила вербовка участников структурного подразделения (звена) «закладчиков», и Российской Федерации, где непосредственно совершались особо тяжкие преступления, связанные с незаконным оборотом наркотических средств. При этом в Российской Федерации задействовались территории различных субъектов федерации, в том числе г. Липецк, г. Рязань, г. Москва и Московская область, где непосредственно совершались преступления. Деятельность преступного сообщества (преступной организации), в состав которого входили ФИО2, лица №1-14, уголовное дело в отношении которых выделено в отдельное производство, а также иные неустановленные следствием лица, представляла реальную угрозу общественной безопасности Российской Федерации, поскольку осуществляемый ими систематический незаконный сбыт наркотических средств подрывал жизненно важные интересы общества – здоровье населения и общественную нравственность, а также нарушал установленный государством порядок обращения наркотических средств, представляющих повышенную опасность для людей.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Единством цели создания и функционирования преступного сообщества (преступной организации). Преступное сообщество (преступная организация) изначально было создано неустановленными лицами, а остальные члены, в том числе ФИО2, лица №1-14 вошли в него исключительно в целях увеличения оборота наркотического средства посредством совместной его реализации, путем совершения особо тяжких преступлений, с систематическим извлечением из этого денежной выгоды. В связи с чем, сознание и воля каждого члена преступного сообщества охватывали обстоятельства, относящиеся не только к собственному преступному деянию, но и к деяниям других членов преступного сообщества (организации).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Устойчивостью и сплоченностью. Преступному сообществу (преступной организации), возглавляемому неустановленными следствием лицами, было присуще постоянство форм и методов преступной деятельности, связанной с распространением (реализацией, сбытом) наркотических средств. Несмотря на отсутствие непосредственного (визуального) общения между участниками, совершение ими преступлений было возможным исключительно из-за их сплоченности и согласованности их действий. Достижение единой цели создания и функционирования преступного сообщества (преступной организации) усиливало постоянство их связей между собой. При совершении преступлений, каждый из участников преступного сообщества (преступной организации), в соответствии с отведенной ему преступной ролью, выполнял действия, являющиеся необходимым условием достижения общего преступного результата – незаконного обогащения от незаконного оборота наркотических средств.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Материально-технической оснащенностью. Для осуществления совместной преступной деятельности, связанной с незаконным сбытом наркотических средств, члены преступного сообщества (организации) из числа участников структурированного подразделения (звена) «закладчиков», снабжались организаторами и руководителями преступного сообщества (организации) средствами связи, универсальными электронными ключами домофонов от входных дверей в подъезды многоквартирных домов, проездными билетами на международный транспорт, денежными средствами для аренды жилых помещений, транспортных расходов, а также приобретения весов, упаковочных материалов для наркотических средств.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Специализацией преступной деятельности. Участниками преступного сообщества (организации) осуществлялся незаконный сбыт исключительно производных наркотических средств: метиловый эфир &lt;данные изъяты&gt;</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Организованным распределением доходов, полученных от преступной деятельности. Организаторы и руководители преступного сообщества (преступной организации) определили схемы движения денежных средств и разработали систему вознаграждения всех участников преступного сообщества (преступной организации), часть из которых затрачивали на функционирование преступного сообщества (преступной организации) и увеличение объема продаж наркотических средств, а именно: приобретение очередной партии наркотических средств для дальнейшей реализации участниками преступного сообщества (преступной организации), приобретение средств мобильной связи для нужд преступного сообщества (преступной организации), а также упаковочных материалов и весов для расфасовки наркотических средств на разовые дозы, предназначенные для незаконного сбыта, оплату аренды жилых помещений, которые нанимали участники преступного сообщества (организации), оплаты транспортных расходов. Система вознаграждения участников преступного сообщества (преступной организации) из числа участников структурированного подразделения (звена) «закладчиков» заключалась в еженедельной оплате их преступной деятельности в размере от 25000 до 35000 рублей, при этом максимальный заработок зависел от количества сделанных ими тайников (закладок) наркотических средств, чем не только оплачивалась их деятельность, но и стимулировало их к увеличению объемов продаж наркотических средств. Кроме того, обязательным условием получения таким образом заработка от незаконного сбыта наркотических средств являлось наличие банковской карты для осуществления безналичного перевода денежных средств. В период с 05 октября 2015 года по 18 декабря 2015 года, организаторами и руководителями, а также участниками данного преступного сообщества (организации), совершены особо тяжкие преступления, связанные с незаконным сбытом наркотических средств гражданам: ФИО3, ФИО4, ФИО5, ФИО6, ФИО7, ФИО8, ФИО9, ФИО10, ФИО11, ФИО12, ФИО13, ФИО14, ФИО15, ФИО16, ФИО17 В период с 05 октября 2015 года по 18 декабря 2015 года, организаторами и руководителями, а также участниками данного преступного сообщества (организации), на территории г. Липецка и г. Рязани, совершено 15 особо тяжких преступлений, связанных с незаконным сбытом наркотических средств, а именно: ФИО2, в период с 18 часов 34 минут 17 октября 2015 года до 16 часов 15 минут 21 октября 2015 года, совместно с лицом №1, неустановленными лицами, пользующимися никами «shelby», «shelby77», «ryan vellopoto», «RayanPrototipe», «afrodita@xmpp.jp», «Моряк», «Yana &amp; Vika Loft» и «@lippaLOFT», а также неустановленными организаторами и руководителями преступного сообщества (преступной организации), осуществил на территории г. Липецка покушение на незаконный сбыт наркотического средства - смеси общей массой 414,9 грамма, содержащей метил-3,3-диметил-2-(1-(циклогексилметил)-1Н-индазол-3-карбоксамидо)бутаноат, которое является производным наркотического средства метиловый эфир 3-метил-2-(1-пентил-1H-индазол-3-карбоксамидо)бутановой кислоты, и наркотического средства - смеси общей массой 9,68 грамма, содержащей ?-пирролидиновалерофенон, которое является производным наркотического средства N-метилэфедрон. В период с 21 часа 58 минут 26 октября 2015 года до 22 часов 40 минут 04 ноября 2015 года, лицо №2 совместно с лицом №1, неустановленными лицами, пользующимися никами «shelby», «shelby77», «ryan vellopoto», «RayanPrototipe», «afrodita@xmpp.jp», «Моряк», «Yana &amp; Vika Loft» и «@lippaLOFT», а также неустановленными организаторами и руководителями преступного сообщества (преступной организации), осуществил на территории г. Липецка покушение на незаконный сбыт наркотического средства - смеси общей массой 110,5 грамма, содержащей метил-3,3-диметил-2-(1-(циклогексилметил)-1Н-индазол-3-карбоксамидо)бутаноат, которое является производным наркотического средства метиловый эфир 3-метил-2-(1-пентил-1H-индазол-3-карбоксамидо)бутановой кислоты, и наркотического средства - смеси общей массой 53,98 грамма, содержащей ?-пирролидиновалерофенон, которое является производным наркотического средства N-метилэфедрон. В период с 09 часов 00 минут 06 октября 2015 года до 21 часа 40 минут 05 ноября 2015 года, лицо №1 совместно с ФИО2, лицом №2, неустановленными лицами, пользующимися никами «shelby», «shelby77», «ryan vellopoto», «RayanPrototipe», «afrodita@xmpp.jp», «Моряк», «Yana &amp; Vika Loft» и «@lippaLOFT», а также неустановленными организаторами и руководителями преступного сообщества (преступной организации), осуществил на территории г. Липецка покушение на незаконный сбыт наркотического средства - смеси общей массой 796,6 грамма, содержащей метил-3,3-диметил-2-(1-(циклогексилметил)-1Н-индазол-3-карбоксамидо) бутаноат, которое является производным наркотического средства метиловый эфир 3-метил-2-(1-пентил-1H-индазол-3-карбоксамидо)бутановой кислоты, и наркотического средства - смеси общей массой 307,76 грамма, содержащей ?-пирролидиновалерофенон, которое является производным наркотического средства N-метилэфедрон. В период с 10 часов 58 минут 09 ноября 2015 года до 23 часов 55 минут 16 ноября 2015 года, лицо №3 совместно с лицами №4, 5, 6, неустановленными лицами, пользующимися никами «shelby», «shelby77», «ryan vellopoto», «RayanPrototipe», «afrodita@xmpp.jp», «Yana &amp; Vika Loft» и «@lippaLOFT», а также неустановленными организаторами и руководителями преступного сообщества (преступной организации), осуществил на территории г. Липецка покушение на незаконный сбыт наркотического средства - смеси общей массой 1214,5 грамма, содержащей метил-3,3-диметил-2-(1-(циклогексилметил)-1Н-индазол-3-карбоксамидо)бутаноат, которое является производным наркотического средства метиловый эфир 3-метил-2-(1-пентил-1H-индазол-3-карбоксамидо)бутановой кислоты, и наркотического средства - смеси общей массой 493,08 грамма, содержащей ?-пирролидиновалерофенон, которое является производным наркотического средства N-метилэфедрон. В период с 13 часов 46 минут 11 ноября 2015 года до 00 часов 39 минут 18 ноября 2015 года, лицо №4 совместно с лицами №3, 5, 6, неустановленными лицами, пользующимися никами «shelby», «shelby77», «ryan vellopoto», «RayanPrototipe», «afrodita@xmpp.jp», «Yana &amp; Vika Loft» и «@lippaLOFT», а также неустановленными организаторами и руководителями преступного сообщества (преступной организации), осуществил на территории г. Липецка покушение на незаконный сбыт наркотического средства - смеси общей массой 686,2 грамма, содержащей метил-3,3-диметил-2-(1-(циклогексилметил)-1Н-индазол-3-карбоксамидо) бутаноат, которое является производным наркотического средства метиловый эфир 3-метил-2-(1-пентил-1H-индазол-3-карбоксамидо)бутановой кислоты, и наркотического средства - смеси общей массой 240,14 грамма, содержащей ?-пирролидиновалерофенон, которое является производным наркотического средства N-метилэфедрон. В период с 16 часов 40 минут 13 ноября 2015 года до 04 часов 17 минут 21 ноября 2015 года, лица №5 и № 6совместно с лицами №3, №4, неустановленными лицами, пользующимися никами «shelby», «shelby77», «ryan vellopoto», «RayanPrototipe», «afrodita@xmpp.jp», «Yana &amp; Vika Loft» и «@lippaLOFT», а также неустановленными организаторами и руководителями преступного сообщества (преступной организации), осуществили на территории г. Липецка покушение на незаконный сбыт наркотического средства - смеси общей массой 358,5 грамма, содержащей метил-3,3-диметил-2-(1-(циклогексилметил)-1Н-индазол-3-карбоксамидо) бутаноат, которое является производным наркотического средства метиловый эфир 3-метил-2-(1-пентил-1H-индазол-3-карбоксамидо)бутановой кислоты, и наркотического средства - смеси общей массой 94,18 грамма, содержащей ?-пирролидиновалерофенон, которое является производным наркотического средства N-метилэфедрон. В период с 14 часов 00 минут 21 ноября 2015 года до 01 часа 05 минут 22 ноября 2015 года, лицо №11 совместно с неустановленными лицами, пользующимися никами «shelby», «shelby77», «ryan vellopoto», «RayanPrototipe», «afrodita@xmpp.jp», «Yana &amp; Vika Loft» и «@lippaLOFT», а также неустановленными организаторами и руководителями преступного сообщества (преступной организации), осуществил на территории г. Липецка Липецкой области покушение на незаконный сбыт наркотического средства - смеси общей массой 13,74 грамма, содержащей N-(1-карбамоил-2-метилпропил)-1-(циклогексилметил)-1Н-индазол-3-карбоксамид, которое является производным наркотического средства N-(1-карбамоил-2-метилпропил)-1-пентил-1Н-индазол-3-карбоксамид. 23 ноября 2015 года неустановленные лица, пользующиеся никами «shelby», «shelby77», «ryan vellopoto», «RayanPrototipe», а также неустановленные организаторы и руководители преступного сообщества (преступной организации), осуществили покушение на незаконный сбыт наркотического средства - смеси общей массой 998,4 грамма, содержащей метил-3,3-диметил-2-(1-(циклогексилметил)-1Н-индазол-3-карбоксамидо) бутаноат, которое является производным наркотического средства метиловый эфир 3-метил-2-(1-пентил-1H-индазол-3-карбоксамидо)бутановой кислоты, и наркотического средства - смеси общей массой 501,2 грамма, содержащей ?-пирролидиновалерофенон, которое является производным наркотического средства N-метилэфедрон, которые были обнаружены и изъяты 23 ноября 2015 года, в период с 14 часов 20 минут до 14 часов 40 минут, в ходе проведения оперативно-розыскных мероприятий в районе дома № 18 строение № 5 по улице Сельскохозяйственная г. Москвы. 24 ноября 2015 года неустановленные лица, пользующиеся никами «shelby», «shelby77», «ryan vellopoto», «RayanPrototipe», а также неустановленные организаторы и руководители преступного сообщества (преступной организации), осуществили покушение на незаконный сбыт наркотического средства - смеси общей массой 498,3 грамма, содержащей метил-3,3-диметил-2-(1-(циклогексилметил)-1Н-индазол-3-карбоксамидо) бутаноат, которое является производным наркотического средства метиловый эфир 3-метил-2-(1-пентил-1H-индазол-3-карбоксамидо)бутановой кислоты, и наркотического средства - смеси общей массой 501,0 грамма, содержащей ?-пирролидиновалерофенон, которое является производным наркотического средства N-метилэфедрон, которые были обнаружены и изъяты 24 ноября 2015 года в период с 21 часа 45 минут до 22 часов 32 минут в ходе проведения оперативно-розыскных мероприятий в районе дома № 45 корпус № 2 по Анадырскому проезду г. Москвы. В период с 18 часов 00 минут 29 ноября 2015 года до 17 часов 00 минут 04 декабря 2015 года, лица №7 и №8 совместно с лицами №9, №10, неустановленными лицами, пользующимися никами «shelby», «shelby77», «ryan vellopoto», «RayanPrototipe», «afrodita@xmpp.jp», «Yana &amp; Vika Loft» и «@lippaLOFT», а также неустановленными организаторами и руководителями преступного сообщества (преступной организации), осуществили на территории г. Липецка покушение на незаконный сбыт наркотического средства - смеси общей массой 164,39 грамма, содержащей метил-3,3-диметил-2-(1-(циклогексилметил)-1Н-индазол-3-карбоксамидо)бутаноат, которое является производным наркотического средства метиловый эфир 3-метил-2-(1-пентил-1H-индазол-3-карбоксамидо)бутановой кислоты, наркотического средства - смеси общей массой 299,44 грамма, содержащей ?-пирролидиновалерофенон, которое является производным наркотического средства N-метилэфедрон, и наркотического средства - смеси общей массой 1,00 грамма, содержащей N-(1-карбамоил-2-метилпропил)-1-(циклогексилметил)-1Н-индазол-3-карбоксамид, производное наркотического средства N-(1-карбамоил-2-метилпропил)-1-пентил-1Н-индазол-3-карбоксамида. В период с 13 часов 04 минут 03 декабря 2015 года до 23 часов 50 минут 06 декабря 2015 года, лица №9, №10 совместно с лицами №7 и №8, неустановленными лицами, пользующимися никами «shelby», «shelby77», «ryan vellopoto», «RayanPrototipe», «afrodita@xmpp.jp», «Yana &amp; Vika Loft» и «@lippaLOFT», а также неустановленными организаторами и руководителями преступного сообщества (преступной организации), осуществили на территории г. Липецка покушение на незаконный сбыт наркотического средства - смеси общей массой 14,27 грамма, содержащей метил-3,3-диметил-2-(1-(циклогексилметил)-1Н-индазол-3-карбоксамидо)бутаноат, которое является производным наркотического средства метиловый эфир 3-метил-2-(1-пентил-1H-индазол-3-карбоксамидо)бутановой кислоты. В период с 03 декабря 2015 года до 22 часов 05 минут 10 декабря 2015 года, лицо №12 совместно с неустановленными лицами, пользующимися никами «shelby», «shelby77», «ryan vellopoto», «RayanPrototipe», «afrodita@xmpp.jp», «Yana &amp; Vika Loft» и «@lippaLOFT», а также неустановленными организаторами и руководителями преступного сообщества (преступной организации), осуществил на территории г. Липецка покушение на незаконный сбыт наркотического средства - смеси общей массой 123,59 грамма, содержащей метил-3,3-диметил-2-(1-(циклогексилметил)-1Н-индазол-3-карбоксамидо)бутаноат, которое является производным наркотического средства метиловый эфир 3-метил-2-(1-пентил-1H-индазол-3-карбоксамидо)бутановой кислоты, и наркотического средства - смеси общей массой 211,32 грамма, содержащей ?-пирролидиновалерофенон, которое является производным наркотического средства N-метилэфедрон. 12 декабря 2015 года неустановленные лица, пользующиеся никами «shelby», «shelby77», «ryan vellopoto», «RayanPrototipe», «afrodita@xmpp.jp», а также неустановленные организаторы и руководители преступного сообщества (преступной организации), осуществили покушение на незаконный сбыт наркотического средства - смеси общей массой 17,2 грамма, содержащей метил-3,3-диметил-2-(1-(циклогексилметил)-1Н-индазол-3-карбоксамидо)бутаноат, которое является производным наркотического средства метиловый эфир 3-метил-2-(1-пентил-1H-индазол-3-карбоксамидо)бутановой кислоты, и наркотического средства - смеси общей массой 7,95 грамма, содержащей ?-пирролидиновалерофенон, которое является производным наркотического средства N-метилэфедрон, которые были обнаружены и изъяты 12 декабря 2015 года в период с 21 часа 45 минут до 22 часов 20 минут в ходе проведения оперативно-розыскных мероприятий на лестничной площадке этажа № 8 подъезда № 5 дома № 31 «Б» по улице Папина г. Липецка. 13 декабря 2015 года неустановленные лица пользующиеся никами «shelby», «shelby77», «ryan vellopoto», «RayanPrototipe», «afrodita@xmpp.jp», а также неустановленные организаторы и руководители преступного сообщества (преступной организации), осуществили покушение на незаконный сбыт наркотического средства - смеси общей массой 101,6 грамма, содержащей метил-3,3-диметил-2-(1-(циклогексилметил)-1Н-индазол-3-карбоксамидо)бутаноат, которое является производным наркотического средства метиловый эфир 3-метил-2-(1-пентил-1H-индазол-3-карбоксамидо)бутановой кислоты, и наркотического средства - смеси общей массой 107,6 грамма, содержащей ?-пирролидиновалерофенон, которое является производным наркотического средства N-метилэфедрон, которые были обнаружены и изъяты 13 декабря 2015 года в период с 19 часов 40 минут до 20 часов 09 минут в ходе проведения оперативно-розыскных мероприятий у подъезда № 2 дома № 39 по улице Папина г. Липецка. В период с 09 часов 28 минут 15 декабря 2015 года до 22 часов 45 минут 19 декабря 2015 года, лица № 13 и №14 совместно с неустановленными лицами, пользующимися никами «shelby», «shelby77», «ryan vellopoto», «RayanPrototipe», «fuck_the_police@xmpp.jp», «@mbrbot», а также неустановленными организаторами и руководителями преступного сообщества (преступной организации), осуществили на территории г. Рязани Рязанской области покушение на незаконный сбыт наркотического средства - смеси общей массой 852,7 грамма, содержащей метил-2-[1-(циклогексилметил)-1Н-индазол-3-карбоксамидо]-3,3-диметилбутаноат, которое является производным наркотического средства метиловый эфир 3-метил-2-(1-пентил-1H-индазол-3-карбоксамидо)бутановой кислоты, и наркотического средства - смеси общей массой 687,51 грамма, содержащей &lt;данные изъяты&gt; Указанная незаконная деятельность преступного сообщества (организации), с участием ФИО2 и лиц №1-14, продолжалась длительное время - с 01 августа 2015 года по 20 декабря 2015 года, то есть до момента, когда была пресечена преступная деятельность последних и все наркотические средства были изъяты из незаконного оборота. ФИО2 в составе организованной группы, признаки которой, структурное разделение и распределение обязанностей указаны выше, с использованием информационно-телекоммуникационных сетей (включая сеть «Интернет»), совершил покушение на незаконный сбыт наркотических средств в крупном размере при следующих обстоятельствах. Лицо №1, уголовное дело в отношении которого выделено в отдельное производство, имея умысел на незаконный сбыт наркотических средств с использованием информационно-телекоммуникационных сетей (включая сеть «Интернет»), структурированной организованной группой, в особо крупном размере, действуя по указанию неустановленного лица – «куратора», пользующегося ником «shelby» в программе персональной связи в сети «Интернет» «CoverMe», в период примерно с 09 часов 00 минут 06 октября 2015 года до 18 часов 00 минут 12 октября 2015 года, более точное время в ходе следствия не установлено, обнаружил и забрал из тайников, находящихся в районе строения 16 по улице Филипченко г. Липецка и в районе дома № 2 «Б» по улице Гранитная г. Липецка, закладки с наркотическими средствами – смесью, общей массой не менее 796,6 грамма, содержащей метил-3,3-диметил-2-(1-(циклогексилметил)-1Н-индазол-3-карбоксамидо) бутаноат, которое является производным наркотического средства метиловый эфир 3-метил-2-(1-пентил-1H-индазол-3-карбоксамидо)бутановой кислоты, а также с наркотическим средством - смесью общей массой не менее 307,76 грамма, содержащей ?-пирролидиновалерофенон, которое является производным наркотического средства N-метилэфедрон, которые он незаконно хранил при себе и в помещении &lt;...&gt; до момента передачи части наркотических средств ФИО2 и лицу №2, уголовное дело в отношении которого выделено в отдельное производство, в целях совместного незаконного сбыта в составе организованной структурированной группы, о чем сообщил неустановленному лицу – «оператору», пользующемуся ником «afrodita@xmpp.jp» в программе персональной связи в сети «Интернет» «CoverMe». Лицо №1, действуя по указанию неустановленного лица – «оператора», пользующегося ником «afrodita@xmpp.jp», с целью передачи части указанных наркотических средств ФИО2, в период с 16 часов 14 минут 17 октября 2015 года до 19 часов 06 минут 18 октября 2015 года, разместил (создал) на участках местности, находящихся в районе дома № 2 «Б» по улице Прокатная г. Липецка, в районе дома № 16 по улице Адмирала ФИО18 г. Липецка, в районе дома № 16 «А» по улице Стаханова г. Липецка, закладки с наркотическим средством – смесью, общей массой не менее 414,9 грамма, содержащей метил-3,3-диметил-2-(1-(циклогексилметил)-1Н-индазол-3-карбоксамидо)бутаноат, которое является производным наркотического средства метиловый эфир 3-метил-2-(1-пентил-1H-индазол-3-карбоксамидо)бутановой кислоты, и наркотическим средством – смесью, общей массой не менее 9,68 грамма, содержащей ?-пирролидиновалерофенон, которое является производным наркотического средства N-метилэфедрон, о чем сообщил неустановленному лицу – «оператору», пользующемуся ником «afrodita@xmpp.jp» в сети «Интернет» в программе персональной связи «CoverMe». В период с 16 часов 14 минут 17 октября 2015 года до 19 часов 06 минут 18 октября 2015 года ФИО2 получил посредством переписки в сети «Интернет» в программе персональной связи «CoverMe» указания от неустановленного лица – «оператора», пользующегося ником «afrodita@xmpp.jp», о местах нахождения и необходимости забрать размещенные лицом №1 закладки с наркотическим средством – смесью, общей массой не менее 414,9 грамма, содержащей метил-3,3-диметил-2-(1-(циклогексилметил)-1Н-индазол-3-карбоксамидо)бутаноат, которое является производным наркотического средства метиловый &lt;данные изъяты&gt; ФИО2, реализуя преступный умысел, направленный на незаконный сбыт наркотических средств с использованием информационно-телекоммуникационных сетей (включая сеть «Интернет»), структурированной организованной группой, в крупном размере, действуя по указанию неустановленного лица – «оператора», пользующегося ником «afrodita@xmpp.jp», в период с 18 часов 34 минут 17 октября 2015 года до 11 часов 04 минут 19 октября 2015 года, на участках местности, находящихся в районе дома № 2 «Б» по улице Прокатная г. Липецка, в районе дома № 16 «А» по улице Стаханова г. Липецка, в районе дома № 16 по улице Адмирала ФИО18 г. Липецка, обнаружил и забрал из тайников размещенные (созданные) лицом №1 закладки с наркотическими средствами – смесью общей массой 414,9 грамма, содержащей &lt;данные изъяты&gt;, и смесью общей массой 9,68 грамма, содержащей &lt;данные изъяты&gt;, которое является производным наркотического средства N-метилэфедрон, которые ФИО2 незаконно хранил при себе и в помещении &lt;...&gt; примерно до 14 часов 20 минут 20 октября 2015 года, с целью последующего совместного незаконного сбыта в составе структурированной организованной группы. 14 октября 2015 года примерно в 20 часов 54 минуты ФИО2 получил посредством переписки в сети «Интернет» от неустановленного лица – «оператора», пользующегося ником «afrodita@xmpp.jp», указание о необходимости размещения закладок с наркотическими средствами - смесью, содержащей ?-пирролидиновалерофенон, которое является производным наркотического средства N-метилэфедрон, и смесью, содержащей &lt;данные изъяты&gt;, на территории г. Липецка с целью последующего совместного незаконного сбыта в составе структурированной организованной группы. 20 октября 2015 года в период времени с 14 часов 10 минут до 14 часов 20 минут ФИО2, имея умысел на незаконный сбыт наркотических средств с использованием информационно-телекоммуникационных сетей (включая сеть «Интернет»), в значительном размере, организованной группой, действия по указанию неустановленного лица – «оператора», пользующегося ником «afrodita@xmpp.jp», разместил закладку с наркотическим средством - смесью, массой 0,48 грамма, содержащей ?-пирролидиновалерофенон, которое является производным наркотического средства N-метилэфедрон, под кольцом мусоропровода между вторым и третьим этажами в подъезде № 3 дома № 49 по улице Неделина г. Липецка, о чем в вышеуказанный период времени им было сообщено посредством переписки в сети «Интернет» неустановленному лицу – «оператору», пользующемуся ником «afrodita@xmpp.jp», которое, в свою очередь, указанную информацию о месте закладки и количестве в ней наркотического средства в период с 14 часов 20 минут 20 октября 2015 года до 14 часов 06 минут 22 октября 2015 года, сообщило неустановленному лицу – «оператору интернет-магазина», зарегистрированному в программе персональной связи в сети «Интернет» «Telegram» под никами «Yana &amp; Vika Loft», «@lippaLOFT». 22 октября 2015 года, в период с 12 часов 30 минут до 14 часов 06 минут, ФИО7, используя средство мобильной связи, посредством переписки в сети «Интернет» с неустановленным лицом – «оператором интернет-магазина», зарегистрированным в программе персональной связи в сети «Интернет» «Telegram» под никами «Yana &amp; Vika Loft», «@lippaLOFT», заказал для личного употребления наркотическое средство – смесь общей массой 0,48 грамма, содержащую ?-пирролидиновалерофенон, которое является производным наркотического средства N-метилэфедрон, и в указанный период времени оплатил его стоимость в сумме 1250 рублей посредством перечисления указанных денежных средств на номер «Киви-кошелька» № +79506281581 платежной системы «Qiwi». После поступления денежных средств в качестве оплаты за указанное наркотическое средство, неустановленное лицо – «оператор интернет-магазина», зарегистрированное в программе персональной связи в сети «Интернет» «Telegram» под никами «Yana &amp; Vika Loft» и «@lippaLOFT», 22 октября 2015 года, примерно в 14 часов 06 минут, посредством переписки в сети «Интернет» сообщило ФИО7 о месте нахождения закладки с наркотическим средством – смесью обшей массой 0,48 грамма, содержащей ?-пирролидиновалерофенон, которое является производным наркотического средства N-метилэфедрон. 22 октября 2015 года, в период с 14 часов 06 минут до 15 часов 00 минут, ФИО7 обнаружил и забрал под кольцом мусоропровода между вторым и третьим этажами в подъезде № 3 дома № 49 по улице Неделина г. Липецка закладку с наркотическим средством – смесью общей массой 0,48 грамма, содержащей ?-пирролидиновалерофенон, которое является производным наркотического средства N-метилэфедрон. 22 октября 2015 года примерно в 15 часов 00 минут у дома № 49 по улице Неделина г. Липецка ФИО7 был задержан сотрудниками Управления ФСКН России по Липецкой области по подозрению в совершении административных правонарушений, предусмотренных ч. 1 ст. 6.8 и ч. 1 ст. 6.9 КоАП РФ, и доставлен в здание Управления ФСКН России по Липецкой области, расположенное по адресу: &lt;...&gt;, где в период с 15 часов 50 минут до 16 часов 20 минут, в ходе проведения личного досмотра ФИО7, в левом наружном кармане надетой на нем куртки, вышеуказанное наркотическое средство было обнаружено и изъято. Поэтому свой совместный преступный умысел, направленный на незаконный сбыт ФИО7 вышеуказанного наркотического средства с использованием информационно-телекоммуникационных сетей (включая сеть «Интернет»), структурированной организованной группой, в значительном размере, ФИО2, лицо №1, неустановленное лицо – «оператор», пользующееся никами «afrodita@xmpp.jp» и «Моряк», неустановленное лицо - «оператор интернет-магазина», пользующееся никами «Yana &amp; Vika Loft» и «@lippaLOFT», неустановленные лица – «кураторы», пользующиеся никами «shelby», «shelby77», «ryan vellopoto» и «RayanPrototipe», а также неустановленные организаторы и руководители преступного сообщества (преступной организации), не довели до конца по не зависящим от них обстоятельствам, так как ФИО7 был задержан сотрудниками полиции и вышеуказанное наркотическое средство было изъято из незаконного оборота. Оставшиеся наркотические средства – смесь общей массой 414,9 грамма, содержащую метил-3,3-диметил-2-(1-(циклогексилметил)-1Н-индазол-3-карбоксамидо) бутаноат, которое является производным наркотического средства метиловый эфир 3-метил-2-(1-пентил-1H-индазол-3-карбоксамидо)бутановой кислоты, и смесь общей массой 9,2 грамма, содержащую ?-пирролидиновалерофенон, которое является производным наркотического средства N-метилэфедрон, ФИО2 незаконно хранил в помещении &lt;...&gt; примерно до 16 часов 15 минут 21 октября 2015 года, с целью последующего совместного незаконного сбыта в составе структурированной организованной группы. Однако, свой совместный преступный умысел, направленный на незаконный сбыт наркотических средств с использованием информационно-телекоммуникационных сетей (включая сеть «Интернет»), структурированной организованной группой, в крупном размере, ФИО2, лицо №1, неустановленное лицо – «оператор», пользующееся никами «afrodita@xmpp.jp» и «Моряк», неустановленное лицо - «оператор интернет-магазина», пользующееся никами «Yana &amp; Vika Loft» и «@lippaLOFT», неустановленные лица – «кураторы», пользующиеся никами «shelby», «shelby77», «ryan vellopoto» и «RayanPrototipe», а также неустановленные организаторы и руководители преступного сообщества (преступной организации), не довели до конца по не зависящим от них обстоятельствам, так как 21 октября 2015 года преступная деятельность ФИО2 в преступном сообществе (преступной организации) была пресечена и вышеуказанные наркотические средства были изъяты из незаконного оборота. 21 октября 2015 года в 10 часов 30 минут у дома № 33 корпус 2 по улице Циолковского г. Липецка ФИО2 был задержан сотрудниками Управления ФСКН России по Липецкой области по подозрению в совершении административных правонарушений, предусмотренных ч. 2 ст. 6.8 и ч. 2 ст. 6.9 КоАП РФ. 21 октября 2015 года, в период с 13 часов 45 минут до 16 часов 15 минут, в ходе осмотра &lt;...&gt; сотрудниками Управления ФСКН России по Липецкой области были обнаружены и изъяты наркотические средства – смесь общей массой 414,9 грамма, содержащая метил-3,3-диметил-2-(1-(циклогексилметил)-1Н-индазол-3-карбоксамидо)бутаноат, которое является производным наркотического средства метиловый эфир 3-метил-2-(1-пентил-1H-индазол-3-карбоксамидо)бутановой кислоты, и смесь общей массой 9,2 грамма, содержащая ?-пирролидиновалерофенон, которое является производным наркотического средства N-метилэфедрон, которые ФИО2 незаконно хранил с целью последующего совместного незаконного сбыта в составе структурированной организованной группы. Метиловый эфир 3-метил-2-(1-пентил-1Н-индазол-3-карбоксамидо) бутановой кислоты и его производные, а также все смеси, в состав которых входят метиловый эфир 3-метил-2-(1-пентил-1Н-индазол-3-карбоксамидо) бутановой кислоты и его производные, в соответствии с «Перечнем наркотических средств, психотропных веществ и их прекурсоров, подлежащих контролю в Российской Федерации», утвержденным постановлением Правительства Российской Федерации № 681 от 30 июня 1998 года (с последующими изменениями и дополнениями), являются наркотическими средствами. Данный размер наркотического средства - смеси общей массой 414,9 грамма, содержащей &lt;данные изъяты&gt;, в соответствии с постановлением Правительства Российской Федерации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(с последующими изменениями и дополнениями), является крупным. N-метилэфедрон и его производные, а также все смеси, в состав которых входят N-метилэфедрон и его производные, в соответствии с «Перечнем наркотических средств, психотропных веществ и их прекурсоров, подлежащих контролю в Российской Федерации», утвержденным постановлением Правительства Российской Федерации № 681 от 30 июня 1998 года (с последующими изменениями и дополнениями), являются наркотическими средствами. Данный размер наркотического средства - смеси общей массой 9,68 грамма, содержащей &lt;данные изъяты&gt;, в соответствии с постановлением Правительства Российской Федерации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(с последующими изменениями и дополнениями), является крупным. Подсудимый ФИО2 вину в совершении преступлений признал полностью, заявил о согласии с предъявленным обвинением и поддержал ранее заявленное на предварительном следствии ходатайство о постановлении в отношении него приговора без проведения судебного разбирательства по делу, по правилам, предусмотренным главой 40.1 УПК РФ, в связи с заключением досудебного соглашения о сотрудничестве. Указал, что осознает характер и последствия заявленного им ходатайства, досудебное соглашение о сотрудничестве было заключено добровольно и при участии защитника, последствия постановления приговора в особом порядке ему разъяснены и понятны. Защитник Иштунов Г.И. поддержал заявленное подсудимым ходатайство о рассмотрении уголовного дела в особом порядке, предусмотренном при заключении досудебного соглашения о сотрудничестве главой 40.1 УПК РФ, пояснив, что данное ходатайство ФИО2 заявлено добровольно. Государственный обвинитель поддержала представление об особом порядке проведения судебного заседания и вынесении судебного решения при заключении досудебного соглашения о сотрудничестве в соответствии с главой 40.1 УПК РФ, подтвердила активное содействие подсудимого следствию в раскрытии и расследовании преступлений, изобличении и уголовном преследовании других соучастников преступления, указав, что обвиняемым соблюдены все условия досудебного соглашения о сотрудничестве, он дал признательные показания о своей преступной деятельности и о деятельности других лиц, с которыми он действовал совместно, принял участие в проведении оперативно-розыскных мероприятий и следственных действиях, направленных на изобличение других участников преступного сообщества, изъятие из незаконного оборота наркотических средств. Учитывая, что обвинение, с которым согласился ФИО2, обоснованно, подтверждается доказательствами, собранными по уголовному делу, ФИО2 выполнены все условия и обязательства досудебного соглашения о сотрудничестве, дополнительного соглашения о сотрудничестве, заключенных с ним, подсудимый активно способствовал раскрытию и расследованию преступлений, в том числе и в отношении других лиц, дал признательные показания о своей преступной деятельности и о деятельности соучастников преступного сообщества, что повлекло выявление и пресечение преступной деятельности других лиц, возбуждение в отношении данных лиц уголовных дел, изъятие из незаконного оборота большого количества наркотических средств, суд считает, что условия для рассмотрения дела в особом порядке проведения судебного заседания и вынесения судебного решения при заключении досудебного соглашения о сотрудничестве, предусмотренные главой 40.1 УПК РФ, соблюдены, поэтому полагает возможным постановить приговор в отношении подсудимого в соответствии со ст. 317.7 УПК РФ . Суд квалифицирует действия ФИО2 по: ч. 2 ст. 210 УК РФ - как участие в преступном сообществе (преступной организации); ч.3 ст. , п.п. «а», «г» ч.4 ст. 228.1 УК РФ , как покушение на незаконный сбыт наркотических средств, совершенный с использованием информационно - телекоммуникационных сетей (включая сеть «Интернет»), организованной группой, в крупном размере. При назначении наказания суд учитывает характер и степень общественной опасности совершенного преступления, личность виновного, обстоятельства, смягчающие наказание, влияние назначаемого наказания на исправление осужденного и на условия жизни его семьи. ФИО2 совершено умышленное преступление, отнесенное к категории особо тяжких, связанное с незаконным оборотом наркотических средств и тяжкое преступление. Смягчающими обстоятельствами суд признает по обоим преступлениям: признание вины подсудимым, раскаяние в содеянном, активное способствование раскрытию и расследованию преступлений, изобличению и уголовному преследованию других соучастников преступления, состояние здоровья подсудимого, положительные характеристики. ФИО2 на учетах у нарколога и психиатра &lt;данные изъяты&gt; Как следует из заключения судебно-психиатрической комиссии экспертов № 1757/1-1421 от 12.11.2015года - &lt;данные изъяты&gt; В принудительных мерах медицинского характера не нуждается. По своему психическому состоянию может принимать участие в судебных заседаниях, самостоятельно осуществлять право на защиту (т.30 л.д.99-100). У суда нет оснований сомневаться в выводах экспертов, в связи с чем суд признает ФИО2 вменяемым. Отягчающих наказание обстоятельств не имеется. С учетом общественной опасности совершенных преступлений, личности виновного, а также других обстоятельств, влияющих на исправление ФИО2, суд приходит к выводу, что для обеспечения целей наказания подсудимому требуется назначить наказание в виде лишения свободы за каждое преступление, которое, как вид наказания, будет являться не только соразмерным содеянному, но и окажет в целях исправления наиболее эффективное воздействие на виновного. Оснований для назначения наказания с применением ст. 64 УК РФ , ст. 73 УК РФ , ч.4 ст. 62 УК РФ не имеется. При назначении наказания суд применяет правила ч.3 ст. 66 УК РФ , ч.2 ст. 62 УК РФ , ч.3 ст. 69 УК РФ . Оснований для изменения категории преступлений, в соответствии с ч.6 ст. 15 УК РФ , суд, с учетом фактических обстоятельств преступлений, не усматривает. При этом, учитывая корыстную составляющую от незаконного оборота наркотических средств, суд полагает необходимым назначить подсудимому дополнительное наказание в виде штрафа по обоим преступлениям. Суд, с учетом данных о личности виновного, считает нецелесообразным применять к ФИО2 дополнительное наказание в виде лишения права занимать определенные должности и заниматься определенной деятельностью по преступлению, предусмотренному п.п. «а», «г» ч.4 ст. 228.1 УК РФ . Поскольку в соответствие с ч.6 ст. 53 УК РФ ограничение свободы не назначается иностранным гражданам, а ФИО2 является гражданином Украины, данный дополнительный вид наказания, предусмотренный санкцией ч.2 ст. 210 УК РФ в отношении ФИО2 применен быть не может. В соответствии с ч.3 и ч.4 ст. 69 УК РФ ФИО2 назначить наказание по совокупности преступлений, путем частичного сложения наказаний в виде лишения свободы и полного сложения дополнительных наказаний в виде штрафа. Наказание в виде лишения свободы ФИО2, в соответствии с п. «в» ч.1 ст. 58 УК РФ , надлежит отбывать в исправительной колонии строгого режима. В целях исполнения приговора по настоящему делу суд полагает необходимым оставить ФИО2 меру пресечения в виде заключения под стражу. Процессуальные издержки в виде оплаты труда адвоката, суд относит на счет федерального бюджета в соответствии со ст. 316 УПК РФ . На основании вышеизложенного, руководствуясь ст. 317.7 УПК РФ , суд П Р И Г О В О Р И Л : Признать ФИО2 виновным в совершении преступлений, предусмотренных ч.2 ст. 210 УК РФ и ч.3 ст. , п.п. «а», «г» ч.4 ст. 228.1 УК РФ и за каждое из них назначить наказание: по ч.2 ст. 210 УК РФ в виде лишения свободы на срок 04 года со штрафом в размере 100000 рублей; по ч.3 ст. , п.п. «а», «г» ч.4 ст. 228.1 УК РФ в виде лишения свободы на срок 06 лет 06 месяцев со штрафом в размере 150000 рублей. В соответствии с ч.3 и ч.4 ст. 69 УК РФ по совокупности преступлений, путем частичного сложения наказаний в виде лишения свободы и полного сложения дополнительных наказаний в виде штрафа, назначить наказание в виде лишения свободы на срок 07 лет 06 месяцев со штрафом в размере 250 000 рублей. Наказание в виде лишения свободы отбывать в исправительной колонии строгого режима. Наказание в виде штрафа исполнять самостоятельно. Меру пресечения до вступления приговора в законную силу оставить заключение под стражу. Срок наказания в виде лишения свободы исчислять с 21.08.2017 года. Зачесть в срок отбывания наказания в виде лишения свободы время содержания ФИО2 под стражей в период с 21.10.2015 года по 20.08.2017 года включительно. &lt;данные изъяты&gt; Приговор может быть обжалован в апелляционном порядке в судебную коллегию по уголовным делам Липецкого областного суда через Октябрьский районный суд города Липецка в течение 10 (десяти) суток со дня его провозглашения, а осужденным, в тот же срок со дня вручения ему копии приговора. В случае обжалования приговора, осужденный вправе ходатайствовать о своем участии при рассмотрении уголовного дела судом апелляционной инстанции. Председательствующий И.А. Тишакова Суд: Октябрьский районный суд г. Липецка (Липецкая область) (подробнее) Судьи дела: Тишакова И.А. (судья) (подробнее) Судебная практика по: Контрабанда Судебная практика по применению норм ст. 200.1, 200.2, 226.1, 229.1 УК РФ Преступное сообщество Судебная практика по применению нормы ст. 210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