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Судьи дела: Митусов Николай Алексеевич (судья) (подробнее) Последние документы по делу: Приговор от 19 февраля 2018 г. по делу № 1-13/2018 Постановление от 18 февраля 2018 г. по делу № 1-13/2018 Приговор от 14 февраля 2018 г. по делу № 1-13/2018 Приговор от 13 февраля 2018 г. по делу № 1-13/2018 Приговор от 11 февраля 2018 г. по делу № 1-13/2018 Приговор от 7 февраля 2018 г. по делу № 1-13/2018 Приговор от 7 февраля 2018 г. по делу № 1-13/2018 Приговор от 5 февраля 2018 г. по делу № 1-13/2018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