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ФИО2, являясь лицом, употребляющим наркотические средства, достоверно зная, об уголовной ответственности на территории Российской Федерации за незаконное приобретение и хранение наркотических средств, желая незаконно приобрести без цели сбыта наркотические средства для личного употребления, а также достоверно зная о способе незаконного приобретения наркотических средств с использованием интернет-ресурсов, действуя умышленно &lt;дата&gt; около 18 часов 00 минут, более точное время в ходе дознания не установлено, находясь вместе со своим знакомым ФИО1 (далее ФИО1) возле ТЦ «Перекресток», расположенного по адресу: &lt;адрес&gt;, с принадлежащего ему сотового телефона марки «SamsungS8+» вышел в информационно-телекоммуникационную сеть «Интернет», где с помощью программы «Telegram» вступил в переписку с пользователем «@REZUSSS_BOT», личность которого в ходе дознания не установлена. Реализуя свой преступный умысел, направленный на умышленное незаконное приобретение наркотических средств для личного употребления, в ходе указанной переписки ФИО2 сделал неустановленному в ходе дознания лицу заявку на незаконное приобретение без цели сбыта наркотического средства, после чего по указанию данного неустановленного лица, оставив ФИО1 на улице у ТЦ «Перекресток», не поставив его в известность о своих истинных преступных намерениях, через платежный терминал, расположенный в ТЦ «Перекресток», по адресу: &lt;адрес&gt;, &lt;дата&gt; около 18 часов 20 минут (более точное время в ходе дознания не установлено) ФИО2 произвел платеж за планируемое к приобретению наркотическое средство на № в сумме 1250 рублей, из которых: 1201 рубль 25 копеек за наркотическое средство; 48 рублей 75 копеек- комиссия за пользование платежной системой. Затем ФИО2 вышел в сеть «Интернет», перешел на свою страничку, куда от пользователя «@REZUSSS_BOT» пришло СМС - сообщение о месте нахождения «закладки» наркотического средства, а именно СМС - сообщение следующего содержания: «ФИО4 38, идешь влево по тропе, слева будет ёлка, около неё справа 0,5ск». В продолжение своего преступного умысла, направленного на умышленное незаконное приобретение наркотических средств для личного употребления, ФИО2 проследовал на неустановленной в ходе дознания автомашине «такси», совместно с ФИО1 к месту «закладки» с наркотическими средствами. &lt;дата&gt; около 18 часов 45 минут, более точное время в ходе дознания не установлено, ФИО2, действуя умышленно, ориентируясь по полученным от неустановленного в ходе дознания лица данным - текстовому сообщению о месте «закладки», под елкой, растущей возле &lt;адрес&gt;, обнаружил и поднял с земли, то есть незаконно приобрел для личного употребления без цели сбыта один пакетик из полимерного материала, в котором находилось вещество, являющееся смесью, массой 0,449 грамма, содержащей в своем составе _ &lt;дата&gt; около 18 часов 50 минут, более точное время в ходе дознания не установлено, в ходе проведения оперативно-розыскных мероприятий, направленных на установление лиц, причастных к незаконному обороту наркотических средств на территории &lt;адрес&gt;, сотрудниками ОКОН Отдела МВД России по &lt;адрес&gt;, рядом с &lt;адрес&gt; был задержан ФИО2, в ходе личного досмотра которого, &lt;дата&gt; в период времени с 19 часов 25 минут до 19 часов 45 минут, в присутствии понятых, сотрудниками полиции обнаружен и изъят в левом заднем кармане одетых на нем шорт полимерный пакетик с веществом. Согласно справке о результатах исследования №И от &lt;дата&gt;, представленное на исследование вещество в пакетике, является смесью, содержащей в своем составе Согласно заключению эксперта №Э от &lt;дата&gt;: «Представленное на экспертизу вещество в пакетике является смесью, содержащей в своем составе Масса вещества (смеси) в пакетике, представленном на экспертизу, составляет 0,438 грамма. Первоначальная масса вещества (смеси) составляла 0,449 грамма (согласно предоставленной копии справки об исследовании №И от &lt;дата&gt;). Таким образом, наркотическое средство было изъято из незаконного оборота. Согласно Списка 1, N-метилэфедрон и его производные являются наркотическими средствами и отнесены к наркотическим средствам,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Федерации. Согласно Постановления Правительства РФ № от &lt;дата&gt;, (ред. от &lt;дата&gt;)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, 228.1 , и 229.1 Уголовного Кодекса Российской Федерации» наркотическое средство - N- метилэфедрон и его производные массой свыше 0,2 грамма до 1 грамма относится к значительному размеру.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ФИО2, являясь лицом, употребляющим наркотические средства, достоверно зная, об уголовной ответственности на территории Российской Федерации за незаконное приобретение и хранение наркотических средств, желая умышленно незаконно приобрести без цели сбыта наркотические средства для личного употребления, а также достоверно зная о способе незаконного приобретения наркотических средств с использованием интернет-ресурсов, &lt;дата&gt; в утреннее время, более точное время в ходе следствия не установлено, находясь у себя дома по адресу: &lt;адрес&gt;, по принадлежащему ему сотовому телефону марки «Vertex», вышел в информационно-телекоммуникационную сеть «Интернет», где в приложении «Telegram» вступил в переписку с пользователем «LegalArzamas», личность которого в ходе дознания не установлена. Реализуя свой преступный умысел, направленный на умышленное незаконное приобретение наркотических средств для личного употребления, в ходе указанной переписки ФИО2 сделал неустановленному в ходе дознания лицу заявку на незаконное приобретение без цели сбыта наркотического средства, после чего по указанию данного неустановленного лица через платежный терминал, находящийся в магазине «SPAR», расположенном по адресу: &lt;адрес&gt;, &lt;дата&gt; в 12 часов 04 минут произвел платеж за планируемое к приобретению наркотическое средство на номер Киви-кошелька 7781933076 в сумме 1200 рублей. Затем ФИО2 вышел в сеть «Интернет», перешел на свою страничку, куда от пользователя «LegalArzamas» пришло СМС- сообщение о месте нахождения «закладки» наркотического средства, а именно СМС- сообщение следующего содержания: «25. Ск в чи слева от &lt;адрес&gt; ФИО6» и фотоизображение данного участка местности. В продолжение своего преступного умысла, направленного на умышленное незаконное приобретение без цели сбыта наркотического средства для личного употребления, в тот же день ФИО2 на неустановленном в ходе дознания автомобиле «такси», приехал к &lt;адрес&gt;, где ориентируясь по полученным от неустановленного в ходе дознания лица данным - текстовому сообщению о месте «закладки» и фотоизображению данного участка местности, &lt;дата&gt; около 13 часов 50 минут, более точное время в ходе дознания не установлено, в траве у &lt;адрес&gt;, обнаружил и поднял с земли, то есть незаконно приобрел без цели сбыта один пакетик из полимерного материала, в котором находилось вещество, являющееся смесью, содержащей в своем составе &lt;дата&gt; около 13 часов 50 минут, точное время в ходе дознания не установлено, в ходе проведения оперативно-розыскных мероприятий, направленных на установление лиц, причастных к незаконному обороту наркотических средств на территории &lt;адрес&gt;, сотрудниками ОУР Отдела МВД России по &lt;адрес&gt;, рядом с &lt;адрес&gt; был задержан ФИО2, в ходе личного досмотра которого, &lt;дата&gt; в период времени с 13 часов 55 минут до 14 часов 00 минут в присутствии понятых, сотрудниками полиции обнаружен и изъят в правом боковом кармане одетых на нем брюк полимерный пакет с веществом, обмотанный изолентой черного цвета. Согласно справке о результатах исследования №И от &lt;дата&gt; представленное на исследование порошкообразное вещество является смесью, содержащей в своем составе Согласно заключению эксперта №Э от &lt;дата&gt; представленное на экспертизу вещество в пакетике является смесью, содержащей в своем составе Таким образом, наркотическое средство было изъято из незаконного оборота. Согласно Списка 1, N-метилэфедрон и его производные являются наркотическими средствами и отнесены к наркотическим средствам,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Федерации. Согласно Постановления Правительства РФ № от &lt;дата&gt;, (ред. от &lt;дата&gt;)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их частей, содержащих наркотические средства или психотропные вещества, для целей статей , 228.1 , и 229.1 Уголовного Кодекса Российской Федерации» наркотическое средство - N- метилэфедрон и его производные массой свыше 0,2 грамма до 1 грамма относится к значительному размеру. В судебном заседании подсудимый ФИО2 вину признал полностью, пояснил, что предъявленное обвинение ему понятно, с обвинением, изложенным в обвинительном акте, он согласен в полном объеме, поддерживает свое ходатайство о постановлении приговора без проведения судебного разбирательства, данное ходатайство заявлено им добровольно и после консультации с защитником, последствия постановления приговора без проведения судебного разбирательства и пределы обжалования приговора он осознает. Защитник поддержал заявленное подсудимым ходатайство о проведении судебного разбирательства в особом порядке. Государственный обвинитель согласен с ходатайством подсудимого на применение особого порядка принятия судебного решения по делу. Принимая во внимание, что ходатайство о проведении судебного разбирательства в особом порядке производства заявлено подсудимым в соответствии с требованиями гл. 40 УПК РФ, учитывая мнение участников уголовного судопроизводства, не возражавших против удовлетворения данного ходатайства, суд полагает постановить приговор без проведения судебного разбирательства. Изучив материалы уголовного дела, суд приходит к выводу о том, что предъявленное ФИО2 обвинение обоснованно и подтверждено собранными по делу доказательствами. Действия ФИО2 по двум эпизодам суд квалифицирует по ч. ч.1 ст. 228 УК РФ каждое - как незаконные приобретение, хранение без цели сбыта наркотических средств в значительном размере. При назначении наказания суд учитывает характер и степень общественной опасности совершенного преступления, личность подсудимого, обстоятельства, влияющие на вид и размер наказания, влияние наказания на исправление осужденного и условия жизни его семьи. По месту регистрации ФИО2 характеризуется удовлетворительно, жалоб на его поведение не поступало, на административной комиссии не обсуждался (л.д.204, 205), соседями по подъезду ФИО2 характеризуется положительно, проживает с матерью и бабушкой, имеет двоих детей (л.д.214), к административной ответственности не привлекался (л.д.206), на учете у врачей нарколога и психиатра не состоит (л.д.207, 208), согласно сведений военного комиссариата &lt;адрес&gt; признан ограниченно годным к в/службе (л.д.210), проходил лечение в ***» (л.д.215). Свидетель ФИО5, допрошенный в судебном заседании, охарактеризовал ФИО2 как человека, который пользуется доверием в реабилитационном центре, вставшего на путь исправления, работающего волонтером и не имеющего желания дальнейшего употребления наркотических веществ. *** С учетом изложенного и материалов дела, касающихся личности ФИО2 и обстоятельств совершения им преступления, суд считает необходимым признать его вменяемым в отношении инкриминированного ему деяния. В качестве обстоятельств, смягчающих наказание ФИО2 по каждому из эпизодов, суд учитывает на основании п. «и» ч. 1 ст. 61 УК РФ явки с повинной (л.д.7, 19), активное способствование раскрытию и расследованию преступлений, на основании п. «г» ч. 1 ст. 61 УК РФ наличие малолетнего ребенка ФИО3 &lt;дата&gt; г.рождения, на основании ч. 2 ст. 61 УК РФ суд учитывает, те обстоятельства, что подсудимый полностью признал себя виновным в совершении преступлений и чистосердечно раскаялся в содеянном, а также наличие несовершеннолетнего ребенка и состояние здоровья. Обстоятельств, отягчающих наказание в отношении ФИО2, судом не установлено. ФИО2 совершил два преступления, относящихся к категории преступлений небольшой тяжести. Совокупность изложенных выше обстоятельств дает суду основание сделать вывод, что для исправления ФИО2 не нуждается в изоляции от общества. Необходимо также учитывать положения ч.2 ст. 43 УК РФ , что наказание применяется в целях восстановления социальной справедливости, а также в целях исправления осужденного и предупреждения совершения новых преступлений. Указанные цели могут быть достигнуты при назначении ФИО2 наказания в виде обязательных работ. Вид обязательных работ и объекты, на которых они отбываются, определяются органами местного самоуправления по согласованию с уголовно- исполнительными инспекциями. Принимая во внимание, что по заключению судебно-психиатрической комиссии экспертов № от &lt;дата&gt; ФИО2 обнаруживает признаки синдрома зависимости от наркотических веществ средней стадии, он нуждается в лечении от синдрома зависимости от наркотических веществ, суд на основании ч.1 ст. 72.1 УК РФ , в силу которой при назначении лицу, признанному больным наркоманией, основного наказания в виде обязательных работ, суд может возложить на осужденного обязанность пройти лечение от наркомании и медицинскую и (или) социальную реабилитацию, считает необходимым возложить на ФИО2 обязанность пройти ***. Контроль за исполнением осужденным обязанности пройти лечение от наркомании и медицинскую и социальную реабилитацию осуществляется уголовно-исполнительной инспекцией. Судьбу вещественных доказательств по настоящему уголовному делу суд разрешает на основании ст. 81 УПК РФ . Однако, вещественное доказательство - смесь, содержащую в своем составе На основании изложенного и руководствуясь ст.ст. - , 316 УПК РФ , П Р И Г О В О Р И Л: ФИО2 признать виновным в совершении двух преступлений, предусмотренных ч.1 ст. 228 УК РФ , и назначить ему наказание в виде обязательных работ сроком 300 (триста) часов за каждое преступление. На основании ч.2 ст. 69 УК РФ по совокупности преступлений путем частичного сложения назначенных наказаний определить наказание в виде обязательных работ сроком 350 (триста пятьдесят) часов. В соответствии со ст. 72.1 УК РФ на ФИО2 возложить обязанность пройти лечение ***. Меру процессуального принуждения ФИО2 до вступления приговора в законную силу оставить без изменения - обязательство о явке. Вещественные доказательства: -наркотическое вещество - -наркотическое вещество - -кассовый чек на сумму 1250 рублей от &lt;дата&gt;, хранящийся при материалах уголовного дела, по вступлении приговора в законную силу оставить при уголовном деле в течение всего срока хранения; -кассовый чек на сумму 1200 рублей от &lt;дата&gt;, хранящийся при материалах уголовного дела, по вступлении приговора в законную силу оставить при уголовном деле в течение всего срока хранения; - сотовый телефон марки «SamsungS8+», сотовый телефон марки «Vertex», переданные на хранение ФИО2, оставить у законного владельца. Приговор может быть обжалован в Нижегородский областной суд в апелляционном порядке в течение 10 суток через Арзамасский городской суд &lt;адрес&gt; с момента провозглашения. В случае подачи апелляционной жалобы или принесения апелляционного представления осужденный вправе принять личное участие в рассмотрении уголовного дела судом апелляционной инстанции. Осужденный вправе поручить осуществление своей защиты в апелляционной инстанции избранному им защитнику либо ходатайствовать перед судом о назначении защитника. Судья: подпись Шувалова И.С. *** *** *** *** Суд: Арзамасский городской суд (Нижегородская область) (подробнее) Судьи дела: Шувалова И.С. (судья) (подробнее) Последние документы по делу: Постановление от 12 ноября 2018 г. по делу № 1-135/2018 Приговор от 12 ноября 2018 г. по делу № 1-135/2018 Приговор от 17 октября 2018 г. по делу № 1-135/2018 Приговор от 17 сентября 2018 г. по делу № 1-135/2018 Постановление от 3 июня 2018 г. по делу № 1-135/2018 Приговор от 15 мая 2018 г. по делу № 1-135/2018 Приговор от 19 февраля 2018 г. по делу № 1-135/2018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