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Мобильный телефон марки «Samsung» в корпусе белого цвета, сенсорный IMEI1: №, IMEI2: №, sim-карты не установлены, хранящийся при уголовном деле – возвратить по принадлежности осужденному ФИО7 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мобильный телефон марки SciPhone модель: i9+++, черного цвета с серебристой окантовкой. Задняя крышка и аккумулятор в нем отсутствуют. IMEI1: №, IMEI2: №; хранящийся при уголовном деле – возвратить по принадлежности осужденному ФИО7 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Мобильный телефон производства фирмы «Apple» марки «IPhone» черного цвета. Указанный телефон имеет маркировку ID:BCG-E2430A IC:579С-E2430A, IMEI:№; хранящийся при уголовном деле – возвратить по принадлежности осужденному ФИО8 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Мобильный телефон марки «Samsung Galaxy Note3» белого цвета с серебристой окантовкой; хранящийся при уголовном деле – возвратить по принадлежности осужденному ФИО9 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металлические монтировки 3 шт.; шнур электрический; ремень безопасности; кухонный нож – хранящиеся при уголовном деле, уничтожить, как орудия преступления.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Нетбук марки «Lenovo» - хранящийся при материалах уголовного дела, возвратить по принадлежности потерпевшему ФИО5 Остальные вещественные доказательства возвращены потерпевшим в период предварительного расследования уголовного дела. Приговор может быть обжалован в апелляционном порядке в Московский областной суд в течение 10 суток со дня провозглашения, а осужденными, содержащимися под стражей в тот же срок со дня вручения им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Суд: Волоколамский городской суд (Московская область) (подробнее) Судьи дела: Тюленев В.В. (судья) (подробнее) Последние документы по делу: Приговор от 28 ноября 2017 г. по делу № 1-84/2017 Приговор от 13 октября 2017 г. по делу № 1-84/2017 Приговор от 9 октября 2017 г. по делу № 1-84/2017 Приговор от 12 сентября 2017 г. по делу № 1-84/2017 Приговор от 27 августа 2017 г. по делу № 1-84/2017 Приговор от 22 августа 2017 г. по делу № 1-84/2017 Приговор от 15 августа 2017 г. по делу № 1-84/2017 Приговор от 9 августа 2017 г. по делу № 1-84/2017 Приговор от 26 июля 2017 г. по делу № 1-84/2017 Постановление от 2 июля 2017 г. по делу № 1-84/2017 Постановление от 21 июня 2017 г. по делу № 1-84/2017 Приговор от 6 июня 2017 г. по делу № 1-84/2017 Приговор от 2 мая 2017 г. по делу № 1-84/2017 Постановление от 23 апреля 2017 г. по делу № 1-84/2017 Приговор от 5 апреля 2017 г. по делу № 1-84/2017 Приговор от 3 апреля 2017 г. по делу № 1-84/2017 Приговор от 2 апреля 2017 г. по делу № 1-84/2017 Приговор от 29 марта 2017 г. по делу № 1-84/2017 Приговор от 26 марта 2017 г. по делу № 1-84/2017 Приговор от 20 марта 2017 г. по делу № 1-84/2017 Показать все документы по этому делу Судебная практика по: Самоуправство Судебная практика по применению нормы ст. 330 УК РФ Побои Судебная практика по применению нормы ст. 116 УК РФ Разбой Судебная практика по применению нормы ст. 162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