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Фокино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защитника Баранова А.С. по доверенности Арутюнян Л.А. на постановление мирового судьи судебного участка №67 судебного района г.Фокино Приморского края ФИО1 от 10 июля 2017 года о назначении административного наказания по делу об административном правонарушении №5-476/2017, о привлечении к административной ответственности главы городского округа ЗАТО г.Фокино Баранова Александра Сергеевича по ч. 1 ст. 12.34 КоАП РФ, в виде административного штрафа в размере 20.000 рублей, УСТАНОВИЛ: Постановлением мирового судьи судебного участка №67 судебного района г.Фокино Приморского края от 10.07.2017 по делу об административном правонарушении, предусмотренном ч. 1 ст. 12.34 КоАП РФ, возбуждённом ОГИБДД МОМВД России по ЗАТО Фокино 10.05.2017 по факту несоблюдения требований по обеспечению безопасности дорожного движения при содержании автодороги Фокино – Дунай с 14 км по 20 км, глава городского округа ЗАТО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