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олье-Сибирско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