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21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февраля 2018года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