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Саратов</w:t>
      </w:r>
    </w:p>
    <w:p>
      <w:pPr>
        <w:spacing w:after="200"/>
        <w:jc w:val="center"/>
      </w:pPr>
      <w:r>
        <w:rPr>
          <w:rFonts w:ascii="Times New Roman" w:hAnsi="Times New Roman" w:eastAsia="Times New Roman" w:cs="Times New Roman"/>
          <w:b w:val="0"/>
          <w:i w:val="0"/>
          <w:sz w:val="22"/>
        </w:rPr>
        <w:t>21 февраля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Утверждение повестки общего собрания;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Выбор председателя общего собрания;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Выбор секретаря общего собрания;</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Выбор счетной группы для подсчета результатов голосования;</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Подтверждение полномочий Совета МКД;</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Наделение правом подписания протокола председателя, секретаря и членов счетной комиссии;</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Принятие решения о прекращении действий договора управления с ООО «УК «Центр-дом»» в связи с банкротством (Постановление суда от &lt;дата&gt;);</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Выбор управляющей организации ООО УК «Комфорт»;</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Утверждение условий договора управления МКД: а) состав общего имущества МКД, в отношении которого будет осуществляться управление; б) перечень услуг и работ по содержанию и ремонту общего имущества МКД, порядок изменения такого перечня, а также перечень коммунальных услуг, которые предоставляет управляющая организация; в) порядок определения цены договора, размера платы за содержание и ремонт жилого помещения и размер платы за коммунальные услуги, а также порядок внесения такой платы; г) порядок определения цены договора, размера платы за содержание и ремонт жилого помещения и размер платы за коммунальные услуги, а также порядок внесения такой платы; д) срок заключения договора; е) установление размера платы за содержание и ремонт общего имущества МКД: содержание общего имущества МКД составляет 7,72 рублей с квадратного метра, ремонт общего имущества МКД составляет 5 рублей с квадратного метра, вывоз ТБО составляет 1,50 рублей с квадратного метра, лифт составляет 1,91 рублей с квадратного метра;</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Выбор способа оповещения о предстоящих собраниях собственников МКД.</w:t>
      </w:r>
    </w:p>
    <w:p>
      <w:pPr>
        <w:pStyle w:val="Heading3"/>
      </w:pPr>
      <w:r>
        <w:rPr>
          <w:rFonts w:ascii="Times New Roman" w:hAnsi="Times New Roman" w:eastAsia="Times New Roman" w:cs="Times New Roman"/>
          <w:b/>
          <w:i w:val="0"/>
          <w:sz w:val="22"/>
        </w:rPr>
        <w:t>Пункт 11. Выводы</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Определение места и адреса хранения протокола общего собрания собственников МКД. Согласно протокола № от &lt;дата&gt; внеочередного общего собрания собственников помещений многоквартирного, проводимого в форме очно-заочного голосования &lt;адрес&gt;, на нем принято решение утвердить повестку дня. Председателем общего собрания избран ФИО21, секретарем общего собрания избрана ФИО2, избрана счетная комиссия для подсчетов результатов голосования в составе ФИО36, ФИО3, ФИО115 Подтверждены полномочия совета МКД в составе ФИО36, ФИО3, ФИО115, ФИО2, ФИО184, ФИО21, ФИО96, ФИО16 Наделены правом подписания протокола председатель, секретарь и члены счетной комиссии. В связи с неисполнением условий договора и банкротством управляющей компании ООО УК «Центр-Дом», прекратить действие договора управления с ООО УК «Центр - Дом». Выбрать в качестве управляющей организации – ООО УК «Комфорт», зарегистрированный по адресу: &lt;адрес&gt;. Утверждены условия договора управления МКД: - определен состав общего имущества многоквартирного дома по адресу: &lt;адрес&gt; отношении которого будет осуществляться управление в соответствии с нормативными документами; - утвержден перечень услуг и работ по содержанию и ремонту общего имущества в МКД, порядок изменения такого перечня, а также перечень коммунальных услуг, которые предоставляет управляющая организация в соответствии с нормативными документами - цена договора, размер платы за содержание и ремонт жилого помещения определяется общим собранием собственников помещений МКД, размер платы за коммунальные услуги определяется в соответствии с тарифами поставщиков коммунальных услуг, порядок внесения платы определяется до 10 числа следующего месяца. - порядок определения цены договора, размера платы за содержание и ремонт жилого помещения и размер платы за коммунальные услуги, а также порядок внесения такой платы. Договор управления заключается сроком на 1 год с последующей пролонгацией. Установлены размеры платы за содержание и ремонт общедомового имущества МКД: - содержание общего имущества МКД составляет 7,72 рубля с квадратного метра; - ремонт общего имущества МКД составляет 5 рублей с метра квадратного, - вывоз ТБО составляет 1,50 рублей с метра квадратного, - лифт составляет 1,91 рубль с метра квадратного. Способом оповещения о предстоящих в будущем общих собраний, выбрано размещение уведомления на досках объявлений возле подъездов дома. Определено место хранения протокола общего собрания и решений собственников ООО УК «Комфорт», расположенное по адресу: &lt;адрес&gt; (Т.1 л.д.13-15). В силу ч. 1 ст. 47 ЖК РФ в случае, если при проведении общего собрания собственников помещений в многоквартирном доме путем совместного присутствия собственников помещений в данном доме для обсуждения вопросов повестки дня и принятия решений по вопросам, поставленным на голосование, такое общее собрание не имело указанного в части 3 статьи 45 настоящего Кодекса кворума, в дальнейшем решения общего собрания собственников помещений в многоквартирном доме с такой же повесткой могут быть приняты путем проведения заочного голосования (передачи в место или по адресу, которые указаны в сообщении о проведении общего собрания собственников помещений в многоквартирном доме, оформленных в письменной форме решений собственников по вопросам, поставленным на голосование). В силу статьи Жилищного кодекса Российской Федерации правом голосования на общем собрании собственников помещений в многоквартирном доме по вопросам, поставленным на голосование, обладают собственники помещений в данном доме. Голосование на общем собрании собственников помещений в многоквартирном доме осуществляется собственником помещения в данном доме как лично, так и через своего представителя. Представитель собственника помещения в многоквартирном доме на общем собрании собственников помещений в данном доме действует в соответствии с полномочиями, основанными на указаниях федеральных законов, актов уполномоченных на то государственных органов или актов органов местного самоуправления либо составленной в письменной форме доверенности на голосование. Доверенность на голосование должна содержать сведения о представляемом собственнике помещения в соответствующем многоквартирном доме и его представителе (имя или наименование, место жительства или место нахождения, паспортные данные) и должна быть оформлена в соответствии с требованиями пунктов 4 и 5 статьи Гражданского кодекса Российской Федерации или удостоверена нотариально. Количество голосов, которым обладает каждый собственник помещения в многоквартирном доме на общем собрании собственников помещений в данном доме, пропорционально его доле в праве общей собственности на общее имущество в данном доме. Голосование по вопросам повестки дня общего собрания собственников помещений в многоквартирном доме может осуществляться посредством оформленных в письменной форме решений собственников по вопросам, поставленным на голосование. Голосование по вопросам повестки дня общего собрания собственников помещений в многоквартирном доме, проводимого в форме заочного голосования, осуществляется только посредством оформленных в письменной форме решений собственников по вопросам, поставленным на голосование. При голосовании, осуществляемом посредством оформленных в письменной форме решений собственников по вопросам, поставленным на голосование, засчитываются голоса по вопросам, по которым участвующим в голосовании собственником оставлен только один из возможных вариантов голосования. Оформленные с нарушением данного требования указанные решения признаются недействительными, и голоса по содержащимся в них вопросам не подсчитываются. В случае, если решение собственника по вопросам, поставленным на голосование, содержит несколько вопросов, поставленных на голосование, несоблюдение данного требования в отношении одного или нескольких вопросов не влечет за собой признание указанного решения недействительным в целом. Исходя из обжалуемого решения общего собрания от &lt;дата&gt; в голосовании участвовали собственники помещений, имеющие в собственности 7667,11 кв.м., что составляет 55,9 % от общего числа голосов. Суд считает необходимым исключить из подсчета кворума результаты голосования &lt;адрес&gt; ФИО7, Кв. № ФИО8 Кв. № ФИО9 Кв. № Администрация &lt;адрес&gt; Кв. № ФИО10 Кв. № ФИО11 Кв. № ФИО12 Кв. № ФИО13 Кв. № ФИО14 Кв. № ФИО15 Кв. № ФИО16 в связи с тем, что в бюллетене отсутствует дата голосования, что не позволяет определить время голосования и их участие в голосовании, проводимом в период с &lt;дата&gt; по &lt;дата&gt; год. Кв. № ФИО17, поскольку за собственника проголосовала ФИО18, доверенность на право голосования представлена не была. Кв.№ ФИО19, поскольку за собственника проголосовала ФИО20, доверенность на право голосования представлена не была. Кв. № ФИО21, поскольку за собственника проголосовал ФИО22, доверенность на право голосования представлена не была. Кв. № ФИО23, поскольку за собственника проголосовала ФИО24, доверенность на право голосования представлена не была. Кв. № ФИО25, поскольку за собственника проголосовал ФИО26, доверенность на право голосования представлена не была. Кв. № ФИО27, поскольку за собственника проголосовал ФИО28, доверенность на право голосования представлена не была. Согласно ч. 2 ст. 48 ЖК РФ представитель собственника помещения в многоквартирном доме на общем собрании собственников помещений в данном доме действует в соответствии с полномочиями, основанными на указаниях федеральных законов, актов уполномоченных на то государственных органов или актов органов местного самоуправления либо составленной в письменной форме доверенности на голосование. Доверенность на голосование должна содержать сведения о представляемом собственнике помещения в соответствующем многоквартирном доме и его представителе (имя или наименование, место жительства или место нахождения, паспортные данные) и должна быть оформлена в соответствии с требованиями пунктов 4 и 5 статьи Гражданского кодекса Российской Федерации или удостоверена нотариально. Таким образом, на дату проведения собрания в соответствии с действующим законодательством, доверенность на представление интересов собственников на общем собрании собственников многоквартирного дома могла быть представлена в простой письменной форме и содержать сведения, указанные в ч. 2 ст. 48 ЖК РФ либо нотариально удостоверена, либо удостоверена по месту работы, которые не заверены лицами, указанными в пункте 4 статьи Гражданского кодекса Российской Федерации, либо нотариусом, в доверенностях заверены подпись не доверителя, а доверенного лица. Следовательно, количество голосов собственников, принявших участие в общем собрании через своих представителей, доверенности которых были оформлены с нарушением части 2 статьи 48 ЖК РФ , ст. 185 ГК РФ , приложению N 2 к Методическим рекомендациям по порядку организации и проведению общих собраний собственников помещений в многоквартирных домах, утвержденным приказом Министерства строительства и жилищно-коммунального хозяйства Российской Федерации № 411 от 31.07.2014 года. В связи с чем, вышеизложенные голоса подлежат исключению при подсчете голосов для определения кворума собрания. Кв. № проголосовала ФИО29, не достигшая 18 летнего возраста Кв. № проголосовала ФИО30, не достигшая 18 летнего возраста Также не учитывается голос собственника ? доли квартиры № № ФИО31, в связи с тем, что подпись ее в реестре собственников отсутствует, что свидетельствует о том, что волеизъявления собственник не высказал. Как указано выше, в силу статьи Жилищного кодекса Российской Федерации собственник помещения в многоквартирном доме вправе обжаловать в суд решение, принятое общим собранием собственников помещений в данном доме с нарушением требований настоящего Кодекса, в случае, если он не принимал участие в этом собрании или голосовал против принятия такого решения и если таким решением нарушены его права и законные интересы. Заявление о таком обжаловании может быть подано в суд в течение шести месяцев со дня, когда указанный собственник узнал или должен был узнать о принятом решении. Суд с учетом всех обстоятельств дела вправе оставить в силе обжалуемое решение, если голосование указанного собственника не могло повлиять на результаты голосования, допущенные нарушения не являются существенными, и принятое решение не повлекло за собой причинение убытков указанному собственнику. Исходя из представленного суду решения общего собрания собственников помещений в многоквартирном доме, истцы участия в оспариваемом им решении общего собрания не принимали. Судом установлено, что в общем собрании собственников жилых помещений приняли участие собственники помещения, с учетом исключенных судом решений ввиду отсутствия права собственности на квартиры у голосующих лиц, а также того, что ряд собственников не подписывали список лиц многоквартирного дома, что составило 5062,6 голосов. Кв. № ФИО32, доля 1/5, 13,42 кв.м. Кв. № ФИО194 67,4 кв.м. Кв. № ФИО195 54,9 кв.м. Кв. № ФИО33 67,3 кв.м. Кв. № ФИО34 34 кв.м. Кв. № ФИО35 ? доля 18,63 кв.м. Кв. № ФИО36 ? доля 37,85 кв.м. Кв. № ФИО37 ? доля 37,85 кв.м. Кв. № ФИО200 80 кв.м. Кв. № ФИО38, ФИО39, ФИО40, ФИО41 60,5 кв.м. Кв. № ФИО42 84,3 кв.м. Кв. № ФИО43 64,6 кв.м. Кв. № ФИО21 и ФИО76 ФИО9 75 кв.м. Кв. № ФИО44 57,10 кв.м. Кв. № ФИО45, ФИО46, ФИО47, ФИО48 75,4 кв.м. Кв. № ФИО49 36,2 кв.м. Кв. № ФИО50 33,3 кв.м. Кв. № ФИО51, ФИО52, ФИО53 64,6 кв.м. Кв. № ФИО54 77 кв.м. Кв. № ФИО55 36,7 кв.м. Кв. № ФИО56 64,2 кв.м. Кв. № ФИО57, ФИО58 32,8 кв.м. Кв. № ФИО59 76,4 кв.м. Кв. № ФИО60 54,6 кв.м. Кв. № ФИО61 ? доля 18,93 кв.м. Кв№ ФИО62 доля ? 25,45 кв.м. Кв. № ФИО63, ФИО64 55,90 кв.м. Кв. № ФИО65 54,10 кв.м. Кв. № ФИО66 49,6 кв.м. Кв. № ФИО67, ФИО68, ФИО69 64,5 кв.м. Кв. № ФИО70 61,2 кв.м. Кв. № ФИО71 и ФИО72 52,5 кв.м. Кв. № ФИО73 61,2 кв.м. Кв. № ФИО74 49,10 кв.м. Кв. № ФИО75 60,8 кв.м. Кв. № ФИО76 52,10 кв.м. Кв. № ФИО77, ФИО78 63,7 кв.м. Кв. № ФИО79 1/3 доля 17,4 кв.м. Кв. № ФИО80 59,7 кв.м. Кв. № ФИО81 60,7 кв.м. Кв. № ФИО82, ФИО83, ФИО84 48,2 кв.м. Кв. № ФИО85 и ФИО86 65 кв.м. Кв. № ФИО87 33,6 кв.м. Кв. № ФИО88 61,5 кв.м. Кв№ ФИО89 и ФИО90 38,2 кв.м. Кв. № ФИО91 и ФИО92 59,9 кв.м. Кв. № ФИО93 80,7кв.м. Кв. № ФИО94 и ФИО95 62,9 кв.м. Кв. № ФИО96 76,3 кв.м. Кв. № ФИО97 1/3 доля 20,84 кв.м. Кв. № ФИО98 38 кв.м. Кв. № ФИО99 ? доля 44,63 кв.м. Кв. № ФИО100, ФИО101, ФИО102 53,7 кв.м. Кв. № ФИО103 ? доля 29,35 кв.м. Кв. № ФИО104 82,4 кв.м. Кв. № ФИО105 31,8 кв.м. Кв. № ФИО106, ФИО107 49,4 кв.м. Кв. № ФИО108 и ФИО109 84,4 кв.м. Кв. № ФИО196 64 кв.м. Кв. № ФИО110 и ФИО111 48,8 кв.м. Кв. № ФИО112 49,2 кв.м. Кв. № ФИО113 и ФИО114 64,5 кв.м. Кв. № ФИО115 52,5 кв.м. Кв. № ФИО116, ФИО117, ФИО118, ФИО119 48,2 кв.м. Кв. № ФИО120, ФИО121, ФИО122, ФИО123 86 кв.м. Кв. № ФИО124 ? доля 15,13 кв.м. Кв. № ФИО125 51,7 кв.м. Кв. № ФИО126 и ФИО127 49,10 кв.м. Кв. № ФИО128 86,7 кв.м. Кв. № ФИО129 ? доля 30,25 кв.м. Кв. № ФИО130 ? доля 40 кв.м. Кв. № ФИО131 60,9 кв.м. Кв. № ФИО132 51,9 кв.м. Кв. № ФИО133 48,3 кв.м. Кв. № ФИО134 83,5 кв.м. Кв. № ФИО135 и ФИО136 60,7 кв.м. Кв. № ФИО137 и ФИО138 49,2 кв.м. Кв. № ФИО139 88,4 кв.м. Кв. № ФИО140 и ФИО141 87,3 кв.м. Кв. № ФИО142 47,3 кв.м. Кв. № ФИО143 47,3 кв.м. Кв. № ФИО144 64,5 кв.м. Кв. № ФИО145, ФИО146, ФИО147, ФИО148 81,8 кв.м. Кв. № ФИО149 61,3 кв.м. Кв. № ФИО150, ФИО151 47,9 кв.м. Кв. № ФИО3 48, 7 кв.м. Кв. № ФИО152 61,10 кв.м. Кв. № ФИО153 и ФИО154 85,7 кв.м. Кв. № ФИО155 48,3 кв.м. Кв. № ФИО156 51,9 кв.м. Кв. № ФИО157 и ФИО158 61,5 кв.м. Кв. № ФИО159 47,10 кв.м. Кв. № ФИО197 60,8 кв.м. Кв. № ФИО36 ? доля 37,85 кв.м. Общая площадь помещений в &lt;адрес&gt;, согласно данным МУП «Городское БТИ» и Управления Регистрационной службы по Саратовской области составляет 13907,4 квадратных метров, указанная площадь сторонами не оспаривалась. Таким образом, в общем собрании приняло участие и проголосовало 36,4 процентов голосов собственников. С учетом требований ст. ч.3 ЖК РФ, ст. ч.1 ЖК РФ, кворум для проведения общего собрания будет иметь место при участии собственников обладающих не менее 50% помещений жилого дома, т.е. 6953,7 квадратных метров. С учетом того, что в голосовании не приняли участие ранее перечисленные собственники, а также в числе голосовавших названы лица не имеющие права собственности и права голосования, с учетом не принимавших участие в голосовании собственников помещений по сведениями ФРС по Саратовской области, суд приходит к выводу, что площадь помещений лиц указанных в качестве проголосовавших составляет 5062,6 квадратных метров, что менее 50% голосов от общей площади помещений дома и не соответствует требованиям ст. ч.3 ЖК РФ, ст. ч.1 ЖК РФ, ст. ч.3 ЖК РФ. Суд не принимает во внимание объяснения ФИО185, ФИО7 ФИО186, ФИО187, ФИО188, ФИО189 об отсутствии кворума, поскольку данные лица в судебном заседании не допрашивались и об уголовной ответственности за дачу заведомо ложного заключения не предупреждались. Довод истцов о нарушении порядка извещения о проведении общего собрания не нашел своего подтверждения в судебном заседании, однако, поскольку указанное общее собрание не соответствует указанным правовым актам, требованиям о кворуме, и составе участников собрания, его следует признать несостоявшимся. На основании изложенного, руководствуясь ст. ст. - Гражданского процессуального кодекса Российской Федерации, суд Решил: Исковые требования ФИО160, ФИО161 к ФИО2, ФИО3 о признании решения общего собрания дома недействительным, удовлетворить. Признать решение общего собрания собственников помещений в многоквартирном доме по адресу: &lt;адрес&gt;, проведенное в форме очно-заочного голосования, оформленное протоколом № от &lt;дата&gt; незаконным. Решение может быть обжаловано в апелляционном порядке в Саратовский областной суд через Октябрьский районный суд города Саратова в течение месяца со дня принятия решения суда в окончательной форме. Судья подпись С.Ю. Андреева Суд: Октябрьский районный суд г. Саратова (Саратовская область) (подробнее) Судьи дела: Андреева Светлана Юрьевна (судья) (подробнее) Последние документы по делу: Решение от 4 сентября 2018 г. по делу № 2-142/2018 Решение от 13 июня 2018 г. по делу № 2-142/2018 Решение от 22 мая 2018 г. по делу № 2-142/2018 Решение от 15 мая 2018 г. по делу № 2-142/2018 Решение от 6 мая 2018 г. по делу № 2-142/2018 Решение от 20 февраля 2018 г. по делу № 2-142/2018 Решение от 19 февраля 2018 г. по делу № 2-142/2018 Показать все документы по этому делу Судебная практика по: По доверенности Судебная практика по применению норм ст. 185, 188, 189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