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2001 года приговором &lt;данные изъяты&gt; городского суда Ставропольского края, с учётом изменений, внесённых постановлением Георгиевского городского суда Ставропольского края от 19 мая 2004 года, по п.п. «а, г» ч.2 ст. 158 УК РФ (в редакции Федерального закона от 8 декабря 2003 года) к трём годам восьми месяцам лишения свободы со штрафом в размере 30 минимальных размеров оплаты труда в сумме 3 000 рублей в доход государства с отбыванием наказания в исправительной колонии строгого режима; освободившегося по постановлению Георгиевского городского суда Ставропольского края от 20 мая 2004 года условно-досрочно на 8 месяцев 8 дней,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2004 года приговором &lt;данные изъяты&gt; городского суда Ставропольского края по п. «в» ч.2 ст. 158 УК РФ к двум годам шести месяцам лишения свободы; на основании ст. 70 УК РФ частично присоединен неотбытый срок наказания по приговору &lt;данные изъяты&gt; городского суда Ставропольского края от 5 апреля 2001 года, окончательно назначено наказание два года девять месяцев лишения свободы, с отбыванием наказания в исправительной колонии строгого режима; постановлением Кочубеевского районного суда Ставропольского края от 22 декабря 2005 года неотбытая часть наказания - один год четыре месяца 23 дня лишения свободы заменена на исправительные работы с удержанием 20 % из заработной платы в доход государства; постановлением Минераловодского городского суда Ставропольского края от 3 июля 2006 года неотбытый срок наказания в виде исправительных работ заменён на 5 месяцев 17 дней лишения свободы в исправительной колонии строгого режима;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2007 года приговором &lt;данные изъяты&gt; городского суда Ставропольского края по п. «а» ч.2 ст. 161 УК РФ к двум годам пяти месяцам лишения свободы со штрафом в размере 5 000 рублей в доход государства; в соответствии со ст. 70 УК РФ частично присоединена неотбытая часть наказания по приговору &lt;данные изъяты&gt; городского суда Ставропольского края от 23 ноября 2004 года, окончательно назначено наказание - два года шесть месяцев лишения свободы со штрафом в размере 5 000 рублей в доход государства с отбыванием наказания в исправительной колонии строгого режима; освободившегося 29 апреля 2008 года по постановлению Георгиевского городского суда Ставропольского края от 17 апреля 2008 года условно-досрочно на 1 год 1 месяц 12 дней;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2009 года приговором &lt;данные изъяты&gt; городского суда Ставропольского края по п. «а» ч.3 ст. 158 УК РФ к трём годам лишения свободы со штрафом в размере 10 000 рублей; на основании ст. 70 УК РФ частично присоединено неотбытое наказание по приговору &lt;данные изъяты&gt; городского суда Ставропольского края от 14 февраля 2007 года, окончательно назначено наказание - четыре года лишения свободы со штрафом в размере 10 000 рублей с отбыванием наказания в исправительной колонии строгого режима; освободившегося 23 января 2012 года по постановлению Омутнинского районного суда Кировской области от 10 января 2012 года условно-досрочно на 11 месяцев 9 дней;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2013 года приговором &lt;данные изъяты&gt; районного суда г. Нижний Новгород по ч.1 ст. 166 УК РФ (в редакции Федерального закона от 7 декабря 2011 года № ФЗ-420) к двум годам лишения свободы; на основании ч.7 ст. , ч.1 ст. 70 УК РФ отменено условно-досрочное освобождение по приговору &lt;данные изъяты&gt; городского суда Ставропольского края от 4 февраля 2009 года, частично присоединено неотбытое наказание по приговору &lt;данные изъяты&gt; городского суда Ставропольского края от 4 февраля 2009 года, окончательно назначено два года один месяц лишения свободы с отбыванием наказания в исправительной колонии строгого режима; освободившего 17 марта 2015 года по отбытии срока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2016 года приговором &lt;данные изъяты&gt; районного суда Пензенской области по ч.1 ст. 158 УК РФ к одному году лишения свободы с отбыванием наказания в исправительной колонии строгого режима; освободившегося 7 марта 2017 года по постановлению Первомайского районного суда г.Пензы от 22 февраля 2017 года условно-досрочно на 5 месяцев 11 дней, гражданина РФ, обвиняемого в совершении преступления, предусмотренного п. «в» ч.2 ст. 158 УК РФ , УСТАНОВИЛ: ФИО1 совершил тайное хищение чужого имущества (кражу) ФИО3 №1, с причинением ему значительного ущерба. Преступление совершено в доме № по &lt;адрес&gt; при следующих обстоятельствах: ФИО1 1 июля 2017 года в период времени с 14 до 20 часов, находясь в состоянии алкогольного опьянения в зале указанного дома, где проживает ФИО3 №1, умышленно, из корыстных побуждений, воспользовавшись отсутствием внимания со стороны иных лиц, тайно похитил из пиджака, находившегося в комнате, денежные средства в сумме 55 500 рублей, принадлежащие ФИО3 №1, после чего с похищенным с места преступления скрылся и распорядился по своему усмотрению, причинив ФИО3 №1 значительный ущерб на сумму 55 500 рублей. В судебном заседании ФИО1 виновным себя в предъявленном ему обвинении признал частично и показал, что с 23 июня 2017 года проживал в доме ФИО3 №1, которому помогал с постройкой сарая, забора, по хозяйству. 1 июля 2017 года он помогал ФИО3 №1 строить сарай, употреблял спиртное. Примерно в 17 часов спросил у ФИО3 №1 100 рублей, чтобы купить алкоголь, тот ответил, что денег нет. Решил взять деньги сам, так как знал, что они находятся в кошельке в нагрудном кармане пиджака ФИО3 №1 Зашёл в дом, в комнату, где на стене висел пиджак, достал из нагрудного кармана кошелёк, при этом из кармана выпала купюра - 500 рублей, которую он положил обратно. Кошелёк положил в задний карман своих брюк, после чего вышел из дома и пошёл косить траву. Хотел купить спиртное, а оставшиеся деньги вернуть ФИО3 №1 Накосив траву, пошёл в магазин, купил спиртное и на остановке общественного транспорта стал выпивать. Когда подъехала маршрутка, он сел в неё и уехал в г. Пензу, на автовокзал, где сидел в кафе, употреблял спиртное, покупал сигареты. Вечером на попутной автомашине «Лада-Гранта» белого цвета доехал до комплекса «Золотой Петушок», хотел зайти в кафе, но его не пустили, зашёл в помещение, где располагалась сауна, куда его также не пустили, в коридоре присел и уснул. Здесь же был обнаружен сотрудниками полиции. Виновность ФИО1 в совершении тайного хищения чужого имущества (кражи), с причинением значительного ущерба гражданину, установлена показаниями потерпевшего, свидетелей, другими собранными по делу доказательствами, исследованными и проверенными в судебном заседании. 2 июля 2017 года ФИО3 №1 обратился в ОМВД России по Бессоновскому району Пензенской области с заявлением о привлечении к ответственности ФИО1, который 1 июля 2017 года тайно похитил принадлежащий ему кошелёк с денежными средствами в сумме 55 500 рублей из дома № по &lt;адрес&gt; (л.д. №). В написанном собственноручно 3 июля 2017 года заявлении, после разъяснения статьи 51 Конституции Российской Федерации, ФИО1 добровольно сообщил, что 1 июля 2017 года из &lt;адрес&gt; похитил денежные средства, принадлежащие ФИО3 №1 (л.д. №). При проверке показаний на месте 3 июля 2017 года ФИО2 подтвердил данные им показания, рассказал об обстоятельствах совершения кражи и показал, как он совершил кражу денежных средств ФИО3 №1 (л.д. №). ФИО3 ФИО3 №1 в судебном заседании подтвердил, что проживает в &lt;адрес&gt;, со своей семьей: гражданской супругой Г.Е.Ю. и малолетними детьми: Ю.А.В. - ДД.ММ.ГГГГ года рождения, Г.Ф.В. - ДД.ММ.ГГГГ года рождения, Г.Л.В. - ДД.ММ.ГГГГ года рождения, Г.М.В. - ДД.ММ.ГГГГ года рождения, а также с сыном Ю.Г.В. - ДД.ММ.ГГГГ года рождения, его женой П.Ж.П. и дочерью П.С.Г. - ДД.ММ.ГГГГ года рождения. 23 июня 2017 года к нему пришёл ФИО1, который раньше работал у его дяди И.Н., с просьбой переночевать и пожить некоторое время. Он согласился, с условием, что тот будет помогать ему по хозяйству. ФИО1 стал жить у него в доме, ночевал, кушал с ними за одним столом, каждый день он покупал ему сигареты. ФИО1 помогал ему по хозяйству, косил траву, ухаживал за животными. Он занимается разведением животных - баранов, телят, а также иногда скупает домашних животных в сёлах, и продаёт мясо, на вырученные деньги содержит семью, постоянного источника дохода не имеет. Весной у него не было денег, чтобы купить животных, и его брат М.Н.П. отдал ему своё золото. 13 мая 2017 года он заложил золотые изделия: крест, цепь, 3 кольца в ломбард в г.Пензе, получив за них 53 000 рублей. Эти деньги он положил в кожаный кошелёк, который находился у него всегда во внутреннем нагрудном кармане пиджака. 1 июля 2017 года около 14 часов он покупал в магазине гвозди, продукты, расплачивался денежными средствами из указанного кошелька, в нём оставалось 56 000 рублей. Приехав домой, пиджак повесил в комнате и стал работать во дворе, ФИО1 помогал ему, был в состоянии алкогольного опьянения. Потом ФИО1 стал просить денег на выпивку, но он ему отказал. В 20 часов он накормил животных и зашёл домой. ФИО1 нигде не было. Утром 2 июля 2017 года он собирался в церковь и обнаружил, что в кармане пиджака кошелька не было, а находилась одна купюра - 500 рублей. Он стал расспрашивать семью, о том, кто мог взять кошелёк. Дочь Г.Л.В. сказала, что она видела, как ФИО1 выходил из зала, сказал ей, что идёт косить траву. После этого он стал разыскивать ФИО1, и обратился в полицию. Ущерб, причиненный ему кражей денежных средств в сумме 55 500 рублей, является для него значительным, так как у него пятеро несовершеннолетних детей, сноха, внучка, они с гражданской супругой нигде не работают, не имеют постоянного источника дохода, похищенные деньги были им получены от заложенного в ломбарде золота брата М.Н.П., и он должен их ему вернуть, однако не может накопить деньги, так как, занимаясь скупкой домашних животных и продажей их на мясо, не всегда получает прибыль. Свидетель М.Н.П. подтвердил, что в мае 2017 года к нему пришёл его брат ФИО3 №1, попросил в долг 50 000 рублей, чтобы купить скот и продать на мясо. Он знает, что у ФИО3 №1 большая семья и много детей, супруга нигде не работает, они нуждаются в деньгах. У него не было денег в тот момент, и он отдал ФИО3 №1 золотые изделия: цепь, крест и 3 кольца, чтобы тот сдал их в ломбард и получил деньги. В конце июня 2017 года к ФИО3 №1 пришёл ФИО1, который жил в доме брата и помогал по хозяйству. В начале июля 2017 года ФИО3 №1 сообщил, что у него из дома пропали деньги, которые он получил за сданное золото. Брат думал, что деньги украл ФИО1, который после пропажи денег не появлялся в его доме. Свидетель несовершеннолетняя Г.Л.В. подтвердила, что проживает с отцом ФИО3 №1, матерью Г.Е.Ю., братьями Ю.Г.В. и Ю.А.В., сёстрами Г.Ф.В. и Г.М.В.. С 23 июня 2017 года у них в доме проживал ФИО1, помогал им по хозяйству, строил забор, сарай, ухаживал за животными. 1 июля 2017 года отец что-то делал во дворе, ФИО1 ему помогал, и кормил животных. Вечером, примерно в 19 часов, она зашла в дом, а ФИО1 выходил из зала. Она спросила у него, зачем тот надел белые брюки, на что он ответил, что пойдёт косить траву баранам. В этот момент он был пьян, и вид его, когда он увидел её, был испуганным, руки у него были в карманах. Он быстро вышел из дома, и больше она его не видела. Свидетель Е.А.В. подтвердил, что работает в комплексе «Золотой Петушок», охраняет территорию. 1 июля 2017 года в 19 часов заступил на ночное дежурство с Ш.Д.Н. В период времени с 00 часов до 1 часа 2 июля 2017 года им сообщили, что на территории комплекса бродит мужчина в состоянии алкогольного опьянения. Он и Ш.Д.Н. пошли в сторону здания комплекса, где увидели мужчину, который был в грязной рваной одежде, сильно шатался, от него пахло алкоголем, говорил что-то несвязное, что приехал сюда отдохнуть с другом, на автомобиле «Лада Гранта» белого цвета, и ждёт его. Они отвели этого мужчину в сторону, посадили на бордюр у дороги. Делая очередной обход, увидели, что этот мужчина лежит под лестницей у входа в сауну, без сознания. Они вызвали полицию. Через 5-10 минут приехали сотрудники полиции, посмотрели на мужчину и вызвали скорую помощь. Приехавшие работники скорой помощи привели мужчину в сознание, однако он стал себя вести неадекватно, ругался и оскорблял сотрудников полиции и скорой помощи. Затем мужчину сопроводили в машину скорой помощи, один сотрудник полиции поехал в скорой помощи, а другой - на служебном автомобиле за ними. Свидетель Ш.Д.Н. подтвердил, что работает в комплексе «Золотой Петушок» охранником-контролёром. 1 июля 2017 года в 19 часов заступил на ночное дежурство. Примерно в 00 часов 50 минут, проходя по территории стоянки по просьбе работников кафе, вывели из кафе сильно пьяного мужчину, который сказал, что он здесь выпивал в сауне, приехал на белой «Гранте». Они его отвели в сторону дороги по ул. Аустрина, посадили на бордюр, мужчина был сильно пьян, одежда была грязная. Позже они делали обход территории и увидели, что в помещении тамбура у входа в сауну лежит тот же мужчина. Они подошли к нему и окрикнули, мужчина не отреагировал. Они вызвали сотрудников полиции. Приехавшие сотрудники полиции, посмотрев на этого мужчину, который не подавал признаков жизни, вызвали скорую помощь. После того как медработники привели мужчину в сознание, тот стал себя вести агрессивно, буянить, бросаться на сотрудников полиции и скорой помощи. Сотрудники полиции проводили его в машину скорой помощи, один из них поехал в машине скорой помощи, другой - на служебной машине. Свидетель А.Д.В. подтвердил, что работает в ОВО по г.Пензе в должности полицейского-водителя. 1 июля 2017 года с напарником Б.Д.А. заступил на суточное дежурство. В 1 час 58 минут 2 июля 2017 года от дежурного ПЦО по г.Пензе поступило сообщение о том, что сработала тревожная кнопка в сауне гостиничного комплекса «Золотой Петушок» в г.Пензе на ул.Аустрина, д.144А. Приехав по вызову, вместе с охранником зашли внутрь здания комплекса, где под лестницей лежал мужчина, в грязной одежде, от него пахло алкоголем, на их просьбы встать не реагировал. Они вызвали бригаду скорой помощи, и вышли на улицу. Приехавшие сотрудники скорой помощи дали нашатыря мужчине, он очнулся и назвал свои данные, однако вёл себя неадекватно, медработники решили его доставить в наркологическую больницу. Они помогли сесть ему в автомобиль скорой помощи, Б.Д.А. сел с ним в автомобиль скорой помощи, а он на служебном автомобиле поехал за ними. По приезду в наркологическую больницу ФИО1 отказался от медицинской помощи и от прохождения освидетельствования на состояние алкогольного опьянения, нецензурно выражался в адрес врачей. Затем на служебном автомобиле они привезли ФИО1 в отдел полиции №2 по г.Пензе. Свидетель Б.Д.А. подтвердил, что работает в должности старшего полицейского ОВО по г.Пензе. 1 июля 2017 года с напарником А.Д.В. заступил на суточное дежурство. В 1 час 58 минут 2 июля 2017 года по сообщению выезжали в гостиничный комплекс «Золотой Петушок». Подъехав к комплексу, увидели, что внутри здания под лестницей лежал мужчина, он был одет в грязную одежду, от него пахло алкоголем. Они пытались его поднять, но он не реагировал, тогда они вызвали бригаду скорой помощи. Приехавшие сотрудники скорой оказали мужчине первую медицинскую помощь, он очнулся и назвал свои данные - ФИО1, однако вёл себя неадекватно, и медработники решили доставить его в наркологическую больницу. Они помогли сесть мужчине в автомобиль скорой помощи и вместе с ними в автомобиле скорой помощи он поехал в больницу. В наркологической больнице ФИО1 отказался от медицинской помощи и от прохождения освидетельствования на состояние алкогольного опьянения, при этом нецензурно выражался в отношении врачей. После этого они доставили его в отдел полиции №2 по г.Пензе. Свидетель С.Н.А., будучи допрошенной на предварительном следствии, показания которой оглашены в судебном заседании в связи с её неявкой в соответствии со ст. 281 УПК РФ , показала, что работает в сауне комплекса «Золотой Петушок». 2 июля 2017 года около 1 часа ночи пришёл мужчина, он был сильно пьян, сказал, что ему нужно переночевать. Она не пустила его, предложив пойти в гостиницу (л.д. №). В ходе осмотра 2 июля 2017 года места происшествия - помещения дома №, расположенного по &lt;адрес&gt;, где проживает ФИО3 №1, был осмотрен принадлежащий ему пиджак, в котором на момент осмотра кошелька и денежных средств не обнаружено. Изъяты светокопии залогового билета № от 13 мая 2017 года (л.д. №). Из копии залогового билета № видно, что 13 мая 2017 года Ю.В.П. - ДД.ММ.ГГГГ года рождения сдал цепь, крест и три кольца с правом выкупа и получил 53 000 рублей, процент по займу за 30 дней составляет 2 910 рублей (л.д. №). ФИО3 ФИО3 №1 имеет на иждивении пятерых несовершеннолетних детей: дочь Г.Л.В. - ДД.ММ.ГГГГ года рождения, дочь Г.М.В. - ДД.ММ.ГГГГ года рождения, сын Ю.А.В. - ДД.ММ.ГГГГ года рождения, дочь Г.Ф.В. - ДД.ММ.ГГГГ года рождения, сын Ю.Г.В. - ДД.ММ.ГГГГ года рождения (л.д. №), его гражданская жена Г.Е.Ю. и он нигде не работают, жилого помещения в собственности и постоянного источника дохода не имеют, учитывая изложенное, мнение потерпевшего, его имущественное положение, наличие иждивенцев, отсутствие доходов у членов его семьи, значимость похищенных денежных средств для потерпевшего, источником доходов которого является закупка животных с целью последующей продажи мяса, квалифицирующий признак причинения значительного ущерба потерпевшему нашёл своё подтверждение в судебном заседании. С учётом мнения государственного обвинителя, действия подсудимого ФИО1 суд квалифицирует по п.«в» ч.2 ст. 158 УК РФ как тайное хищение чужого имущества (кража), с причинением значительного ущерба гражданину, поскольку ФИО1 тайно похитил принадлежащие ФИО3 №1 денежные средства в сумме 55 500 рублей, причинив потерпевшему ущерб на указанную сумму, который для него является значительным. При назначении вида и размера наказания подсудимому суд учитывает характер и степень общественной опасности совершённого им преступления, личность подсудимого, смягчающие и отягчающие его наказание обстоятельства, а также влияние назначенного наказания на исправление осуждённого и на условия его жизни. Заявление ФИО1 от 3 июля 2017 года, в котором он сообщает об обстоятельствах совершения кражи денежных средств ФИО3 №1, суд признаёт в качестве явки с повинной, поскольку после разъяснения подсудимому прав, предусмотренных статьёй 51 Конституции РФ, он добровольно, с соблюдением норм уголовно-процессуального законодательства сообщил компетентному органу о совершённом им преступлении, в отсутствии у органов следствия достаточных данных о совершении преступления подсудимым (л.д. №). К обстоятельствам, смягчающим наказание ФИО1, в соответствии с п.«и» ч.1, ч.2 ст. 61 УК РФ суд относит явку с повинной подсудимого, его чистосердечное раскаяние. ФИО1 совершил умышленное преступление средней тяжести, имея судимости за ранее совершённые умышленные средней тяжести и тяжкие преступления, поэтому суд в соответствии с ч. 1 ст. 18 УК РФ признаёт в его действиях рецидив преступлений. Обстоятельством, отягчающим наказание подсудимого ФИО1, в соответствии с п.«а» ч.1 ст. 63 УК РФ суд признаёт рецидив преступлений, в связи с чем, наказание ему подлежит назначению в соответствии с требованиями ч. 2 ст. 68 УК РФ , и положения ч.1 ст. 62 УК РФ применению не подлежат. ФИО1 совершил умышленное преступление средней тяжести, ранее неоднократно судим за совершение тяжких и средней тяжести преступлений против собственности, по месту регистрации не проживает длительное время, постоянного места жительства не имеет, по месту проживания после освобождения из мест лишения свободы 7 марта 2017 года характеризуется отрицательно, неоднократно привлекался к административной ответственности, а также принимая во внимание обстоятельства дела, смягчающие и отягчающее наказание обстоятельства, мнение потерпевшего, суд считает необходимым назначить ФИО1 меру наказания в виде лишения свободы, так как назначение менее строгого наказания не сможет обеспечить исправление осуждённого, достижение целей уголовного наказания, в том числе предупреждение совершения подсудимым новых преступлений. С учётом личности виновного, обстоятельств совершения преступления, суд считает возможным не назначать подсудимому дополнительное наказание. Оснований для применения ст.ст. , , 15 УК РФ суд не находит. Постановлением Первомайского районного суда г.Пензы от 22 февраля 2017 года ФИО1 освобождён условно-досрочно от отбывания наказания, назначенного по приговору &lt;данные изъяты&gt; районного суда Пензенской области от 8 сентября 2016 года по ч.1 ст. 158 УК РФ , на пять месяцев одиннадцать дней. В течение оставшейся не отбытой части наказания ФИО1 совершил умышленное преступление средней тяжести. Учитывая, что им вновь совершено преступление против собственности, более тяжкое, в состоянии алкогольного опьянения, данные о личности подсудимого, суд в соответствии с п.«б» ч.7 ст. 79 УК РФ считает необходимым отменить условно-досрочное освобождение по приговору &lt;данные изъяты&gt; районного суда Пензенской области от 8 сентября 2016 года и назначить подсудимому наказание по правилам ст. 70 УК РФ . В соответствии с п.«в» ч.1 ст. 58 УК РФ отбывание наказания ФИО1 подлежит в исправительной колонии строгого режима. С учетом изложенного и руководствуясь ст. ст. , , 309 УПК РФ суд ПРИГОВОРИЛ: Признать ФИО1 виновным в совершении преступления, предусмотренного п.«в» ч.2 ст. 158 УК РФ , и назначить ему наказание один год десять месяцев лишения свободы. На основании п.«б» ч.7 ст. 79 УК РФ отменить условно-досрочное освобождение ФИО1 по постановлению Первомайского районного суда г.Пензы от 22 февраля 2017 года от отбывания наказания, назначенного приговором &lt;данные изъяты&gt; районного суда Пензенской области от 8 сентября 2016 года. В соответствии со ст. 70 УК РФ по совокупности приговоров к назначенному ФИО1 наказанию присоединить частично неотбытую часть наказания по приговору &lt;данные изъяты&gt; районного суда Пензенской области от 8 сентября 2016 года - два месяца лишения свободы, и окончательно назначить к отбытию ФИО1 наказание - два года лишения свободы, с отбыванием наказания в исправительной колонии строгого режима. Меру пресечения ФИО1 до вступления приговора в законную силу оставить прежнюю - содержание под стражей. Срок наказания ФИО1 исчислять с 24 августа 2017 года, зачесть в срок отбытия наказания время предварительного содержания под стражей ФИО1 с 3 июля по 23 августа 2017 года. Вещественные доказательства: светокопию залогового билета № от 13 мая 2017 года хранить в уголовном деле. Приговор может быть обжалован в апелляционном порядке в Пензенский областной суд в течение десяти суток со дня его провозглашения, а осуждённым ФИО1 в тот же срок со дня вручения ему копии приговора. В тот же срок, в случае подачи апелляционной жалобы, осуждённый вправе ходатайствовать о своём участии в рассмотрении уголовного дела судом апелляционной инстанции, поручить осуществление своей защиты избранному им защитнику либо ходатайствовать перед судом о назначении защитника для участия в заседании суда апелляционной инстанции. Председательствующий: О.В. Аблаева Суд: Бессоновский районный суд (Пензенская область) (подробнее) Судьи дела: Аблаева О.В. (судья) (подробнее) Последние документы по делу: Приговор от 20 декабря 2017 г. по делу № 1-66/2017 Приговор от 12 ноября 2017 г. по делу № 1-66/2017 Приговор от 30 октября 2017 г. по делу № 1-66/2017 Приговор от 19 сентября 2017 г. по делу № 1-66/2017 Приговор от 18 сентября 2017 г. по делу № 1-66/2017 Приговор от 23 августа 2017 г. по делу № 1-66/2017 Приговор от 13 августа 2017 г. по делу № 1-66/2017 Приговор от 2 июля 2017 г. по делу № 1-66/2017 Приговор от 4 июня 2017 г. по делу № 1-66/2017 Показать все документы по этому делу Судебная практика по: По кражам Судебная практика по применению нормы ст. 158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