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Согласно ст. Кодекса административного судопроизводства Российской Федерации постановления главного судебного пристава Российской Федерации, главного судебного пристава субъекта (главного судебного пристава субъектов) Российской Федерации, старшего судебного пристава, их заместителей, судебного пристава-исполнителя, их действия (бездействие) могут быть оспорены в суде в порядке, установленном гл. 22 Кодекса административного судопроизводства Российской Федерации. Как установлено в судебном заседании и следует из представленных суду доказательств, вступившим в законную силу решением Михайловского районного суда от ДД.ММ.ГГГГ исковые требования ПАО «Сбербанк России» в лице Приморского филиала Приморского отделения № к ФИО2 и ФИО1 удовлетворены, Солидарно с ФИО2 и ФИО1 в пользу ПАО «Сбербанк России» в лице Приморского филиала Приморского отделения № взыскано 845 934 рубля 78 копеек, расходы по оплате государственной пошлины 5829 рублей 50 копеек с каждой. На основании исполнительного документа – исполнительного листа ФС №, выданного на основании решения суда Михайловского районного суда от ДД.ММ.ГГГГ, постановлением судебного пристава – исполнителя ОСП &lt;адрес&gt; ФИО7 от ДД.ММ.ГГГГ возбуждено исполнительное производство №-ИП в отношении должника ФИО1 а также на основании исполнительного документа – исполнительного листа ФС №, выданного на основании решения Михайловского районного суда от ДД.ММ.ГГГГ, постановлением судебного пристава-исполнителя от ДД.ММ.ГГГГ возбуждено исполнительное производство №-ИП в отношении должника ФИО2 В рамках исполнительного производства ИП №-ИП №), возбужденного в отношении ФИО1, в связи с тем, что в срок, предоставленный для добровольного исполнения должник ФИО1 не исполнила требования исполнительного документа, судебным приставом-исполнителем были приняты следующие меры принудительного исполнения: - постановлением от ДД.ММ.ГГГГ объявлен запрет на совершение действий по распоряжению, регистрационных действий в отношении принадлежащего ФИО1 на праве собственности транспортного средства: легкового автомобиля «SUZUKI SWIFT» 2009 года выпуска; кузов №№; № двигателя №; государственный номерной знак №, принадлежащего на праве собственности должнику ФИО1; - постановлением ль ДД.ММ.ГГГГ объявлен запрет на совершение регистрационных действий, действий по исключению из госреестра, а также регистрации ограничений и обременений в отношении части жилого дома, принадлежащего ФИО1, кадастровый №, назначение жилое, общая площадь 72,9 кв.м., этаж 1, адрес: &lt;адрес&gt;; - постановлением от ДД.ММ.ГГГГ объявлен запрет на совершение регистрационных действий, действий по исключению из госреестра, а также регистрации ограничений и обременений в отношении земельного участка, принадлежащего ФИО1, кадастровый №, категория земель: земли населенных пунктов; разрешенное использование: для эксплуатации части жилого дома и приусадебного участка, общая площадь 2314 кв.м.; адрес: &lt;адрес&gt;. - постановлением от ДД.ММ.ГГГГ объявлен запрет на совершение регистрационных действий, действий по исключению из госреестра, а также регистрации ограничений и обременений в отношении квартиры, принадлежащей ФИО1 на праве собственности, кадастровый №, назначение: жилое помещение, общая площадь 58.4 кв.м., этаж 1; адрес: &lt;адрес&gt;, ул. 60 лет ДОСААФ, &lt;адрес&gt;. В отношении указанного выше недвижимого имущества, принадлежащего ФИО1, Управлением Росреестра по &lt;адрес&gt; ДД.ММ.ГГГГ проведена государственная регистрация ограничений (обременения) права, что следует из соответствующих уведомлений Управления от ДД.ММ.ГГГГ. Право собственности ФИО1 на недвижимое имущество, в отношении которого приняты меры принудительного исполнения подтверждается соответствующими свидетельствами о государственной регистрации права, а в отношении транспортного средства паспортом транспортного средства. В отношении должника ФИО2 меры принудительного исполнения не применялись. Не согласившись с принятыми судебным приставом-исполнителем мерами принудительного исполнения, административные истцы обратились в ОСП &lt;адрес&gt; УФССП по &lt;адрес&gt; с заявлением о прекращении исполнительного производства принудительного исполнения по исполнительному производству №-ИП №) в отношении должника ФИО1, и отмене принятых в рамках данного исполнительного производства мер принудительного исполнения, по тем основаниям, что кредитный договор № № от ДД.ММ.ГГГГ согласно справке ПАО «Сбербанк России» от ДД.ММ.ГГГГ закрыт ДД.ММ.ГГГГ, что по их мнению является основанием для прекращения исполнительного производства о отмене мер принудительного исполнения. Постановлением судебного пристава-исполнителя ОСП по &lt;адрес&gt; ФИО7 от ДД.ММ.ГГГГ отказано в удовлетворении заявления (ходатайство) ФИО1 в виду отсутствия оснований для прекращения исполнительного производства и мер принудительного исполнения. В части 2 статьи 62 КАС РФ указано, что обязанность доказывания законности оспариваемых нормативных правовых актов, решений, действий (бездействия) органов, организаций и должностных лиц, наделенных государственными или иными публичными полномочиями, возлагается на соответствующие орган, организацию и должностное лицо. Указанные органы, организации и должностные лица обязаны также подтверждать факты, на которые они ссылаются как на основания своих возражений. Таким образом, законодатель предусмотрел, что удовлетворение требований, рассматриваемых в порядке главы 22 КАС РФ, возможно лишь при наличии одновременно двух обстоятельств: незаконности действий (бездействия) должностного лица (незаконности принятого им или органом постановления) и реального нарушения при этом прав административного истца. В силу ст. 4 Федерального закона от ДД.ММ.ГГГГ N 229-ФЗ "Об исполнительном производстве" исполнительное производство осуществляется на принципах: законности, своевременности совершения исполнительных действий и применения мер принудительного исполнения; уважения чести и достоинства гражданина; неприкосновенности минимума имущества, необходимого для существования должника-гражданина и членов его семьи; соотносимости объема требований взыскателя и мер принудительного исполнения. Соглсно ч.1 с.64 Федерального закона от ДД.ММ.ГГГГ N 229-ФЗ "Об исполнительном производстве" исполнительными действиями являются совершаемые судебным приставом-исполнителем в соответствии с настоящим Федеральным законом действия, направленные на создание условий для применения мер принудительного исполнения, а равно на понуждение должника к полному, правильному и своевременному исполнению требований, содержащихся в исполнительном документе. Судебный пристав-исполнитель вправе совершать следующие исполнительные действия: В соответствии с пунктом 1 статьи 68 Федерального закона от ДД.ММ.ГГГГ N 229-ФЗ "Об исполнительном производстве" мерами принудительного исполнения являются действия, указанные в исполнительном документе, или действия, совершаемые судебным приставом-исполнителем в целях получения с должника имущества, в том числе денежных средств, подлежащих взысканию по исполнительному документу. В соответствии с п.2 ст.43 Федерального закона от ДД.ММ.ГГГГ N 229-ФЗ "Об исполнительном производстве" исполнительное производство прекращается судебным приставом-исполнителем в случаях: 1) принятия судом акта о прекращении исполнения выданного им исполнительного документа; 2) принятия судом отказа взыскателя от взыскания; 3) утверждения судом мирового соглашения, соглашения о примирении между взыскателем и должником; 4) отмены судебного акта, на основании которого выдан исполнительный документ; 5) отмены или признания недействительным исполнительного документа, на основании которого возбуждено исполнительное производство; 6) прекращения по основаниям и в порядке, которые установлены федеральным законом, исполнения судебного акта, акта другого органа или должностного лица по делу об административном правонарушении судом, другим органом или должностным лицом, выдавшими исполнительный документ; 7) внесения записи об исключении юридического лица (взыскателя-организации или должника-организации) из единого государственного реестра юридических лиц; Вместе с тем, каких-либо допустимых доказательств наличия оснований, содержащихся в ч.2 ст.43 вышеназванного Федерального закона, истцовой стороной не представлено. Перечень оснований прекращения исполнительного производства является исчерпывающим и расширенному толкованию не подлежит. Наличие задолженности у ФИО1 и ФИО2, являющихся солидарными должниками, по сводному исполнительному производству составляет 688 536 рублей 50 копеек, что нашло свое подтверждение в судебном заседании и истцами и их представителем не опровергнута. Суду не представлено допустимых доказательств оплаты в полном объеме задолженности ПАО «Сбербанк России», а также ООО «Кредит Инкассо Рус», которому ДД.ММ.ГГГГ ПАО «Сбербанк России» уступил права требования по кредитному договору №№ от ДД.ММ.ГГГГ в размере 845 934 рубля 78 копеек, а также по взысканию государственной пошлины с ФИО1 и ФИО2 по 5829 рублей 50 копеек с каждой, на основании Договора уступки прав (требований) от ДД.ММ.ГГГГ. Таким образом, фактически требования, содержащиеся в исполнительных документах, ФИО1 и ФИО2 не исполнены. Исходя из изложенного, суд приходит к выводу, что оспариваемое постановление судебного пристава - исполнителя является законным, обоснованным, полностью соответствующим положениям Федерального закона №229-ФЗ «Об исполнительном производстве от №102-ФЗ, прав и законных интересов административных истцов не нарушают. Также действиями судебного пристава-исполнителя ФИО7 права и законные интересы административных истцов нарушены не были. Правовые основания для признания незаконными действий судебного пристава-исполнителя, который действовал в рамках исполнительного производства, возбужденного в отношении должника ФИО1, своевременно и в соответствии с законом, в рамках предоставленных законом полномочий, с соблюдением прав и законных интересов участников исполнительного производства. Какие-либо меры принудительного исполнения в рамках исполнительного производства, возбужденного в отношении должника ФИО8, судебным приставом ФИО7 не проводились. Доводы искового заявления и представителя истцов ФИО4 о наличии оснований для прекращения исполнительного производства основаны на неправильном толковании норм материального права. Отсутствие претензий к должникам со стороны ПАО «Сбербанка» также не влечет прекращение исполнительного производства, поскольку ПАО «Сбербанк России» согласно Договору уступки прав (требований) от ДД.ММ.ГГГГ уступило права требования по кредитному договору ООО «Кредит Инкассо Рус», которое вправе обратиться к судебному приставу и в суд с требованием о замене стороны в исполнительном производстве. Уступка прав (требований) и не извещение об этом должников не влияет на обязанность должников исполнить решение суда, поскольку на стадии исполнительного производства личность кредитора не имеет для должников существенного значения. При таких обстоятельствах, оснований для удовлетворения исковых требований у суда не имеется. На основании изложенного, и руководствуясь ст.ст. - 180 КАС РФ , суд решил: В удовлетворении исковых требований ФИО1, ФИО2 к ОСП &lt;адрес&gt; УФССП по &lt;адрес&gt;, УФССП по &lt;адрес&gt;, заинтересованное лицо ПАО «Сбербанк России» о признании незаконными решения, действия (бездействие) судебного пристава-исполнителя ОСП &lt;адрес&gt; УФССП по &lt;адрес&gt;, - отказать. Решение может быть обжаловано в Михайловский районный суд в течение месяца со дня принятия решения судом в окончательной форме, путем подачи апелляционной жалобы через Михайловский районный суд &lt;адрес&gt;. Решение в окончательной форме изготовлено ДД.ММ.ГГГГ. Судья ФИО9 Суд: Михайловский районный суд (Приморский край) (подробнее) Ответчики: отдел судебных приставов Михайловского района УФСПП по Приморскому краю (подробнее) Иные лица: ПАО "Сбербанк" России (подробнее) Судьи дела: Ковшарева Е.Ю. (судья) (подробнее) Последние документы по делу: Решение от 30 ноября 2017 г. по делу № 2А-432/2017 Решение от 23 августа 2017 г. по делу № 2А-432/2017 Решение от 20 апреля 2017 г. по делу № 2А-432/2017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