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1998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 № 1 пальца руки оставлен ногтевой и частью средней фалангой безымянного пальца левой руки и частью ладонной поверхности левой руки гр. ФИО2. След № 2 пальца руки оставлен ногтевой и частью средней фалангой среднего пальца левой руки и частью ладонной поверхности левой руки гр. ФИО2. След № 3 пальца руки оставлен ногтевой и частью средней фалангой указательного пальца левой руки гр. ФИО2. След № 4 пальца руки оставлен ногтевой фалангой указательного пальца правой руки гр.ФИО2. След № 5 пальца руки оставлен ногтевой фалангой большого пальца левой руки гр.ФИО2. След № 6 пальца руки оставлен ногтевой фалангой мизинца пальца левой руки гр.ФИО2. След № 7 пальца руки оставлен ногтевой фалангой безымянного пальца левой руки гр.ФИО2. След № 8 пальца руки оставлен ногтевой фалангой среднего пальца левой руки гр.ФИО2. След № 9 пальца руки оставлен ногтевой и частью средней фалангой указательного пальца левой руки гр. ФИО2. После проведения исследования объекты№№1-3 вместе с бумажным конвертом с биркой упакованы в бумажный конверт, опечатанный тремя бумажными бирками с оттисками печатей «для пакетов № 20\11» УФСКН РФ по СПб и ЛО и снабжены пояснительными надписями. (том 5 л.д. 8-10, 11-14) - заключением эксперта № 930эк-15 от 10.08.2015, согласно которому: 1. На представленных на исследование трех липких лентах, изъятых 22.07.2015 года в ходе проведения обыска по адресу: г. Санкт-Петербург, Красносельский район ул. &lt;адрес&gt;&lt;адрес&gt; дом &lt;№&gt; кв. &lt;№&gt; имеются 7 (семь) следов пальцев рук пригодных для идентификации личности. Каких-либо других следов, пригодных для идентификации личности, на представленных объектах №№1-3 не имеется. След № 1 пальца руки оставлен ногтевой фалангой большого пальца правой руки ФИО2. След №2 пальца руки оставлен ногтевой фалангой безымянного пальца левой руки ФИО2. След № 3 пальца руки оставлен ногтевой фалангой среднего пальца левой руки ФИО2. След № 4 пальца руки оставлен ногтевой и частью средней фалангой указательного пальца правой руки гр. ФИО2. След №5 пальца руки оставлен ногтевой и частью средней фалангой среднего пальца правой руки гр. ФИО2. След № 6 пальца руки оставлен ногтевой и частью средней фалангой безымянного пальца правой руки гр. ФИО2. След № 7 пальца руки оставлен ногтевой фалангой мизинца правой руки гр. ФИО2. После проведения исследования объекты№№1-3 вместе с бумажным конвертом с биркой упакованы в бумажный конверт, опечатанный тремя бумажными бирками с оттисками печатей «для пакетов № 20\11» УФСКН РФ по СПб и ЛО и снабжены пояснительными надписями. (том 5 л.д. 25-27, 28-29) - заключением эксперта № 931эк-15 от 04.08.2015, согласно которому: 1-2. На поверхности стеклянного бокала, изъятого (согласно тексту постановления) 22.07.2015, в ходе обыска по адресу: Санкт-Петербург, ул. &lt;адрес&gt;&lt;адрес&gt; дом &lt;№&gt; кв. &lt;№&gt; имеются 2 (два) следа пальцев рук пригодных для идентификации личности. Других следов, пригодных для идентификации личности, на представленных объектах не имеется. След № 1 пальца руки оставлен указательным пальцем правой руки ФИО2. След № 2 пальца руки оставлен большим пальцем правой руки ФИО2. После проведения исследования объекты были помещены в картонную коробку, оклеенную в местах доступа и опечатанную, бирками из бумаги с оттисками круглой печати с текстом «для пакетов № 20\1» УФСКН РФ по СПБ и ЛО. (том 5 л.д. 39-40, 41-42) - протоколом осмотра предметов и постановление о признании и приобщении к уголовному делу вещественных доказательств от 14.12.2016 – три липких ленты, изъятые 22.07.2015 года в ходе проведения досмотра автомобиля &lt;...&gt; г.з. &lt;№&gt;, припаркованного у дома &lt;№&gt; по ул. &lt;адрес&gt; в Красносельском районе г. СПб; три липких ленты, изъятые 22.07.2015 года в ходе проведения обыска по адресу: г. Санкт-Петербург, Красносельский район ул.&lt;адрес&gt;&lt;адрес&gt;, дом &lt;№&gt; кв. &lt;№&gt;; стеклянный бокал, и объекты изъятые 22.07.2015, в ходе обыска по адресу: Санкт-Петербург, ул. &lt;адрес&gt;&lt;адрес&gt; дом &lt;№&gt; кв. &lt;№&gt;. Упакованы в полимерный пакет, опечатанный бумажной биркой с оттиском печати ГСУ ГУ МВД России с пояснительной надписью «вещественные доказательства по уголовному делу № 376777», скрепленные подписью понятых. (том 5 л.д. 46-48, 49-52, 53) - вещественными доказательствами – тремя липкими лентами, изъятыми 22.07.2015 года в ходе проведения досмотра автомобиля &lt;...&gt; г.з. &lt;№&gt;, припаркованного у дома &lt;№&gt; ул. &lt;адрес&gt; в Красносельском районе г. СПб; три липких ленты, изъятые 22.07.2015 года в ходе проведения обыска по адресу: г. Санкт-Петербург, Красносельский район ул. &lt;адрес&gt;&lt;адрес&gt; дом &lt;№&gt; кв. &lt;№&gt;; стеклянный бокал, и объекты изъятые 22.07.2015, в ходе обыска по адресу: Санкт-Петербург, ул. &lt;адрес&gt;&lt;адрес&gt;, дом &lt;№&gt; упакованы в полимерный пакет, опечатанный бумажной биркой с оттиском печати ГСУ ГУ МВД России с пояснительной надписью «вещественные доказательства по уголовному делу № 376777», скрепленные подписью понятых. были сданы в камеру хранения вещественных доказательств (&lt;...&gt;) по квитанции № 690-16. (том 5 л.д. 53) -протоколом осмотра предметов и постановление о признании и приобщении к уголовному делу вещественных доказательств от 06.08.2015 – первоначальная упаковка (согласно заключению экспертизы № 932эк-15 от 06.08.2015) упакована в полимерный пакет опечатанный печатью № 20\1 для пакетов УФСКН РФ по СПБ и ЛО. (том 4 л.д 237-238, 239-240) -вещественными доказательствами - первоначальной упаковкой (согласно заключению экспертизы № 932эк-15 от 06.08.2015) упакована в полимерный пакет опечатанный печатью № 20\1 для пакетов УФСКН РФ по СПБ и ЛО. Сданы по квитанции № 1033-15 в камеру хранения по адресу: &lt;...&gt;. (том 4 л.д. 241) - протоколом осмотра предметов и постановлением о признании и приобщении к уголовному делу вещественных доказательств от 19.08.2015 – автомобиля &lt;...&gt; государственный номер &lt;№&gt; принадлежащий С. А. В., который передан на ответственное хранение законному владельцу С. А.В. (том 2 л.д. 161,162) - вещественным доказательством - автомобилем &lt;...&gt; государственный номер &lt;№&gt; принадлежащий С. А. В.. (том 2 л.д. 163, 164) Виновность ФИО3 подтверждается следующими исследованными доказательствами: - показаниями свидетеля Ц. Ю.В. в судебном заседании о том, что 02.07.2015 года в вечернее время после осуществления оперативно-розыскного мероприятия «наблюдение» оперативными сотрудниками были задержаны по подозрению в совершении преступления, предусмотренного ст. ч. 2 УК РФ ФИО7 и Ц. М. А.. Данные граждане были доставлены в ОС-4 УФСКН России по Санкт-Петербургу и Ленинградской области по адресу: Санкт-Петербург, пр. Обуховской Обороны, дом 21, корп. 2. 02.07.2015 ей было поручено проведение личного досмотра ФИО3, в ходе которого присутствующим были разъяснены их права и обязанности и в их присутствии и в присутствии понятых женского пола у ФИО3 было обнаружено и изъято из бюстгальтера - сверток из прозрачного полиэтилена с порошкообразным веществом светло-бежевого цвета, который был упакован и опечатан бумажной биркой с пояснительной надписью и скреплен печатью и подписью понятых. ФИО3 пояснила, что наркотическое средство, которое было у нее обнаружено и изъято было приобретено в этот же день незадолго до ее задержания. Наркотики ФИО3 приобрела у молодого человека по имени «П Д.», также ФИО3 сообщила номер телефон П Д.Л. для связи с ним. По данному факту был составлен протокол, в который все действия последовательно были записаны, после чего все присутствующие лица и понятые после ознакомления с ним расписались. - показаниями свидетеля Х. Д.А на предварительном следствии, оглашенными в соответствии со ст. ч. 1 УПК РФ о том, что в составе группы оперативных сотрудников УФСКН России по г. Санкт-Петербургу и Ленинградской области на основании материалов проверки оперативной информации о том, что Ц. М.А. и ФИО8 проживающие по адресу: г. Санкт-Петербург ул. &lt;адрес&gt;, д. &lt;№&gt;, будут незаконно хранить психотропное вещество амфетамин в крупном размере, находясь возле дома &lt;№&gt; по ул. &lt;адрес&gt;, г. Санкт-Петербурга. Психотропное вещество они получат при встрече с поставщиком по имени «Дима», проживающим по адресу: г. Санкт-Петербург ул. &lt;адрес&gt;&lt;адрес&gt;, д. &lt;№&gt;, корп. 1, кв. &lt;№&gt;. С этой целью он и Р. С.В. 02.07.2015 года в вечернее время около 19 часов 20 минут осуществляли оперативно-розыскное мероприятие «наблюдение» за территорией, прилегающей к дому дома &lt;№&gt; по ул. &lt;адрес&gt; г. Санкт-Петербурга. За время наблюдения было установлено следующее: около 19 часов 20 минут из первого подъезда дома &lt;№&gt; по ул. &lt;адрес&gt; вышли Ц. М.А. и ФИО3 (ФИО8), и скрылись за углом на автомобиле &lt;...&gt; синего цвета с номером указанным в материалах уголовного дела. Было принято решение продолжить ОРМ «наблюдение» на лестничной площадке за квартирой проживания Ц. М.А. и ФИО3(ФИО8). Через некоторое время, около 19 часов 35 минут, в ходе осуществления ОРМ наблюдая за лестничной площадкой у кв. &lt;№&gt; по ул. &lt;адрес&gt; заметили открывающиеся двери лифта и на площадке появились двое человек (парень и девушка), когда они подошли к двери квартиры, за которой осуществлялось наблюдение № 31, они были задержаны, по подозрению в совершении преступления, предусмотренного ст. ч. 2 УК РФ. Личность задержанных молодого человека и девушки была установлена документами. Задержанными оказались ФИО3 (ФИО8) &lt;дата&gt; г.р., зарегистрированная по адресу &lt;адрес&gt; и проживающая по адресу г. Санкт-Петербург ул. &lt;адрес&gt; д. &lt;№&gt; Ц. М. А. &lt;дата&gt; г.р. зарегистрированный и проживающий по адресу г. Санкт-Петербург ул. &lt;адрес&gt; д&lt;№&gt;. Данные граждане были доставлены в ОС-4 УФСКН России по Санкт-Петербургу и Ленинградской области по адресу: Санкт-Петербург, Обуховской Обороны дом 21 корп. 2. Затем в присутствии понятых сотрудником женского пола был произведён личный досмотр ФИО3 (ФИО8) в ходе досмотра, у которой был обнаружен и изъят свёрток из прозрачного полиэтилена с порошкообразным веществом светло-бежевого цвета. При изъятии (ФИО9) ФИО8 пояснила, что данный амфетамин (метамфетамин), который изъяли она получила от П Д. и все изъятое у нее принадлежит ей лично. Также у нее был изъят сотовый телефон. По окончании досмотра был составлен протокол, в котором все присутствующие после ознакомления с ним расписались. По результатам исследования установлено, что данное вещество является смесью содержащей наркотическое средство – метамфетамин (первитин). Также в присутствии понятых им был произведён личный досмотр Ц. М.А. в ходе досмотра, у которого запрещенных в гражданском обороте средств и веществ обнаружено не было, был изъят сотовый телефон с сим-картой и абонентским номером № &lt;№&gt;. По фактам личного досмотра вышеуказанных лиц были составлены соответствующие протоколы с участием понятых, которые после осмотра ознакомились с протоколами и расписались в них. Далее, ему стало известно, что по поручению следователя оперативным сотрудником К. Е.А. принимавшим участие в данном ОРМ был проведен обыск по адресу кв. &lt;№&gt; по ул. &lt;адрес&gt; г. Санкт-Петербург, в ходе которого ничего запрещенного в гражданском обороте обнаружено не было. После проведения опросов ФИО3 (ФИО10) и Ц. М.А. было установлено, что ФИО3 (ФИО10) получила наркотическое средство, которое было у нее обнаружено и изъято, 02.07.2015 было приобретено ею в этот же день незадолго до ее задержания. Наркотики ФИО3 приобрела у молодого человека по имени «П Д.», также она сообщила его телефон для связи с ним. Личность данного молодого человека была установлена П Д. Л. &lt;дата&gt; г.р. проживающий по адресу: г. Санкт-Петербург &lt;адрес&gt;&lt;адрес&gt;, д&lt;№&gt;. В ходе ОРМ было принято решение 03.07.2015 в период с 08 час. 00 мин. по 08 час. 50 мин., осуществлять оперативно-розыскное мероприятие «наблюдение», на лестничной площадке у кв. &lt;№&gt; ул. &lt;адрес&gt;&lt;адрес&gt; г. Санкт-Петербурга. В ходе ОРМ «Наблюдение» как стало известно, на лестничной площадке при выходе из квартиры № &lt;№&gt; по ул. &lt;адрес&gt;&lt;адрес&gt; в Красносельском районе города Санкт-Петербурга 03 июля 2015 г. в 08 час. 50 мин. по подозрению в совершении преступления, предусмотренного ст. 228.1 ч. 4 п. «г» УК РФ был задержан гражданин П Д. Л.. Данный гражданин был досмотрен, в ходе досмотра у него запрещенных веществ обнаружено не было. После этого по поручению следователя был проведен обыск по месту жительства гр. П Д.Л. по адресу: г. Санкт-Петербург &lt;адрес&gt;&lt;адрес&gt;, д. &lt;№&gt; кв. &lt;№&gt;, в ходе которого было обнаружено и изъято: свёрток из прозрачного полимерного пакета с порошкообразным веществом светлого цвета. По результатам исследования установлено, что данное вещество является смесью, содержащей наркотическое средство – метамфетамин (первитин). (том 3 л.д. 117-120) - показаниями свидетеля Р. С.В. в судебном заседании и на предварительном следствии, оглашенными в соответствии со ст. ч. 3 УПК РФ о том, что в составе группы оперативных сотрудников УФСКН России по г. Санкт-Петербургу и Ленинградской области на основании материалов проверки оперативной информации о том, что Ц. М.А и ФИО8, проживающие по адресу: г. Санкт-Петербург ул. &lt;адрес&gt; д. &lt;№&gt;, будут незаконно хранить психотропное вещество амфетамин в крупном размере, находясь возле дома &lt;№&gt; по ул. &lt;адрес&gt;, г. Санкт-Петербурга. Психотропное вещество они получат при встрече с поставщиком по имени «Дима» проживающим по адресу: г. Санкт-Петербург ул. &lt;адрес&gt;&lt;адрес&gt;, д&lt;№&gt;, кв. &lt;№&gt;. С этой целью 02.07.2015 года в вечернее время около 19 часов 20 минут осуществляли оперативно-розыскное мероприятие «Наблюдение», за территорией прилегающей к дому дома 8 корп. 2 по ул. &lt;адрес&gt; г. Санкт-Петербурга. За время наблюдения было установлено следующее: около 19 часов 20 минут из первого подъезда дома &lt;№&gt; ул. &lt;адрес&gt; вышли Ц. М.А. и ФИО3 (ФИО8), и скрылись за углом на автомобиле BMW синего цвета с номером указанным в документах материалах уголовного дела синего цвета. Ими было принято решение продолжить ОРМ «Наблюдение» на лестничной площадке за квартирой проживания Ц. М.А. и ФИО3(ФИО8). Через некоторое время, около 19 часов 35 минут, в ходе осуществления ОРМ совместно с Д.А. Х. стали наблюдать за лестничной площадкой у кв. &lt;№&gt; по ул. &lt;адрес&gt; увидел открывающиеся двери лифта и на площадке, за которой наблюдали в 19 часов 50 минут появились парень и девушка, когда они подошли к двери квартиры &lt;№&gt;, за которой мы наблюдали, в этот момент они были задержаны, по подозрению в совершении преступления, предусмотренного ст. ч. 2 УК РФ. Личность молодого человека и девушки была установлена документами. Задержанными оказались ФИО3 (ФИО8) &lt;дата&gt; г.р., зарегистрированная по адресу &lt;адрес&gt; и проживающая по адресу г. Санкт-Петербург ул. &lt;адрес&gt;, д. &lt;№&gt; и Ц. М. А. &lt;дата&gt; г.р. зарегистрированный и проживающий по адресу г. Санкт-Петербург ул. &lt;адрес&gt;, д. &lt;№&gt;. Данные граждане были доставлены в ОС-4 УФСКН России по Санкт-Петербургу и Ленинградской области по адресу: Санкт-Петербург, Обуховской Обороны дом 21 корп. 2. ФИО3 была доставлена в ОС-4 в 20 часов 45 минут 02.07.2015 года, а Ц. М.А. был доставлен в ОС-4 в 21 час 27 минут 03.07.2015. В присутствии понятых 02.07.2015 сотрудником Ц. Ю.В. был произведён личный досмотр ФИО3 (ФИО8) в ходе досмотра, у которой был обнаружен и изъят свёрток из прозрачного полиэтилена с порошкообразным веществом светло-бежевого цвета. При изъятии ФИО3 (ФИО8) пояснила, что данный амфетамин (метамфетамин), который у нее изъяли она получила от П Д. и все изъятое у нее принадлежит ей лично. Также у нее был изъят сотовый телефон. По окончании досмотра был составлен протокол, в котором все присутствующие после ознакомления с ним расписались. По результатам исследования установлено, что данное вещество является смесью содержащей наркотическое средство – метамфетамин (первитин). Также 02.07.2015 в присутствии понятых оперативным сотрудником мужского пола Д.А. Х. был произведён личный досмотр Ц. М.А. в ходе досмотра, у которого запрещенных в гражданском обороте средств и веществ обнаружено не было, был изъят сотовый телефон с сим-картой. По фактам личного досмотра вышеуказанных лиц были составлены соответствующие протоколы с участием понятых, которые после осмотра ознакомились с протоколами и расписались в них. Также данные граждане были направлены на медицинское освидетельствование, в ходе которого у них не было обнаружено в проведенных анализах наркотических средств и психотропных веществ. Алкогольного опьянения у них также не зафиксировано. По поручению следователя 04.07.2015 оперативным сотрудником К. Е.А. принимавшим участие в данном ОРМ был проведен обыск по адресу кв. &lt;№&gt; по ул. &lt;адрес&gt; г. Санкт-Петербург, в ходе которого ничего запрещенного в гражданском обороте обнаружено не было. После проведения опросов ФИО3 (ФИО10) и Ц. М.А. было установлено, что ФИО3 (ФИО10) наркотическое средство, которое было у нее обнаружено и изъято, 02.07.2015 она приобрела в этот же день незадолго до ее задержания. Наркотики она приобрела у молодого человека по имени «П Д.», также она сообщила его телефон для связи с ним. Личность данного молодого человека была установлена П Д. Л. &lt;дата&gt; г.р. зарегистрированный по адресу: г. Санкт-Петербург, &lt;адрес&gt;, проживающий по адресу: г. Санкт-Петербург &lt;адрес&gt;&lt;адрес&gt; д&lt;№&gt;. В ходе ОРМ было принято решение 03.07.2015 в период с 08 час. 00 мин. по 08 час. 50 мин., им и Е.А. К. осуществлять оперативно-розыскное мероприятие «Наблюдение», на лестничной площадке у кв. &lt;№&gt; дома &lt;№&gt; ул. &lt;адрес&gt;&lt;адрес&gt; г. Санкт-Петербурга. В ходе ОРМ «Наблюдение» на лестничной площадке при выходе из квартиры № &lt;№&gt; 03.07.2015 г. в 08 час. 50 мин. дома &lt;№&gt; ул. &lt;адрес&gt;&lt;адрес&gt; в Красносельском районе города Санкт-Петербурга, по подозрению в совершении преступления, предусмотренного ст. 228.1 ч. 4 п. «г» УК РФ был задержан гражданин П Д. Л. &lt;дата&gt; г.р. зарегистрированный по адресу: г. Санкт-Петербург &lt;адрес&gt;, проживающий по адресу: г. Санкт-Петербург &lt;адрес&gt;&lt;адрес&gt; д. 68 корп. 1 кв. &lt;№&gt;. В ходе личного досмотра сотрудником К. Е.А. у П Д.Л. запрещенных в гражданском обороте веществ и средств обнаружено не было. Были изъяты два сотовых телефона с сим-картами оператора сотовой связи «Билайн». По окончании досмотра был составлен протокол, в котором все присутствующие лица после ознакомления с ним расписались. Также П Д.Л. был направлен на медицинское освидетельствование, в ходе которого у него запрещенных веществ обнаружено не было. После этого по поручению следователя им был проведен обыск по месту жительства П Д.Л. по адресу: г. Санкт-Петербург &lt;адрес&gt;&lt;адрес&gt; д. &lt;№&gt;. &lt;№&gt;, в ходе которого был обнаружен в комнате в шкафу и изъят свёрток из прозрачного полимерного пакета с порошкообразным веществом светлого цвета. По поводу обнаруженного П Д.Л. пояснил, что данный пакет видит впервые и он ему не принадлежит. Данный пакет был упакован и опечатан печатью, бирка скреплена подписью понятых и пояснительной надписью. По данному поводу был составлен протокол, в котором все присутствующие и понятые расписались после его прочтения. По результатам исследования установлено, что данное вещество является смесью содержащей наркотическое средство – метамфетамин (первитин). (том 3 л.д. 74-79) - показаниями свидетеля К. Н.В. в судебном заседании и на предварительном следствии, оглашенными в соответствии со ст. ч. 3 УПК РФ о том, что в составе группы оперативных сотрудников УФСКН России по г. Санкт-Петербургу и Ленинградской области на основании материалов проверки оперативной информации о том, что Ц. М.А. и ФИО8, проживающие по адресу: г. Санкт-Петербург ул. &lt;адрес&gt;, д&lt;№&gt;, будут незаконно хранить психотропное вещество амфетамин в крупном размере, находясь возле дома &lt;№&gt; ул. &lt;адрес&gt;, г. Санкт-Петербурга. Психотропное вещество они получат при встрече с поставщиком по имени «Дима» проживающим по адресу: г. Санкт-Петербург ул. &lt;адрес&gt;&lt;адрес&gt;, д. &lt;№&gt; кв. &lt;№&gt;. С этой целью 02.07.2015 года в вечернее время около 19 часов 20 минут осуществляли оперативно-розыскное мероприятие «Наблюдение», за территорией прилегающей к дому дома &lt;№&gt; по ул. &lt;адрес&gt; г. Санкт-Петербурга. За время наблюдения было установлено следующее: около 19 часов 20 минут из первого подъезда дома &lt;№&gt; по ул. &lt;адрес&gt; вышли Ц. М.А. и ФИО3 (ФИО8), и скрылись за углом на автомобиле &lt;...&gt; синего цвета с номером указанным в материалах уголовного дела синего цвета. Было принято решение продолжить ОРМ «Наблюдение» на лестничной площадке за квартирой проживания Ц. М.А. и ФИО3(ФИО8) В 19 часов 50 минут они заметили двоих человек (парня и девушку), когда они подошли к двери квартиры № &lt;№&gt;, то были задержаны, по подозрению в совершении преступления, предусмотренного ст. ч. 2 УК РФ. Личность задержанных - молодого человека и девушки была установлена документами. Задержанными оказались ФИО3 (ФИО8) &lt;дата&gt; г.р., зарегистрированная по адресу &lt;адрес&gt; и проживающая по адресу г. Санкт-Петербург ул. &lt;адрес&gt; д. &lt;№&gt; и Ц. М. А. &lt;дата&gt; г.р. зарегистрированный и проживающий по адресу г. Санкт-Петербург ул. &lt;адрес&gt;, д. &lt;№&gt; После проведения всех ОРМ данные граждане были доставлены в ОС-4 УФСКН России по Санкт-Петербургу и Ленинградской области по адресу: Санкт-Петербург, пр. Обуховской Обороны, дом 21, корп. 2. Затем в присутствии понятых 02.07.2015 сотрудником женского пола был произведён личный досмотр ФИО3 (ФИО8) в ходе досмотра, у которой был обнаружен и изъят свёрток из прозрачного полиэтилена с порошкообразным веществом светло-бежевого цвета. При изъятии ФИО3 (ФИО8) пояснила, что данный амфетамин (метамфетамин), который у нее изъяли она получила от П Д. и все изъятое у нее принадлежит ей лично. По окончании досмотра был составлен протокол, в котором все присутствующие после ознакомления с ним расписались. По результатам исследования установлено, что данное вещество является смесью содержащей наркотическое средство – метамфетамин (первитин). Также в присутствии понятых оперативным сотрудником мужского пола Д.А.Х. был произведён личный досмотр Ц. М.А. в ходе досмотра 02.07.2015, у которого запрещенных в гражданском обороте средств и веществ обнаружено не было. В ходе медицинского освидетельствования у задержанных не было обнаружено признаков наркотического опьянения. Задержанные пояснили, что наркотические средства и психотропные вещества они не употребляют. После проведения опросов ФИО3 (ФИО10) и Ц. М.А. было установлено, что ФИО3 (ФИО10) получила наркотическое средство, которое было у нее обнаружено и изъято, 02.07.2015 было приобретено ею в этот же день незадолго до ее задержания. Наркотики она приобрела у «П Д.», также она сообщила его телефон для связи с ним. По оперативной информации полученной нами имя указанного человека совпадало с именем указанным ФИО9 (ФИО10) поэтому было принято решение продолжить ОРМ с целью изобличения последующего сбытчика наркотических средств. В ходе проверки было установлено, что данным лицом по имени «Дима» является - П Д. Л. &lt;дата&gt; г.р. зарегистрированный по адресу: г. Санкт-Петербург &lt;адрес&gt;, проживающий по адресу: г. Санкт-Петербург &lt;адрес&gt;&lt;адрес&gt; д. &lt;№&gt; кв. &lt;№&gt;. По поручению следователя был проведен обыск по адресу кв. &lt;№&gt; по ул. &lt;адрес&gt; г. Санкт-Петербург, в ходе которого запрещенного в гражданском обороте обнаружено не было. Было принято решение осуществлять оперативно-розыскное мероприятие «Наблюдение», на лестничной площадке у кв. &lt;№&gt; ул. &lt;адрес&gt;&lt;адрес&gt; г. Санкт-Петербурга. В ходе ОРМ «Наблюдение» 03 июля 2015 г. на лестничной площадке при выходе из квартиры &lt;№&gt;, дома &lt;№&gt; ул. &lt;адрес&gt;&lt;адрес&gt; в Красносельском районе города Санкт-Петербурга, по подозрению в совершении преступления, предусмотренного ст. 228.1 ч. 4 п. «г» УК РФ был задержан П Д. Л.. В ходе личного досмотра у П Д.Л. запрещенных в гражданском обороте веществ и средств обнаружено не было. Были изъяты два сотовых телефона с сим-картами оператора сотовой связи «Билайн». По окончании досмотра был составлен протокол, в котором все присутствующие лица после ознакомления с ним расписались. После этого по поручению следователя 03.07.2015 им был проведен обыск по месту жительства П Д.Л. по адресу: г. Санкт-Петербург &lt;адрес&gt;&lt;адрес&gt;, д. &lt;№&gt;. &lt;№&gt;, в ходе которого был обнаружен и изъят свёрток из прозрачного полимерного пакета с порошкообразным веществом светлого цвета. По поводу обнаруженного П Д.Л. пояснил, что данный пакет видит впервые и он ему не принадлежит. Данный пакет был упакован и опечатан печатью, бирка скреплена подписью понятых и пояснительной надписью. По данному поводу был составлен протокол, в котором все присутствующие и понятые расписались после его прочтения. По результатам исследования установлено, что данное вещество является смесью содержащей наркотическое средство – метамфетамин (первитин). (том 3 л.д. 121-125) - показаниями свидетеля К. Е.А. в судебном заседании и на предварительном следствии, оглашенными в соответствии со ст. ч. 3 УПК РФ о том, что в составе группы оперативных сотрудников УФСКН России по г. Санкт-Петербургу и Ленинградской области на основании материалов проверки оперативной информации о том, что Ц. М.А. и ФИО8, проживающие по адресу: г. Санкт-Петербург ул. &lt;адрес&gt;, д. &lt;№&gt;, будут незаконно хранить психотропное вещество амфетамин (метамфетамин) в крупном размере, находясь возле дома &lt;№&gt; по ул. &lt;адрес&gt;, г. Санкт-Петербурга. Психотропное вещество они получат при встрече с поставщиком по имени «Дима» проживающим по адресу: г. Санкт-Петербург ул. &lt;адрес&gt;&lt;адрес&gt; д&lt;№&gt; кв. &lt;№&gt;. С этой целью 02.07.2015 года в вечернее время после осуществления оперативно-розыскного мероприятия «Наблюдение» оперативными сотрудниками были задержаны, по подозрению в совершении преступления, предусмотренного ст. ч. 2 УК РФ. Задержанными оказались ФИО3 (ФИО8) и Ц. М. А.. После проведения опросов ФИО3 (ФИО10) и Ц. М.А. было установлено, что ФИО3 (ФИО10) получила наркотическое средство, которое было у нее обнаружено и изъято, 02.07.2015 было приобретено ею в этот же день незадолго до ее задержания. Наркотики она приобрела у молодого человека по имени «П Д.», также она сообщила его телефон для связи с ним. Личность данного молодого человека была установлена П Д. Л. &lt;дата&gt; г.р. зарегистрированный по адресу: г. Санкт-Петербург &lt;адрес&gt;, проживающий по адресу: г. Санкт-Петербург &lt;адрес&gt;&lt;адрес&gt; д. &lt;№&gt; кв. &lt;№&gt;. В ходе ОРМ было принято решение 03.07.2015 в период с 08 час. 00 мин. по 08 час. 50 мин., им совместно с Р. С.В. осуществлять оперативно-розыскное мероприятие «Наблюдение», на лестничной площадке у кв. &lt;№&gt; дома &lt;№&gt; ул. &lt;адрес&gt;&lt;адрес&gt; г. Санкт-Петербурга. В ходе ОРМ «Наблюдение» 03 июля 2015 г. в 08 час. 50 мин. на лестничной площадке при выходе из квартиры &lt;№&gt; дома &lt;№&gt; по ул. &lt;адрес&gt;&lt;адрес&gt; в Красносельском районе города Санкт-Петербурга, по подозрению в совершении преступления, предусмотренного ст. 228.1 ч. 4 п. «г» УК РФ был задержан П Д. Л., который был доставлен по адресу &lt;...&gt;, где им был проведен личный досмотр П Д.Л., в ходе которого у него запрещенных в гражданском обороте веществ и средств обнаружено не было. Были изъяты два сотовых телефона с сим-картами оператора сотовой связи «Билайн». По окончании досмотра был составлен протокол, в котором все присутствующие лица после ознакомления с ним расписались. После стало известно, что у П Д.Л. дома был проведен обыск по адресу: г. Санкт-Петербург, &lt;адрес&gt;&lt;адрес&gt;, &lt;№&gt;. &lt;№&gt;, в ходе которого был обнаружен и изъят свёрток из прозрачного полимерного пакета с порошкообразным веществом светлого цвета. По результатам исследования установлено, что данное вещество является смесью содержащей наркотическое средство – метамфетамин (первитин). 04.07.2015 ему было поручено проведение обыска по адресу кв. &lt;№&gt;. 2 по ул. &lt;адрес&gt; г. Санкт-Петербург, в ходе которого ничего запрещенного в гражданском обороте мною обнаружено не было. (том 3 л.д. 96-99) - показаниями свидетеля М. С.Ю. в судебном заседании и на предварительном следствии, оглашенными в соответствии со ст. ч. 3 УПК РФ о том, что в состав оперативных сотрудников УФСКН России по г. Санкт-Петербургу и Ленинградской области, на основании материалов проверки оперативной информации о том, что Ц. М.А. и ФИО8, проживающие по адресу: г. Санкт-Петербург ул. &lt;адрес&gt;, д. &lt;№&gt;, кор. 2, кв. &lt;№&gt;, будут незаконно хранить психотропное вещество амфетамин в крупном размере, находясь возле дома &lt;№&gt; по ул. &lt;адрес&gt;, г. Санкт-Петербурга. Психотропное вещество они получат при встрече с поставщиком по имени «Дима» проживающим по адресу: г. Санкт-Петербург ул. &lt;адрес&gt;&lt;адрес&gt;, д. &lt;№&gt;, кв. &lt;№&gt;. С этой целью 02.07.2015 года в вечернее время около 19 часов 20 минут осуществлялось оперативно-розыскное мероприятие «Наблюдение», за территорией прилегающей к дому дома &lt;№&gt; ул. &lt;адрес&gt; г. Санкт-Петербурга. За время наблюдения было установлено следующее: около 19 часов 20 минут из первого подъезда дома &lt;№&gt; по ул. &lt;адрес&gt; вышли Ц. М.А. и ФИО3 (ФИО8), и скрылись за углом на автомобиле &lt;...&gt;. Было принято решение продолжить ОРМ «Наблюдение» на лестничной площадке за квартирой проживания Ц. М.А. и ФИО3(ФИО8). Около 19 часов 35 минут, в ходе осуществления ОРМ нами при проведении наблюдения за лестничной площадкой у кв. &lt;№&gt; ул. &lt;адрес&gt; и 19 часов 50 минут у квартиры 31, были задержаны, по подозрению в совершении преступления, предусмотренного ст. ч. 2 УК РФ. Задержанными оказались ФИО3 (ФИО8) и Ц. М. А., которые были доставлены в ОС-4 УФСКН России по Санкт-Петербургу и Ленинградской области по адресу: Санкт-Петербург, Обуховской Обороны, дом 21, корп. 2. В присутствии понятых был произведён личный досмотр ФИО3 (ФИО8) у которой был обнаружен и изъят свёрток из прозрачного полиэтилена с порошкообразным веществом светло-бежевого цвета. ФИО3 (ФИО8) пояснила, что данный амфетамин (метамфетамин), который у нее изъяли она получила от П Д.. По результатам исследования установлено, что данное вещество является смесью содержащей наркотическое средство – метамфетамин (первитин). Также в присутствии понятых оперативным сотрудником мужского пола Д.А. Х. был произведён личный досмотр Ц. М.А. у которого запрещенных в гражданском обороте средств и веществ обнаружено не было. В ходе медицинского освидетельствования у задержанных не было обнаружено признаков наркотического опьянения. Задержанные пояснили, что наркотические средства и психотропные вещества они не употребляют. После проведения опросов ФИО3 (ФИО10) и Ц. М.А. было установлено, что ФИО3 (ФИО10) получила наркотическое средство, которое было у нее обнаружено и изъято 02.07.2015. Наркотики она приобрела у «П Д.». Было принято решение продолжить ОРМ с целью изобличения последующего сбытчика наркотических средств. В ходе проверки был установлен П Д.Л., который был задержан оперативными сотрудниками. (том 3 л.д. 100-103) - показаниями свидетеля Т. Ф.Т. в судебном заседании и на предварительном следствии, оглашенными в соответствии со ст. ч. 3 УПК РФ о том, что в составе группы оперативных сотрудников УФСКН России по г. Санкт-Петербургу и Ленинградской области на основании материалов проверки оперативной информации о том, что Ц. М.А. и ФИО8, проживающие по адресу: г. Санкт-Петербург ул. &lt;адрес&gt; д. &lt;№&gt;, будут незаконно хранить психотропное вещество амфетамин в крупном размере, находясь возле дома &lt;№&gt; ул. &lt;адрес&gt;, г. Санкт-Петербурга. Психотропное вещество они получат при встрече с поставщиком по имени «Дима» проживающим по адресу: г. Санкт-Петербург ул. &lt;адрес&gt;&lt;адрес&gt;, д. &lt;№&gt; кв. &lt;№&gt;. Ему стало известно, что в ходе ОРМ «Наблюдение» на лестничной площадке при выходе из квартиры № &lt;№&gt; 03 июля 2015 г. в 08 час. 50 мин. в доме &lt;№&gt; по ул. &lt;адрес&gt;&lt;адрес&gt; в Красносельском районе города Санкт-Петербурга, по подозрению в совершении преступления, предусмотренного ст. 228.1 ч. 4 п. «г» УК РФ был задержан гражданин П Д. Л. &lt;дата&gt; г.р. зарегистрированный по адресу г. Санкт-Петербург &lt;адрес&gt;, проживающий по адресу: г. Санкт-Петербург &lt;адрес&gt;&lt;адрес&gt; д. &lt;№&gt; кв. &lt;№&gt;. (том 3 л.д. 93-95) - показаниями свидетеля В. В.В. на предварительном следствии, оглашенными в соответствии со ст. ч. 1 УПК РФ о том, что 03.07.2015 она была приглашена для участия в качестве понятой при обыске квартиры &lt;№&gt;, &lt;№&gt; ул. &lt;адрес&gt;&lt;адрес&gt; в Санкт-Петербурге. Сотрудником полиции, проводившим обыск были разъяснены права и обязанности понятых, после чего был проведен обыск в указанной квартире. Обыск проводился с участием задержанного П Д.. П Д.Л. было предъявлено постановление о проведении обыска с которым он ознакомился. В ходе обыска квартиры был обнаружен и изъят пакет с веществом светлого цвета. Пакет с веществом был упакован в полиэтиленовый пакет и опечатан биркой с печатью. Также в ходе обыск экспертом были изъяты липкие ленты со следами пальцев рук. По окончании обыска был составлен протокол, в котором после прочтения все участвующие лица расписались. Заявлений и замечаний в ходе обыска не поступило. (том 3 л.д. 1-2) - показаниями свидетеля В. О.Б. на предварительном следствии, оглашенными в соответствии со ст. ч. 1 УПК РФ о том, что в вечернее время 03.07.2015 она была приглашена для участия в качестве понятой при обыске квартиры &lt;№&gt;, дома &lt;№&gt; по ул. &lt;адрес&gt;&lt;адрес&gt; в Санкт-Петербурге. Сотрудником полиции, проводившим обыск были разъяснены права и обязанности понятых, после чего был проведен обыск в указанной квартире. Обыск проводился с участием задержанного П Д.. П Д.Л. было предъявлено постановление о проведении обыска, с которым он ознакомился. В ходе обыска квартиры было обнаружено и изъято из шкафа расположенного в комнате пакет с веществом порошкообразным светлого цвета. Пакет с веществом был упакован в полиэтиленовый пакет и опечатан биркой с печатью. Также в ходе обыск экспертом были изъяты липкие ленты со следами пальцев рук. По окончании обыска был составлен протокол, в котором после прочтения все участвующие лица расписались. Заявлений и замечаний в ходе обыска не поступило. (том 3 л.д. 8-11) - показаниями свидетеля Ф. С.Ю. на предварительном следствии, оглашенными в соответствии со ст. ч. 1 УПК РФ о том, что около 14 часов 40 минут 03.07.2015 он был приглашен для участия в качестве понятого при проведении личного досмотра задержанного гражданина ФИО11 Также был приглашен еще один молодой человек для участия в качестве понятого. Досмотр производился сотрудником мужского пола. Сотрудником полиции, проводившим досмотр были разъяснены права и обязанности понятых, после чего был проведен досмотр П Д.Л. В ходе досмотра у П Д.Л. было обнаружено и изъято: водительское удостоверение, документы на автомобиль, телефон «Самсунг» с сим-картой «Билайн» и мобильный телефон с сим-картой «Билайн». Абонентские номера сим-карт внесены в протокол. П пояснил, что все изъятое принадлежит ему. По результатам был составлен протокол, в котором все участвующие лица расписались. (том 3 л.д. 14-15, 16-18) - показаниями свидетеля И. А.А. на предварительном следствии, оглашенными в соответствии со ст. ч. 1 УПК РФ о том, что около 14 часов 40 минут 03.07.2015 он был приглашен для участия в качестве понятого при проведении личного досмотра задержанного гражданина ФИО11 .Д.. Также был приглашен еще один молодой человек для участия в качестве понятого. Досмотр производился сотрудником мужского пола. Сотрудником полиции, проводившим досмотр были разъяснены права и обязанности понятых, после чего был проведен досмотр П Д.Л. В ходе досмотра у П Д.Л. было обнаружено и изъято: водительское удостоверение, документы на автомобиль, телефон «Самсунг» с сим-картой «Билайн» и мобильный телефон с сим-картой «Билайн». Абонентские номера сим-карт внесены в протокол. Изъятые предметы не упаковывались. П Д.Л. пояснил, что все изъятое принадлежит ему. По результатам был составлен протокол, в котором все участвующие лица расписались. Заявлений и замечаний не поступило. (том 3 л.д. 27-28) - показаниями свидетеля Ш. А.И. на предварительном следствии, оглашенными в соответствии со ст. ч. 1 УПК РФ о том, что в вечернее время 02.07.2015 он был приглашен для участия в качестве понятого при проведении личного досмотра задержанного гражданина Ц. А.М. Также был приглашен еще один молодой человек для участия в качестве понятого. Досмотр производился по адресу &lt;...&gt;, около 22 часов сотрудником мужского пола. Досматриваемый представился Ц. М.А. Сотрудником полиции, проводившим досмотр были разъяснены права и обязанности понятых, после чего был проведен досмотр Ц. М.А. в ходе которого было обнаружено и изъято: из сумки мобильный телефон «Айфон» в корпусе черного цвета с сим-картой «Билайн». Абонентский номер сим-карты внесен в протокол. По результатам досмотра был составлен соответствующий протокол, в котором все участвующие лица расписались. Заявлений и замечаний не поступило. (том 3 л.д. 31-32) - показаниями свидетеля К. А.Е. на предварительном следствии, оглашенными в соответствии со ст. ч. 1 УПК РФ о том, что в вечернее время 02.07.2015 он был приглашен для участия в качестве понятого при проведении личного досмотра задержанного гражданина Ц. А.М. Также был приглашен еще один молодой человек для участия в качестве понятого. Досмотр производился по адресу &lt;...&gt;, около 22 часов сотрудником мужского пола. Досматриваемый представился Ц. М.А. Сотрудником полиции, проводившим досмотр были разъяснены права и обязанности понятых, после чего был проведен досмотр Ц. М.А. в ходе которого было обнаружено и изъято: из сумки мобильный телефон «Айфон» в корпусе черного цвета с сим-картой «Билайн». Абонентский номер сим-карты внесен в протокол. Изъятые предметы не опечатывались и не упаковывались. По результатам досмотра был составлен соответствующий протокол, в котором все участвующие лица расписались. Заявлений и замечаний не поступило. (том 3 л.д. 33-34) - показаниями свидетеля К. М.Л. на предварительном следствии, оглашенными в соответствии со ст. ч. 1 УПК РФ о том, что в вечернее время 02.07.2015 она была приглашена для участия в качестве понятой при проведении личного досмотра задержанной девушки. Также была приглашена еще одна девушка для участия в качестве понятой. Досмотр производился по адресу &lt;...&gt;, около 22 часов сотрудником женского пола. Досматриваемая представилась ФИО8 Перед началом проведения досмотра всем были разъяснены их права и обязанности. ФИО8 было предложено выдать запрещенные предметы и вещества, на что она пояснила, что имеет при себе «амфетамин», который получила от П Д. на реализацию. В ходе досмотра было обнаружено и изъято: под бюстгальтером - сверток из прозрачного полиэтилена, содержащий порошкообразное вещество светлого цвета. Также в ходе досмотра был обнаружен и изъят мобильный телефон «Айфон» с сим-картой «Билайн». Сверток с веществом был упакован в полиэтиленовый пакет, который был перевязан нитью и опечатан бумажной биркой с оттиском печати УФСНК РФ по СПб и ЛО, на которой все присутствующие расписались. Телефон с сим-картой не упаковывались и не опечатывались. По результатам досмотра был составлен соответствующий протокол, в котором все участвующие лица расписались. Заявлений и замечаний не поступило. (том 3 л.д. 38-39) - показания свидетеля Е. Н.Н. на предварительном следствии, оглашенными в соответствии со ст. ч. 1 УПК РФ о том, что в вечернее время 02.07.2015 она была приглашена для участия в качестве понятой при проведении личного досмотра задержанной девушки. Также была приглашена еще одна девушка для участия в качестве понятой. Досмотр производился по адресу &lt;...&gt;, около 22 часов сотрудником женского пола. Досматриваемая представилась ФИО8 Перед началом проведения досмотра всем были разъяснены их права и обязанности. ФИО8 было предложено выдать запрещенные предметы и вещества, на что она пояснила, что имеет при себе «амфетамин», который получила от П Д. на реализацию. В ходе досмотра было обнаружено и изъято: под бюстгальтером - сверток из прозрачного полиэтилена, содержащий порошкообразное вещество светлого цвета. Также в ходе досмотра был обнаружен и изъят мобильный телефон «Айфон» с сим-картой «Билайн». Сверток с веществом был упакован в полиэтиленовый пакет, который был перевязан нитью и опечатан бумажной биркой с оттиском печати УФСНК РФ по СПб и ЛО, на которой все присутствующие расписались. Телефон с сим-картой не упаковывались и не опечатывались. По результатам досмотра был составлен соответствующий протокол, в котором все участвующие лица расписались. Заявлений и замечаний не поступило. (том 3 л.д. 40-41) - показания свидетеля Ц. М.А. в судебном заседании и на предварительном следствии, оглашенными в соответствии со ст. ч.3 УПК РФ о том, что проживает с ФИО3, наркотические средства они не употребляют. ФИО3 с П Д.Л. познакомил он. Знает, что ФИО3 приобретала у П Д.Л. «амфетамин» с целью дальнейшей продажи другим лицам. П Д.Л. сам предложил ФИО3 около одного года назад зарабатывать деньги, а именно брать «амфетамин» и передавать его другим лицам на реализацию. Все подробности ему стали известны со слов ФИО3 уже после их задержания. Со слов ФИО3 П Д.Л. звонил ей и называл место встречи, передавал ФИО3 «амфетамин» в количествах от 50 до 100 грамм, после продажи наркотика ФИО3 передавала П Д.Л. деньги. 02.07.2015 года, около 19 часов П Д.Л. позвонил на его телефон и сказал, что нужно встретиться чтобы передать наркотики – «амфетамин». Вместе с Лизой на автомобиле направились к дому &lt;№&gt; по ул. &lt;адрес&gt;&lt;адрес&gt; для встречи. Примерно в 19 часов 30 минут встретились с П Д.Л., где он передал ФИО3 пакет с надписью, в котором должен был находится «амфетамин» для дальнейшей продажи. Он при этом стоял и наблюдал, как П Д.Л. передавал пакет ФИО3 сам при этом ничего не делал и никакого участия не принимал. Деньги П Д.Л. не передавались. После этого они доехали до дома &lt;№&gt; ул. &lt;адрес&gt;, пакет находится у ФИО3, после чего в машине по дороге к дому Елизавета переложила наркотик с пакетом к себе в бюстгальтер. Когда он и ФИО3 подходили к квартире &lt;№&gt;, то на площадке 8 этажа они были задержаны сотрудниками полиции и доставлены в отдел УФСКН, где в присутствии понятых он был досмотре. В ходе его досмотра был изъят сотовый телефон № &lt;№&gt;, запрещенных веществ обнаружено не было. (том 1 л.д. 209-211) - показания свидетеля П. П.А. в судебном заседании и на предварительном следствии, оглашенными в соответствии со ст. ч. 3 УПК РФ о том, что с ФИО3 знаком около года. Ранее он употреблял наркотические средства «амфетамин». Наркотические средства приобретал через ФИО3 по цене 500 рублей за 1 грамм. С целью приобретения «амфетамина» он звонил на телефоны или Ц. М.А. или ФИО3 и договаривался о месте встречи для покупки «амфетамина», о цене не говорили, так как она не менялась. Обычно встречались в парадной, где проживал Ц. М.А. при встрече он лично отдавал деньги за «амфетамин», а ему отдавали «амфетамин». Обычно он приобретал «амфетамин» в количестве 05,-1 грамм. Всего приобретал «амфетамин» не более пяти раз. (том 3 л.д. 42-44) - показаниями П Д.Л. в судебном заседании и на предварительном следствии, оглашенными в соответствии со ст. ч. 3 УПК РФ о том, что у него есть знакомый Ц. М., знает его давно. Знает, что Ц. М.А. ранее употреблял гашиш. Ц. познакомил его с ФИО3 Он знал, что ФИО3 не работает, поэтому предложил ей реализовывать наркотических средств и предложил ФИО3 (ФИО8) возможность подзаработать. Зная, что ФИО9 (ФИО10) занималась сбытом наркотических средств примерно около трех лет, кому ФИО3 (ФИО10) сбывала наркотические средства не знает. Иногда он пользовался телефоном Ц. М.А. для связи с ФИО3, но наркотические средства получала всегда именно ФИО3 и деньги за реализацию также отдавала ему именно ФИО3 Сложилась такая схема: он приобретал наркотические средства, передавал более мелкой партией ФИО3, после реализации она ФИО3 передавала ему деньги за вырученные наркотики и получала еще необходимый вес наркотиков для последующей реализации. Каждый при этом накручивал свою сумму для сбыта, какую сумму накручивала ФИО3 он не знает, она возвращала сумму указанную им изначально. ФИО3 продавала наркотики своим знакомым, которых подыскала сама для этой цели, но кому именно он не знает. Он называл ФИО3 сумму за один грамм 210 рублей. 03.07.2015 года в квартире &lt;№&gt; по месту его жительства д&lt;№&gt; ул. &lt;адрес&gt;&lt;адрес&gt; был проведен обыск, в ходе которого в присутствии понятых был изъят метамфетамин в количестве около 100 грамм. Данный метамфетамин он хранил, для последующей передачи ФИО3, так как одну часть от этого была передана ФИО3 в ходе встречи 02.07.2015 года в вечернее время. (том 2 л.д. 98-100; том 3 л.д. 46-49; 137-141) - рапортом об обнаружении признаков преступления от 03.07.2015, зарегистрированный в КУСП-811, согласно которому в ходе проведения ОРМ «наблюдение» от 02.07.2015, в 19 часов 50 минут на лестничной площадке у кв. &lt;№&gt; дома &lt;№&gt; ул. &lt;адрес&gt;, Красносельского района, г. Санкт-Петербурга, были задержаны Ц. М.А., &lt;дата&gt; года рождения, проживающий по адресу: г. Санкт-Петербург, ул. &lt;адрес&gt; дом &lt;№&gt; кв. &lt;№&gt;, и ФИО7 &lt;дата&gt; года рождения, зарегистрированная по адресу Л&lt;адрес&gt;, проживающая по адресу г. Санкт-Петербург, ул. &lt;адрес&gt;, дом &lt;№&gt;, кв. &lt;№&gt;. В ходе личного досмотра последней, был обнаружен и изъят сверток из прозрачного полиэтилена с порошкообразным веществом светло-бежевого цвета. По результатам исследования установлено, что данное вещество является смесью содержащей наркотическое средство – метамфетамин (первитин) общей массой 179,8 грамм (справка БЭКС УФСКН РФ по г. Санкт-Петербургу и Ленинградской области № 683их-15 от 03.07.2015). (том 1 л.д. 123) - рапортом об обнаружении признаков преступления от 04.07.2015, зарегистрированный в КУСП-812, согласно которому в ходе расследования уголовного дела № 376775, было выявлено новое преступление, а именно: П Д. Л., имея умысел на совершение преступления в сфере незаконного оборота наркотических средств, рассчитывая на получение материальной выгоды, не позднее 08 часов 40 минут 03.07.2015, незаконно приискал наркотическое средство – смесь, содержащую метамфетамин (первитин), массой 112,7 грамма, т.е. в крупном размере, которое с целью последующего сбыта хранил при себе в квартире &lt;№&gt;&lt;№&gt; ул. &lt;адрес&gt;&lt;адрес&gt; в Красносельском районе, г. Санкт-Петербурга, тем самым совершив умышленные действия, непосредственно направленные на совершение преступления – незаконный сбыт наркотических средств в крупном размере. Однако, преступление не было им доведено до конца, по независящим от него обстоятельствам, так как он был задержан в 08 часов 50 минут 03.07.2015 на лестничной площадке у квартиры &lt;№&gt; корпус &lt;№&gt; по ул. &lt;адрес&gt;&lt;адрес&gt; в Красносельском районе, г. Санкт-Петербурга, а наркотическое средство – смесь, содержащая метамфетамин (первитин), массой 112,7 грамм, было обнаружено и изъято сотрудниками 3 отдела ОС-4 Управления ФСКН России по г. Санкт-Петербургу и Ленинградской области в ходе обыска по месту его (П Д.Л.) проживания в квартире &lt;№&gt;&lt;№&gt; по ул. &lt;адрес&gt;&lt;адрес&gt; в Красносельском районе, г. Санкт-Петербурга в период времени с 19 часов 45 минут до 20 часов 52 минут 03.07.2015, таким образом, наркотическое средство было изъято из незаконного гражданского оборота. (том 1 л.д. 111) - рапортом на проведение ОРМ «наблюдение» от 02.06.2015 о том, что в 3 отделе ОС-4 Регионального управления поступила информации о том, что Ц. М. А., &lt;дата&gt; г.р. и ФИО7, &lt;дата&gt; г.р. проживающие по адресу: г. Санкт-Петербург ул. &lt;адрес&gt;, дом &lt;№&gt; будут незаконно хранить психотропное веществом амфетамин в крупном размере, находясь возле дома &lt;№&gt; по ул. &lt;адрес&gt;, г. Санкт-Петербурга. Психотропное вещество они получат при встрече с поставщиком по имени «Дима» проживающим по адресу: г. Санкт-Петербург, ул. &lt;адрес&gt;&lt;адрес&gt;, дом &lt;№&gt; кв. &lt;№&gt;. (том 1 л.д. 130) - актом наблюдения от 03.07.2015, согласно которому на основании проверки оперативной информации о том, что Ц. М. А., &lt;дата&gt; г.р. и ФИО7, &lt;дата&gt; г.р. проживающие по адресу: г. Санкт-Петербург, ул. &lt;адрес&gt;, &lt;№&gt; будут незаконно хранить психотропное веществом амфетамин в крупном размере, находясь возле дома &lt;№&gt; по ул. &lt;адрес&gt;, г.Санкт-Петербурга. Психотропное вещество они получат при встрече с поставщиком по имени «Дима» проживающим по адресу: г. Санкт-Петербург, ул. &lt;адрес&gt;&lt;адрес&gt;, дом &lt;№&gt;, корп. 1, кв. &lt;№&gt;. 02.07.2015, в период с 19 часов 20 минут по 19 часов 25 минут осуществлялось оперативно-розыскное мероприятие «наблюдение», за территорией прилегающей к дому &lt;№&gt; по ул. &lt;адрес&gt; г. Санкт-Петербурга. За время наблюдения установлено следующие: около 19 часов 23 минут из первого подъезда дома &lt;№&gt; по ул. &lt;адрес&gt;, г. Санкт-Петербурга вышли Ц. М.А. и ФИО7 и скрылись за углом дома, сели в автомобиль &lt;...&gt;) с номером &lt;№&gt; синего цвета, и выехали в сторону ул. &lt;адрес&gt;. ОРМ «наблюдение» продолжилось на лестничной площадке за квартирой проживания Ц. М.А. и ФИО7 02.07.2015, в период с 19 часов 35 минут по 19 часов 50 минут, осуществлялось ОРМ «наблюдение», на лестничной площадке у кв&lt;№&gt; по ул. &lt;адрес&gt;. Около 19 часов 50 минут на площадке открылись двери лифта, из которого вышли парень и девушка, которые подошли к кВ. 31, где и были задержаны. В ходе ОРМ «наблюдение» 02.07.2015, около 19 часов 50 минут на лестничной площадке у кв. &lt;№&gt; по ул. &lt;адрес&gt; г. Санкт-Петербурга по подозрению в совершении преступления, предусмотренного ст. ч. 2 УК РФ были задержаны граждане: Ц. М. А., &lt;дата&gt; года рождения, зарегистрированный и проживающий по адресу: г. Санкт-Петербург, ул. &lt;адрес&gt;, дом &lt;№&gt; и гр. ФИО7, &lt;дата&gt; года рождения, зарегистрированная по адресу &lt;адрес&gt; проживающая по адресу г. Санкт-Петербург, ул. &lt;адрес&gt;, дом &lt;№&gt;. В ходе личного досмотра последней, был обнаружен и изъят сверток из прозрачного полиэтилена с порошкообразным веществом светло-бежевого цвета. По результатам исследования установлено, что данное вещество является смесью содержащей наркотическое средство – метамфетамин (первитин) общей массой 179,8 грамм (справка БЭКС УФСКН РФ по г. Санкт-Петербургу и Ленинградской области № 683их-15 от 03.07.2015). (том 1 л.д.131-133) - рапортом о задержании лица по подозрению в совершении преступления от 02.07.2015 о том, что в ходе ОРМ «наблюдение» 02.07.2015 в 19 часов 50 минут у кв. &lt;№&gt; по ул. &lt;адрес&gt; в Красносельском районе г. Санкт-Петербурга по подозрению в совершении преступления, предусмотренного ст. ч. 2 УК РФ, была задержан гражданин: Ц. М. А., &lt;дата&gt; года рождения, зарегистрированный и проживающий по адресу г. Санкт-Петербург, ул. &lt;адрес&gt;, дом &lt;№&gt;. (том 1 л.д. 134) - протоколом досмотра от 02.07.2015, согласно которому 02.07.2015 в период с 21 часа 50 минут по 22 часа 36 минут у Ц. М.А. при личном досмотре обнаружено и изъято: сотовый телефон «iphon» в корпусе черного цвета с сим-картой «Билайн» с номером &lt;№&gt;, связка ключей, водительское удостоверение на имя ФИО12, водительское удостоверение на имя Ц. М.А. Обнаруженное и изъятое не упаковывалось. ( том 1 л.д.135-139) - рапортом о задержании лица по подозрению в совершении преступления от 02.07.2015 о том, что в ходе ОРМ «наблюдение» 02.07.2015 в 19 часов 50 минут у кв. &lt;№&gt; по ул. &lt;адрес&gt;, в Красносельском районе, г. Санкт-Петербурга по подозрению в совершении преступления, предусмотренного ст. ч. 2 УК РФ, была задержана гражданка: ФИО7, &lt;дата&gt; года рождения, зарегистрированная по адресу &lt;адрес&gt;, проживающая по адресу г. Санкт-Петербург, ул. &lt;адрес&gt;, дом &lt;№&gt; кв. 31. ( том 1 л.д. 148) - протоколом досмотра от 02.07.2015, согласно которому 02.07.2015 в период с 21 часа 35 минут по 22 часа 00 минут у гр. ФИО7 при личном досмотре под бюстгальтером обнаружен и изъят сверток из прозрачного полиэтилена с порошкообразным веществом светло-бежевого цвета. В руках находился сотовый телефон «iphon» в розовом чехле с сим-картой «Билайн» с номером 8&lt;№&gt;. Обнаруженное вещество было изъято и упаковано в прозрачный полиэтиленовый пакет, перевязанный черной нитью, опечатанный печатью. (том 1 л.д. 149-153) - справкой об исследовании № 683их-15 от 03.07.2015, согласно которой представленное на исследование вещество, изъятое 02.07.2015 у ФИО7, &lt;дата&gt; года рождения, является наркотическим средством – смесью, содержащей метамфетамин (первитин), массой 179,8г. На исследование израсходовано 1,0г. Первоначальная упаковка оставлена в БЭКС для дактилоскопического исследования. (том 1 л.д. 169) - заключением эксперта № 1702эх–15 от 21.07.2015, согласно которому, представленное на исследование порошкообразное вещество, массой во влажном состоянии 178,8г, изъятое (согласно тексту постановления о назначении экспертизы) 02.07.2015 у ФИО7, является наркотическим средством – смесью, содержащей метамфетамин (первитин). Масса наркотического средства в высушенном состоянии составляет 174,8г. На исследование израсходовано 1,0г. (том 4 л.д. 190-192) - рапортом о задержании лица по подозрению в совершении преступления от 03.07.2015 о том, что в ходе ОРМ «наблюдение» 03.07.2015 в 08 часов 50 минут на лестничной площадке у кв. &lt;№&gt;, дома &lt;№&gt; по ул. &lt;адрес&gt;&lt;адрес&gt;, в Красносельском районе, г. Санкт-Петербурга по подозрению в совершении преступления, предусмотренного ст. 228.1 ч. 4 п. «г» УК РФ, был задержан гражданин: П Д. Л., &lt;дата&gt; года рождения, зарегистрированный по адресу: г. Санкт-Петербург, &lt;адрес&gt;, проживающий по адресу г. Санкт-Петербург, ул. М.&lt;адрес&gt;, дом &lt;№&gt;, кв. &lt;№&gt;. (том 1 л.д.222) - протоколом досмотра от 03.07.2015, согласно которому в период с 14 часов 50 минут по 15 часов 30 минут у гр. П Д.Л. при личном досмотре были изъяты личные вещи П Д.Л. среди которых, были обнаружены и изъяты: сотовый телефон марки «Самсунг» в черном пластиковом корпусе с сим-картой «Билайн» номер &lt;№&gt;; сотовый телефон «Айфон 5» в белом корпусе с сим-картой «Билайн» номер &lt;№&gt;. Изъятое не упаковывалось. ( том 1 л.д. 223-227) - рапортом о задержании лица по подозрению в совершении преступления от 22.07.2015 о том, что в ходе ОРМ «наблюдение» 22.07.2015 в 19 часов 30 минут в автомобиле «&lt;...&gt;» государственный знак &lt;№&gt;, припаркованном у дома 14 корп. 1 по ул. &lt;адрес&gt; в Красносельском районе, г. Санкт-Петербурга по подозрению в совершении преступления, предусмотренного ст. 228 УК РФ , был задержан гражданин ФИО2, &lt;дата&gt; года рождения, уроженец &lt;...&gt; зарегистрированный и проживающий по адресу: г. Санкт-Петербург, ул. &lt;адрес&gt;&lt;адрес&gt;, дом &lt;№&gt;, кв. &lt;№&gt;. (том 2 л.д.111) - постановлением о производстве обыска в жилище в случаях, не терпящих отлагательства и протокол обыска, с фототаблицей от 03.07.2015 - согласно которому 03.07.2015 в период с 19 часов 45 минут по 20 часов 52 минуты по адресу: в кв. &lt;№&gt; дома &lt;№&gt; по ул. &lt;адрес&gt;&lt;адрес&gt; в Красносельском районе г. Санкт-Петербурга у П Д. Л. в ходе обыска было обнаружено и изъято: договор найма жилого помещения от 14.09.2014 на указанную квартиру, со стакана находящегося в комнате были изъяты следы откопированные на две липкие ленты, которые были упакованы в бумажный конверт, опечатанный печатью «20/6 для пакетов УФСКН РФ по СПб и ЛО». В шкафу в нижнем отделении обнаружен прозрачный полимерный пакет с порошкообразным веществом светлого цвета, который был упакован в прозрачный полимерный пакет, перевязан ниткой черного цвета, концы которой опечатаны оттиском печати «20/6 для пакетов УФСКН РФ по СПБ и ЛО», на котором расписались понятые. (том 2 л.д. 8-9, 10-14, 15-19) - постановлением о проверке законности производства обыска в жилище от 04.07.2015 – согласно которого обыск, произведенный по адресу: кв. &lt;№&gt; дома &lt;№&gt; по ул. &lt;адрес&gt;&lt;адрес&gt; в Красносельском районе г. Санкт-Петербурга у П Д. Л. признан законным. (том 2 л.д. 21-22) - справкой об исследовании № 684их-15 от 04.07.2015, согласно которой представленное на исследование порошкообразное вещество, изъятое 03.07.2015 по адресу: г. Санкт-Петербург, ул. &lt;адрес&gt;&lt;адрес&gt; дом &lt;№&gt;&lt;№&gt; у гр. П Д.Л., является наркотическим средством – смесью, содержащей метамфетамин (первитин), массой (на момент проведения исследования) 112,7г. На исследование израсходовано 0,2г. Первоначальная упаковка оставлена в БЭКС для дактилоскопического исследования. (том 2 л.д. 24) - заключением эксперта № 1703эх–15 от 21.07.2015, согласно которому, представленное на исследование порошкообразное вещество, массой во влажном состоянии 112,5г, изъятое (согласно тексту постановления о назначении экспертизы) 03.07.2015 года по месту проживания П Д.Л. по адресу: г. Санкт-Петербург ул. &lt;адрес&gt;&lt;адрес&gt; дом &lt;№&gt; кв. &lt;№&gt;, является наркотическим средством – смесью, содержащей метамфетамин (первитин). Масса наркотического средства в высушенном состоянии составляет 09,5г. На исследование израсходовано 1,0г. (том 4 л.д. 200-203) - заключением эксперта № 1941эх–15 от 11.08.2015, согласно которому, представленное на исследование наркотическое средство – смесь, содержащая метамфетамин (первитин): вещество № 1, изъятое 02.07.2015г. в ходе личного досмотра ФИО7 (заключение эксперта № 1702эх-15 от 21.07.2015); вещество № 2, изъятое 03.07.2015. в ходе обыска по месту проживания П Д.Л. - кв. &lt;№&gt;, дома &lt;№&gt; ул. &lt;адрес&gt;&lt;адрес&gt;, Красносельского района, г. Санкт-Петербурга (заключение эксперта № 1703эх-15 от 21.07.2015); вещество № 3, изъятое 04.07.2015 в ходе осмотра места происшествия – участка местности в 25 метрах от угла дома &lt;№&gt; по пр. &lt;адрес&gt;, Кировского района, Санкт-Петербурга (заключение эксперта № 1651эх-15, № 828эк-15 от 09.07.2015 года) вероятно, могли иметь единый источник происхождения по сырь и технологии изготовления. Кроме того вещество №1 и вещество № 2, вероятно, ранее составляли единую массу. На исследование израсходовано по 0,1г каждого вещества №№1-3. (том 4 л.д. 214-218) - протоколом осмотра предметов и постановление о признании и приобщении к уголовному делу вещественных доказательств от 22.11.2016 – трех прозрачных полимерных пакетов (первоначальная упаковка) с веществами, один пакет с надписью «IКЕА» (первоначальные упаковки) с бирками на которых имеются пояснительные надписи № 1941эх-15 от 11.08.2015, согласно заключения эксперта вещества, представленные на исследование являются наркотическим средством - смесью, содержащая метамфетамин (первитин): № 1, изъятое 02.07.2015 в ходе личного досмотра ФИО7 (эксп. № 1702эх-15 от 21.07.2015); вещество № 2, изъятое в ходе обыска по месту жительства П Д.Л. в квартире &lt;№&gt; дома &lt;№&gt; ул. М.&lt;адрес&gt; в г. СПб (эксп. № 1703эх-15 от 21.07.2015); вещество № 3 изъятое 04.07.2015 в ходе осмотра места происшествия по адресу дом &lt;№&gt; по пр. &lt;адрес&gt; в г. СПб участок местности в 25 метрах (эксп. № 1651эх-15, № 828эх-15 от 09.07.2015) вероятно, могли иметь единый источник происхождения по сырью и технологии изготовления. Кроме того вещества № 1 и № 2, вероятно, ранее составляли единую массу. Согласно исследованию № 1941эх-15 от 11.08.2015 на исследование поступили: вещество № 1 масса вещества составляет 173,8г. масса вещества соответствует заключению эксперта № 1702эх-15 от 21.07.2015; вещество № 2 масса вещества составляет 108,5г. масса вещества соответствует заключению эксперта № 1703эх-15 от 21.07.2015; вещество № 3 масса вещества составляет 737,2г. масса вещества соответствует заключению эксперта № 1651эх-15, № 828эк-15 от 09.08.2015. При проведении экспертизы № 1941эх-15 от 11.08.2015 на исследование израсходовано по 1,0г каждого из веществ №1-3. В ходе осмотра установлено, что в полимерных упаковках, в которых находится вышеописанное наркотическое вещество – смесь, содержащая метамфетамин (первитин) частично начался процесс разложения, в связи с чем данные упаковки, содержащие наркотическое средство переупакованы дополнительно, без вскрытия первоначальных упаковок. Содержимое и вес наркотических веществ остается первоначальным согласно заключению экспертизы № 1941эх-15 от 11.08.2015. После осмотра три полимерных пакета с первоначальными бирками упакованы в один пакет и опечатаны печатью ГСУ ГУ МВД России по г. СПб и ЛО, бирка скреплена подписью понятых. (том 5 л.д. 54-62, 70-76, 77) - вещественными доказательствами – полиэтиленовый пакет с наркотическим средством - смесью, содержащей метамфетамин (первитин), массой 172,8г, изъятое в ходе личного досмотра ФИО7 02.07.2015, и с наркотическим средством - смесью, содержащей метамфетамин (первитин), массой 107,5г, изъятое 03.07.2015. в ходе обыска по месту проживания П Д.Л. - кв. &lt;№&gt; дома &lt;№&gt; ул. &lt;адрес&gt;&lt;адрес&gt;, Красносельского района, г. Санкт-Петербурга. После осмотра три полимерных пакета с первоначальными бирками упакованы в один пакет и опечатаны печатью ГСУ ГУ МВД России по г. СПб и ЛО, бирка скреплена подписью понятых. Сдано по квитанции № 27 в камеру хранения по адресу: &lt;...&gt;. (том 5 л.д. 77) - заключением эксперта № 836эк–15 от 14.07.2015, согласно которому, на эмульсионном слое липких лент №1 № 2, изъятых в ходе проведения обыска по адресу: в квартире &lt;№&gt; дома &lt;№&gt; по ул. &lt;адрес&gt;&lt;адрес&gt; г. Санкт-Петербурга и перекопированных с поверхности стеклянного стакана в комнате № 2, имеется три следа пальцев рук пригодных для идентификации личности. Других следов для идентификации личности не имеется. След № 1,2 пальца руки оставлены одним и тем же пальцем руки, а именно указательным пальцем правой руки П Д. Л. &lt;дата&gt; года рождения, след № 3 пальца руки оставлен большим пальцем левой руки П Д. Л. &lt;дата&gt; года рождения. (том 4 л.д. 52-54, 55-56) - протоколом осмотра предметов и постановление о признании и приобщении к уголовному делу вещественных доказательств от 12.08.2015 - бумажного пакета с двумя липкими лентами со следами рук, оставленными П Д.Л., &lt;дата&gt; года рождения, обнаруженными и изъятым в ходе обыска кв. &lt;№&gt; дома &lt;№&gt; к. 1 по ул. &lt;адрес&gt;&lt;адрес&gt; в г. Санкт-Петербурге по месту проживания П Д.Л. с поверхности стеклянного стакана в комнате. (том 4 л.д. 246-247, 248-249, 250) - вещественным доказательством – бумажным пакетом с двумя липкими лентами со следами рук, оставленными П Д.Л., &lt;дата&gt; года рождения, обнаруженными и изъятым в ходе обыска кв. &lt;№&gt;&lt;№&gt; по ул. &lt;адрес&gt;&lt;адрес&gt; в г. Санкт-Петербурге по месту проживания гр. П Д.Л. с поверхности стеклянного стакана в комнате. Сдано по квитанции № 1067 в камеру хранения по адресу: &lt;...&gt;. (том 4 л.д. 250) - протоколом осмотра предметов и постановление о признании и приобщении к уголовному делу вещественных доказательств от 14.12.2016 – договора найма жилого помещения от 14.09.2014 года заключенного между П Д. Л. и К. А. В. на двух листах А4 частично заполненные рукописно чернилами синего цвета, частично имеют печатный текст (не опечатывался и не упаковывался); сотового телефона «Айфон «Iphone» в корпусе серебристого цвета, в чехле черного цвета IMEL: &lt;№&gt; с сим-картой «Билайн» с абонентским номером &lt;№&gt;), – обнаруженного и изъятого в ходе личного досмотра гр. Ц. М.А.; сотового телефона «Айфон «Iphone» в корпусе золотистого цвета, в чехле розового цвета IMEL: &lt;№&gt; с сим-картой «Билайн» с абонентским номером &lt;№&gt;, обнаруженного и изъятого в ходе личного досмотра гр. ФИО7; сотового телефона «Айфон «Iphone» в корпусе белого цвета, IMEL: &lt;№&gt; с сим-картой «Билайн» с абонентским номером &lt;№&gt;, обнаруженного и изъятого в ходе личного досмотра П Д.Л.; сотового телефона «Samsung «Самсунг» в корпусе черного цвета, IMEL: &lt;№&gt; с сим-картой «Билайн» с абонентским номером &lt;№&gt;, обнаруженного и изъятого в ходе личного досмотра гр. П Д.Л. (том 5 л.д. 46-48, 49-52, 53) - вещественными доказательствами – договором найма жилого помещения от 14.09.2014 заключенный между П Д.Л. и К. А.В. на квартиру &lt;№&gt; дома &lt;№&gt; ул. &lt;адрес&gt;&lt;адрес&gt; в г. Санкт-Петербурге; сотовый телефон Айфон «Iphone» в корпусе серебристого цвета, в чехле черного цвета IMEL: &lt;№&gt; с сим-картой «Билайн» с абонентским номером &lt;№&gt; обнаруженные и изъятые в ходе личного досмотра гр. Ц. М.А.; сотовый телефон Айфон «Iphone» в корпусе золотистого цвета, в чехле розового цвета IMEL: &lt;№&gt; с сим-картой «Билайн» с абонентским номером &lt;№&gt; обнаруженные и изъятые в ходе личного досмотра гр. ФИО3 (ФИО8); сотовый телефон Айфон «Iphone» в корпусе белого цвета, IMEL: &lt;№&gt; с сим-картой «Билайн» с абонентским номером &lt;№&gt; и сотовый телефон Samsung «Самсунг» в корпусе черного цвета, IMEL: &lt;№&gt; с сим-картой «Билайн» с абонентским номером &lt;№&gt;, обнаруженные и изъятые в ходе личного досмотра П Д.Л. Сдано по квитанции № 690-16 в камеру хранения по адресу &lt;...&gt;. (том 5 л.д. 53) - постановлением Красносельского районного суда г. Санкт-Петербурга от 17.07.2015, о разрешении получения от ОАО «Билайн», информацию об установочных данных абонентов и их соединений с абонентским номером № &lt;№&gt; в период времени с 27.06.2015 по 02.07.2015 включительно, используемого Ц. М.А. (том 3 л.д. 149-151) - протоколом осмотра предметов и постановление о признании и приобщении к уголовному делу вещественных доказательств от 28.07.2016 – детализаций с установочными данными абонентов - распечаток телефонных соединении из ОАО «Билайн» информация об установочных данных абонентов и их соединений с абонентским номером № &lt;№&gt; в период времени с 27.06.2015 по 02.07.2015 включительно, используемого Ц. М.А., согласно которому установлены соединения между абонентами, содержащие сведения имеющие значение для расследуемого уголовного дела, которые являются средством обнаружения преступления и установления всех обстоятельств уголовного дела. (том 3 л.д.154-156, 157) - вещественным доказательством – детализации с установочными данными абонентов - распечатки телефонных соединении из ОАО «Билайн» информация об установочных данных абонентов и их соединений с абонентским номером № &lt;№&gt; в период времени с 27.06.2015 по 02.07.2015 включительно, используемого Ц. М.А. (том 3 л.д. 181) - постановлением Красносельского районного суда г. Санкт-Петербурга от 17.07.2015, о разрешении получения от ОАО «Билайн», информацию об установочных данных абонентов и их соединений с абонентским номером № 8&lt;№&gt; в период времени с 27.06.2015 по 02.07.2015 включительно, используемого ФИО7 (том 3 л.д.161-163) - протоколом осмотра предметов и постановление о признании и приобщении к уголовному делу вещественных доказательств от 28.07.2016 – детализаций с установочными данными абонентов - распечаток телефонных соединении из ОАО «Билайн» информация об установочных данных абонентов и их соединений с абонентским номером № &lt;№&gt; в период времени с 27.06.2015 по 02.07.2015 включительно, используемого ФИО7, согласно которому установлены соединения между абонентами, содержащие сведения имеющие значение для расследуемого уголовного дела, которые являются средством обнаружения преступления и установления всех обстоятельств уголовного дела. (том 3 л.д.166-167, 168) - вещественным доказательством – детализации с установочными данными абонентов - распечатки телефонных соединении из ОАО «Билайн» информация об установочных данных абонентов и их соединений с абонентским номером № &lt;№&gt; в период времени с 27.06.2015 по 02.07.2015 включительно, используемого ФИО7 (том 3 л.д. 182) - постановлением Красносельского районного суда г. Санкт-Петербурга от 17.07.2015, о разрешении получения от ОАО «Билайн», информацию об установочных данных абонентов и их соединений с абонентским номером № &lt;№&gt; в период времени с 27.06.2015 по 02.07.2015 включительно, используемого П Л.Д. (том 3 л.д.172-174) - протоколом осмотра предметов и постановление о признании и приобщении к уголовному делу вещественных доказательств от 28.07.2016 – детализаций с установочными данными абонентов - распечаток телефонных соединении из ОАО «Билайн» информация об установочных данных абонентов и их соединений с абонентским номером № &lt;№&gt; в период времени с 27.06.2015 по 02.07.2015 включительно, используемого П Д.Л., согласно которому установлены соединения между абонентами, содержащие сведения имеющие значение для расследуемого уголовного дела, которые являются средством обнаружения преступления и установления всех обстоятельств уголовного дела. (том 3 л.д.177-179, 180) - вещественными доказательствами – детализации с установочными данными абонентов - распечатки телефонных соединении из ОАО «Билайн» информация об установочных данных абонентов и их соединений с абонентским номером № &lt;№&gt; в период времени с 27.06.2015 по 02.07.2015 включительно, используемого П Д.Л. (том 3 л.д.183) - постановлением о предоставлении результатов ОРД органу дознания, следователю, прокурору, в суд от 13.08.2015 «о предоставлении результатов ОРМ «прослушивание телефонных переговоров» проведенного в отношении П Д.Л., Ц. М.А., ФИО8 (ФИО9). (том 3 л.д.184, 185-187) - постановлением о разрешении на проведение мероприятий «прослушивании телефонных переговоров» и «снятие информации с технических каналов связи» от 15.04.2015. согласно которому, разрешено «прослушивание телефонных переговоров» в отношении Ц. М.А. использовавшего телефонный номер &lt;№&gt;; «снятие информации с технических каналов связи» в отношении ФИО13 использовавшего телефонный номер 7-&lt;№&gt;. (том 3 л.д. 189-190) - постановлением Санкт-Петербургского городского суда от 05.08.2015 о разрешении рассекречивания «прослушивание телефонных переговоров» и «снятие информации с технических каналов связи» в отношении Ц. М.А. (том 3 л.д.192) - протоколом осмотра предметов и постановление о признании и приобщении к уголовному делу вещественных доказательств от 26.07.2016 – оптический диск CD-R № 17/44-662 от 20.07.2015 (машинный носитель информации) содержащий необходимую информацию с аудио-файлами телефонных переговоров Ц. М.А., ФИО7, П Д.Л. по абонентскому номеру &lt;№&gt; необходимых для всестороннего и объективного расследования уголовного дела. (том 3 л.д.197-200, 202) - вещественным доказательством – оптическим диском CD-R № 17/44-662 от 20.07.2015 (машинный носитель информации) содержащий необходимую информацию с аудио-файлами телефонных переговоров Ц. М.А., ФИО7, П Д.Л. по абонентскому номеру &lt;№&gt;. Хранится при уголовном деле № 376777. (том 3 л.д.201) - протоколом осмотра и прослушивания фонограммы от 28.07.2016 - аудиозаписей с оптического диска № 17/44-662 от 20.07.2015 (машинный носитель информации) проведенного с участием П Д.Л., согласно которому установлено, что после прослушивания предъявленной фонограммы с оптического диска в аудио-файле имеется информация о встрече П Д.Л. с ФИО7 для передачи последней наркотического средства – метамфетамин. (том 3 л.д.203-205) - протоколом осмотра и прослушивания фонограммы от 04.08.2016 - аудиозаписей с оптического диска № 17/44-662 от 20.07.2015 (машинный носитель информации) проведенного с участием Ц. М.А., согласно которому установлено, что после прослушивания предъявленной фонограммы с оптического диска в аудио-файле имеется информация о встрече П Д.Л. с ФИО7 для передачи последней наркотического средства – метамфетамин. (том 3 л.д.206-210) - протоколом очной ставки от 04.10.2016 между П Д.Л. и Ц. М.А., в ходе которой П Д.Л. и Ц. М.А., подтвердили данные ими ранее показания, изобличающие П Д.Л., ФИО3 (ФИО10) Е.А. и ФИО2, в совершении вышеуказанного преступления. (том 3 л.д. 128-131) - протоколом очной ставки от 04.07.2015 между П Д.Л. и ФИО3(ФИО10) Е.А., в ходе которой П Д.Л. и ФИО3 (ФИО10) Е.А. подтвердили данные ими ранее показания, изобличающие П Д.Л., ФИО3 (ФИО10) Е.А. и ФИО2, в совершении вышеуказанного преступления. (том 1 л.д.212-214) -протоколом медицинского освидетельствования № 3325/1 от 03.07.2015, согласно которому при химико-токсикологическом исследовании мочи у ФИО3 (ФИО10) признаков употребления наркотических средств и психотропных веществ не обнаружено. (том 1 л.д. 162-163) -протоколом медицинского освидетельствования№3334/1 от 04.07.2015, согласно которому при химико-токсикологическом исследовании мочи у П Д.Л. признаков употребления наркотических средств и психотропных веществ не обнаружено. (том 1 л.д. 233-234) Оценивая, исследованные в судебном разбирательстве доказательства, суд находит их достоверными, взаимно дополняющими друг друга, относимыми, допустимыми, полученными в соответствии с требованиями уголовно-процессуального Закона и достаточными для разрешения данного уголовного дела. Органами предварительного расследования ФИО2 и ФИО3 было предъявлено обвинение в том, что они совершили преступления в сфере незаконного оборота наркотических средств в составе организованной группы. Однако, квалифицирующий признак «организованной группой» не нашел подтверждения в ходе судебного разбирательства. В соответствии с ч. 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По смыслу уголовного закона организованная группа представляет собой разновидность соучастия с предварительным соглашением, которой свойственны профессионализм и большая степень устойчивости, которая предполагает наличие постоянных связей между членами и специфических методов деятельности по подготовке преступлений. Организатор тщательно готовит и планирует преступление, распределяет роли между соучастниками, оснащает их технически, координирует их действия, подбирает и вербует соучастников. Договоренность участников организованной группы представляет не просто согласование отдельных действий соучастников, а конкретизацию совершения преступлений, детализацию участия каждого соучастника, определения способа оптимального осуществления преступного замысла, что свидетельствует о высокой степени соорганизованности. Устойчивость организованной группы заключается в установлении между соучастниками тесных связей, неоднократность контактов для детализации и проработки будущих действий. Об устойчивости группы может свидетельствовать особый порядок вступления в нее, подчинение групповой дисциплине, стабильность ее состава, сплоченность членов, постоянство форм и методов преступной деятельности. Органы предварительного расследования мотивировали наличие квалифицирующего признака "совершение преступления организованной группой" тем, что ФИО2, зная, что незаконный сбыт наркотических средств является высокодоходным видом преступной деятельности и способен приносить значительные материальные доходы, действуя умышленно из корыстных побуждений, с целью извлечения незаконной материальной выгоды от совершения указанных преступлений, в период с июля 2014 года по 22 июля 2015 года создал устойчивую организованную группу, в состав которой не позднее июля 2014 года вовлек П Д.Л., который в свою очередь, действуя с указанной целью не позднее июля 2014 года вовлек в состав организованной группы ФИО3 С целью обеспечения длительного существования организованной группы регулярно осуществлялась смена номеров мобильных телефонов, зарегистрированных на посторонних лиц. При этом члены группы под руководством и с участием ФИО2 тщательно планировали и подготавливали каждое преступление, распределяя преступные роли и обязанности между участниками организованной группы. ФИО2 приобретал крупные партии наркотических средств, передавал их П Д.Л., как при личных встречах, так и через тайники - закладки, расположенные в различных местах на территории г. Санкт-Петербурга. П Д.Л. доставлял наркотические средства в квартиру &lt;№&gt;, дома &lt;№&gt; по ул. &lt;адрес&gt;&lt;адрес&gt; в Красносельском районе г. Санкт-Петербурга, по месту своего проживания, где осуществлял их расфасовку на мелкие партии, а затем лично передавал на территории г. Санкт-Петербурга данные наркотические средства под реализацию члену организованной группы – ФИО3, которая осуществляла их незаконный сбыт на территории г. Санкт-Петербурга приисканным покупателям, и часть полученных денежных средств, вырученных от незаконного сбыта наркотических средств в соответствии с установленными П Д.Л. расценками, передавала последнему, а П Д.Л. в свою очередь, в соответствии с установленными им (ФИО2) расценками передавал ему часть денежных средств, полученных от ФИО3, вырученных от незаконного сбыта наркотических средств. Таким образом, ФИО2, являясь организатором преступной группы, в период с июля 2014 года по 22 июля 2015 года создал организованную группу, осуществляющую на территории г. Санкт-Петербурга незаконный сбыт наркотических средств, в том числе в крупном и особо крупном размерах, об организованности и устойчивости которой свидетельствуют: общность преступных целей, единый способ совершения незаконного сбыта наркотических средств, стабильность состава, иерархия подчинение единому руководству, согласованность действий ее участников, а также постоянство форм и методов преступной деятельности. В период с июля 2014 года по 22 июля 2015 года членами организованной группы в различных составах между собой был совершен ряд преступлений. Однако, доказательств указанным выше фактам приведено не было. В основу обвинения ФИО2 и ФИО3 в совершении инкриминируемых им преступлений в составе организованной группы, были положены показания свидетеля П Д.Л. о том, что он знаком около 4 лет с ФИО2, который проживал в Красносельском район, ул.&lt;адрес&gt;, дом &lt;№&gt;, использовал для передвижения автомобиль &lt;...&gt; коричневого цвета, буквы номера «&lt;№&gt;», цифры «&lt;№&gt; или &lt;№&gt;». Телефона ФИО2 не помнит. Для связи были отдельные два телефона. ФИО2 периодически приобретал и передавал ему новые сим-карты в целях конспирации. Их отношения строились на том, что ФИО2 передавал ему амфетамин (метамфетамин), гашиш под реализацию, которые он через некоторое время передавал ФИО3, а после ФИО2 передавал деньги за продажу вырученного гашиша и амфетамина (метамфетамина). ФИО2 всегда передавал запрещенные вещества лично или делал «закладки» в обозначенных местах, закладка обычно лежала в секретном месте не более суток. Положив закладку ФИО2 обычно звонил и сообщал об этом и с момента звонка он в течение суток забирал закладку. Где приобретал ФИО2 запрещенные средства и вещества не знает, но предполагал, что где-то в Красносельском районе г. Санкт-Петербурга. Из разговора с ФИО2 знает, что ФИО2 реализовывал наркотики не только ему, но и другим лицам, но их данные неизвестны, их никогда не видел, знает это со слов ФИО2 Сложилась такая схема: ФИО2 несколько раз в месяц передавал ему наркотические средства, эти средства он передает более мелкой партией ФИО3 (ФИО10), после реализации она ФИО3 (ФИО10) примерно два раза в месяц передает ему деньги за вырученные наркотики и получает еще необходимый вес наркотиков для последующей реализации. Он в свою очередь изъяв из денег переданных ФИО3 (ФИО10) забирал долю своей прибыли, которую накручивал изначально и после передавал деньги ФИО2, ту сумму, которую ФИО2 обозначал. Всех троих устраивала данная схема и по ней все работали так около одного года. Задача ФИО2 была снабдить наркотиками его, которые он в свою очередь передавал ФИО3 (ФИО10) под реализацию, а ФИО3 (ФИО10) уже продавала наркотики своим знакомым, которых подыскала сама для этой цели, но кому именно не знает. Он работал только с ФИО2 и ФИО3 (ФИО10) по описанной выше схеме. Также ФИО2 сам привозил метамфетамин и гашиш ни через кого его не передавал. Также, если много наркотиков то ФИО2 указывал место, где он должен был забрать метамфетамин и гашиш. Места встреч с ФИО2 были в Красносельском районе г. Санкт-Петербурга, они были разными по договоренности, но в основном именно выбирался данный район. Когда встречались, то передача наркотических средств происходила у ФИО2 в машине ВМВ. Единовременно ФИО2 передавал наркотики в количестве от 200 до 500 грамм. После того как ФИО2 передавались наркотики он, то более мелкими партиями передавал ФИО3 (ФИО10), а часть оставлял у себя дома, до следующего раза, когда ФИО3 (ФИО10) вернет деньги за предыдущую партию, и только после этого он передавал ФИО3 (ФИО10) следующую партию наркотических средств. Обычно сумма денег, передаваемая ФИО2 за реализацию наркотических средств составляла от 40000 до 90000 рублей, схема получения наркотических средств и денежных средств не менялась, была постоянной. Так происходило около одного года. Однако, Кроме показаний свидетеля П Д.Л., иных доказательств, подтверждающих обвинение ФИО14 и ФИО9 в совершении ими преступлений в составе организованной группы не представлено. Показания свидетелей Р. С.В., К. Н.В., К. Е.А., М. С.Ю. не могут быть приняты судом, как доказательство виновности подсудимых в совершении преступлений в составе организованной группы, так как являются опосредованными; сведения, которые они изложили в ходе судебного и предварительного следствия, получены ими от П Д.Л., суду не представлено доказательств того, что до показаний данного свидетеля органы УФСКН РФ по СПб и ЛО располагали какими-либо сведениями о преступной деятельности ФИО2 С учетом указанных обстоятельств, утверждение органов предварительного расследования о том, что ФИО2, ФИО3 действовали в составе организованной группы, со ссылкой на постоянство методов их преступной деятельности, следует признать не основанными на материалах дела, носящими предположительный характер. В ходе судебного разбирательства и в ходе судебных прений государственным обвинением не было представлено достоверных и исчерпывающих доказательств, на основании которых можно было бы сделать безусловный вывод о совершении ФИО2 и ФИО3 инкриминируемых им преступлений в составе организованной группы. Поскольку в соответствии с требованиями уголовного законодательства обвинительный приговор не может быть основан на предположениях и постановляется при условии, если виновность подсудимого доказана, суд исключает из предъявленного ФИО2 и ФИО3 обвинения квалифицирующий признак «организованной группой». На основании ст.ст. , 89 УПК РФ суд признает допустимыми доказательствами результаты оперативно-розыскной деятельности, а именно ОРМ «Наблюдение» от 02.07.2015 г. и от 22.07.2015. Указанные оперативно-розыскные мероприятия производились в соответствии с Федеральным Законом от 12.08.1995 № 144-ФЗ «Об оперативно-розыскной деятельности». Результаты оперативно-розыскной деятельности предоставлялись следственным органам на основании постановлений и были оформлены должным образом. Личные досмотры свидетеля П Д.Л. от 03.07.2015, подсудимых ФИО9 от 02.07.2015, ФИО14 от 22.07.2015, а также досмотр автомобиля &lt;...&gt; г.р.н. &lt;№&gt;, находящегося в пользовании ФИО14, проведены в соответствии с требования Закона, при досмотрах присутствовали по два представителя общественности, незаинтересованных в исходе дела. Обыск в квартире по адресу: СПб, ул. &lt;адрес&gt;&lt;адрес&gt; д. &lt;№&gt; кв. &lt;№&gt;, по месту жительства П Д.Л. проведен на основании постановления суда о производстве обыска в жилище в случаях, не терпящих отлагательства и признан законным. Обыск в квартире по адресу; СПб, ул. &lt;адрес&gt;&lt;адрес&gt;, д. &lt;№&gt;, кв. &lt;№&gt;, по месту жительства ФИО2 произведен на основании решения Красносельского районного суда г. Санкт-Петербурга о разрешении проведения обыска в жилище от 17.07.2015. Данные обыска проведены без нарушений требований ст. 182 УПК РФ , согласно протоколов обысков, по процедуре проведения указанных процессуальных действий заявлений от участвующих в нем лиц не поступило, также отсутствуют замечания к самим протоколам. Химические и дактилоскопические исследования, а также судебно-химические и дактилоскопические экспертизы проведены специалистами в соответствующих областях, с соблюдением требований закона, сделанные ими заключения сомнений у суда не вызывают, являются достоверными и допустимыми доказательствами. ОРМ «прослушивание телефонных переговоров» и «снятие информации с технических каналов связи», а также детализации телефонных соединений абонентов получены в соответствии с действующим законодательством, на основании решений суда. При признании и приобщении к уголовному делу вещественных доказательств, нарушений норм уголовно-процессуального законодательства, регламентирующих порядок получения этих доказательств, судом не установлено. Таким образом, доказательства, представленные стороной обвинения, соответствуют требованиям уголовно-процессуального законодательства РФ, составлены надлежащими лицами, в пределах предоставленной им законом компетенции. Оценивая исследованные судом доказательства, как относимые, допустимые и достаточные для разрешения данного уголовного дела, суд, однако, не может согласиться с квалификацией действий подсудимых, данной органами предварительного расследования. Органами предварительного расследования ФИО2 и ФИО3 было предъявлено обвинение в совершении совместного преступления в сфере незаконного оборота наркотических средств, а именно: в совершении преступления, предусмотренного ст.ст. ч. 3 – 228.1 ч. 4 п.п. «а, г» УК РФ, то есть в том, что ФИО2 в составе организованной группы, в которую входили П Д.Л. и ФИО3, совершили умышленные действия, направленные на совершение незаконного сбыта наркотического средства – смеси, содержащей метамфетамин (первитин), массой 292,5г, то есть в крупном размере, но не смогли довести свой преступный умысел до конца по независящим от них обстоятельствам, поскольку данное наркотическое средство было обнаружено и изъято сотрудниками ОС-4 УФСКН России по г. Санкт-Петербургу и Ленинградской области из незаконного оборота - 179,8 г в ходе личного досмотра ФИО3 02.07.2015; 112,7 г в ходе производства обыска по месту проживания П Д.Л. Учитывая тот факт, что суд исключил из предъявленного обвинения квалифицирующий признак «организованной группой», содеянное ФИО9 подлежит переквалификации. В ходе судебного разбирательства было установлено, что ФИО3, действуя совместно и согласованно с П Д.Л., то есть группой лиц по предварительному сговору совершила покушение на преступление, то есть незаконный сбыт наркотических средств, то есть умышленные действия, непосредственно направленные на незаконный сбыт наркотических средств, в крупном размере, при этом преступление не было доведено до конца по не зависящим от нее обстоятельствам. Данные обстоятельства не отрицаются самой подсудимой и подтверждаются показаниями свидетеля П Д.Л., а также свидетелями Х. Д.А., Р. С.В., К. Н.В., К. Е.А., М. С.Ю., Т. Ф.Т., Ц. – сотрудниками УФСКН РФ по СПб и ЛО, которые на основании материалов проверки оперативной информации о том, что Ц. М.А. и ФИО8 (ФИО9) будут незаконно хранить психотропное вещество амфетамин в крупном размере, полученное ими от поставщика по имени Дима, проводили ОРМ «Наблюдение». Факт изъятия наркотических средств и мобильных телефонов в ходе личного досмотра ФИО3, а также в ходе обыска по месту жительства П подтверждается письменными документами и показаниями свидетелей В. В.В., В. О.Б., Ф. С.Ю., И. А.А., Ш. А.И., К. А.Е., К., Е., выступающих в качестве понятых, незаинтересованных в исходе дела. Показания указанных свидетелей последовательны, взаимно дополняют друг друга, являются логичными, противоречий не содержат, корреспондируются между собой и с иными собранными и проверенными в ходе судебного следствия доказательствами по делу, в их логической и ситуационной взаимосвязи, и полностью подтверждаются документами, в которых изложены и удостоверены обстоятельства, имеющие значение для уголовного дела. Предварительный сговор на совершение преступления в сфере незаконного оборота наркотических средств между П Д.Л. и ФИО3, кроме показаний указанных выше свидетелей подтверждается протоколами осмотра распечаток телефонных соединений: из ОАО «Билайн» с абонентским номером № &lt;№&gt; в период времени с 27.06.2015 по 02.07.2015, используемого Ц. М.А.; из ОАО «Билайн» с абонентским номером № &lt;№&gt; в период времени с 27.06.2015 по 02.07.2015, используемого ФИО3; из ОАО «Билайн» с абонентским номером № &lt;№&gt; в период времени с 27.06.2015 по 02.07.2015, используемого П Д.Л., согласно которым в данный период времени, в том числе и 02.07.2015, указанные абоненты неоднократно связывались друг с другом. В качестве вещественного доказательства к материалам уголовного дела приобщен оптический диск № 17/44-662 от 20.07.2015, на котором согласно протоколов осмотра и прослушивания фонограмм от 28.07.2016 и от 04.08.2016 имеется информация о встрече П Д.Л. с ФИО3 для передачи последней наркотического средства – метамфетамин, что также свидетельствует о предварительном сговоре между П и ФИО9 на сбыт наркотического средства. При этом показания свидетеля П Д.Л.о том, что он часть наркотиков передавал под реализацию ФИО9, а часть оставлял у себя для последующей ей передачи, подтверждается заключением эксперта № 1941эх–15 от 11.08.2015, согласно которому, представленное на исследование наркотическое средство – смесь, содержащая метамфетамин (первитин), изъятое 02.07.2015г. в ходе личного досмотра ФИО3, а также изъятое 03.07.2015. в ходе обыска по месту проживания П Д.Л. вероятно, могли иметь единый источник происхождения по сырью и технологии изготовления и ранее составляли единую массу. Причастность подсудимой к незаконному сбыту наркотических средств подтверждается протоколом медицинского освидетельствования от 03.07.2015 года, согласно которому при химико-токсикологическом исследовании факт употребления ФИО3 наркотических средств и психотропных веществ не установлен, а также показаниями свидетелей П. П.А. и Ц. М.А., пояснивших, что ФИО3 занималась сбытом наркотических средств. В ходе судебного следствия было установлено, что ФИО3 в целях осуществления единого с П Д.Л. умысла на незаконный сбыт наркотических средств, получила от П Д.Л. часть наркотического средства метамфетамин (первентин) для дальнейшей продажи, хранила указанное наркотическое средство при себе, а также была осведомлена, что после реализации указанного средства, П Д.Л. передаст ей новую партию наркотиков, тем самым совершила действия, направленные на последующую реализацию наркотических средств и составляющие часть объективной стороны сбыта, однако, по не зависящим от нее обстоятельствам не передала указанные средства приобретателю, так как была задержана сотрудниками УФСКН РФ по СПб и ЛО, что свидетельствует о том, что она совершила покушение на незаконный сбыт этих средств, веществ, растений. Суд соглашается с позицией органов предварительного расследования в том, что наркотическое средство, изъятое в ходе обыска у П Д.Л. и наркотическое средство, изъятое в ходе личного досмотра у ФИО3 хранилось ими с единым умыслом – на незаконный сбыт, и полагает установленным квалифицирующий признак «в крупном размере», так как общая масса изъятого наркотического средства – смеси, содержащей метамфетамин (первитин) 292,5 г является крупным размером для данного вида наркотического средства. На основании изложенного выше, суд квалифицирует действия подсудимой ФИО3 по ст.ст. ч. 3 – 228.1 ч. 4 п. «г» УК РФ, так как она совершила покушение на незаконный сбыт наркотических средств, то есть умышленные действия, непосредственно направленные на незаконный сбыт наркотических средств, группой лиц по предварительному сговору, в крупном размере, при этом преступление не было доведено до конца по не зависящим от нее обстоятельствам. Доказательств причастности к данному преступлению подсудимого ФИО2 судом не установлено. Показания свидетеля П Д.Л. о причастности ФИО2 к указанному преступлению, а также опознание свидетелем по фотографии подсудимого являются недостаточными доказательствами, на основании которых можно было бы сделать безусловный вывод о совершении ФИО2 указанного преступления. Поскольку в соответствии с требованиями уголовного законодательства обвинительный приговор не может быть основан на предположениях и постановляется при условии, если виновность подсудимого доказана, а также в соответствии с положениями уголовно-процессуального закона о том, что все неустранимые сомнения толкуются в пользу подсудимого, следовательно ФИО2 подлежит оправданию по преступлению, предусмотренному ст. ст. ч. 3 - 228.1 ч. 4 п. «а, г» УК РФ. ФИО2 также было предъявлено обвинение в совершении преступления, предусмотренного ст.ст. ч. 3 – 228.1 ч. 5 УК РФ, то есть в том, что ФИО2 в составе организованной группы, в которую входил П Д.Л., поместил для соучастника П Д.Л., наркотическое средство – смесь, содержащую метамфетамин (первитин), массой 737,5г, в тайник, оборудованный на земле, (во дворе) на расстоянии 25 метров от угла дома &lt;№&gt; по пр. &lt;адрес&gt; в Кировском районе г. Санкт-Петербурга, о чем сообщил П Д.Л., для их последующего незаконного сбыта. Однако, преступление не было доведено до конца, по независящим от соучастникам обстоятельствам, так как указанное наркотическое средство – гашиш (анаша, смола каннабиса), массой 588,7г, и наркотическое средство – смесь, содержащая метамфетамин (первитин), массой 737,5г, были обнаружены и изъяты сотрудниками РУФСКН России по г. Санкт-Петербургу и Ленинградской области в ходе осмотра места происшествия – участка местности (во дворе) в 25 метрах от угла дома &lt;№&gt; корпус 1 по пр. &lt;адрес&gt; в Кировском районе г. Санкт-Петербурга 04.07.2015 в период с 17 часов 35 минут до 18 часов 10 минут. Однако, как и по предыдущему преступлению, в основу обвинения ФИО14 положены только показания свидетеля П Д.Л., данные им в ходе предварительного расследования в рамках заключенного с ним досудебного соглашения. При этом суд учитывает, что в ходе судебного следствия свидетель пояснил, что за несколько дней до его задержания к нему подъехали на машине двое молодых людей, сказали сесть в машину для разговора. Они сказали, что он должен забрать закладку на пр. &lt;адрес&gt;, дом &lt;№&gt;, корп. 1. Ему было сказано, что работать он будет по новым более выгодным условиям. Он решил, что это приезжали люди от ФИО2, так как последний уехал из города. Поэтому, когда его задержали, он сказал, что это закладка ФИО2, хотя не был в этом уверен. Однако, ФИО2 он не звонил и данный вопрос не выяснял. Сам подсудимый не признал вину в совершении указанного преступления. Согласно ч. 2 ст. 14 УПК РФ бремя доказывания обвинения и опровержения доводов, приводимых в защиту подозреваемого или обвиняемого, лежит на стороне обвинения. Однако, стороной обвинения доказательств виновности ФИО2 в совершении указанного преступления суду не представлено. В связи с чем ФИО2 подлежит оправданию по преступлению от 04.07.2015 г., предусмотренному ст. ст. ч. 3 - 228.1 ч. 5 УК РФ. Учитывая тот факт, что квалифицирующий признак «организованной группой» не нашел своего подтверждения в ходе судебного следствия действия ФИО2 по преступлению от 22.07.2015 подлежат переквалификации. ФИО2 по данному преступлению признал вину частично, пояснив, что все изъятые у него наркотические средства, он хранил для собственного употребления. В подтверждение его версии в ходе судебного следствия по ходатайству стороны защиты был допрошен специалист Бессмертный, однако, суд не принимает его показания в качестве доказательств, подтверждающих версию подсудимого, так как сведения, которые он сообщил суду, касались механизма воздействия наркотических средств на организм человека, то есть носили общий характер. Суд полагает, что ФИО2 действовал с умыслом на сбыт наркотических средств, о чем свидетельствует приобретение разноплановых наркотических средств в большом количестве, хранение их по месту своего проживания и в автомобиле «&lt;...&gt;» г.р.з. &lt;№&gt;, использование специальных предметов для расфасовки – множество полимерных пакетов с комплиментарными застежками, электронные весы, металлические ложки, нож со следами наркотических средств, показания свидетеля П Д.Л. о том, что ФИО2 занимается незаконным сбытом наркотических средств, которым суд доверяет, так они подтверждаются иными доказательствами по делу. Таким образом, подсудимый совершил действия, направленные на последующую реализацию наркотических средств и составляющие часть объективной стороны сбыта. Однако, ФИО2 по не зависящим от него обстоятельствам не передал указанные средства приобретателю, так как был задержан сотрудниками УФСКН РФ по СПб и ЛО, а наркотические средства были изъяты из незаконного гражданского оборота, в связи с чем его действия следует квалифицировать как покушение на сбыт наркотических средств. Органами предварительного следствия действия ФИО2 по преступлению от 22.07.2015 были квалифицированы по ст.ст. ч. 3 – 228.1 ч. 5 УК РФ, однако, в диспозиции статьи в обвинительном заключении указано, что ФИО2 совершил покушение на сбыт наркотических средств в крупном размере, также было предъявлено обвинение 07.12.2016 г. Учитывая тот факт, что суд не вправе выйти за рамки предъявленного обвинения, квалифицирует действия подсудимого ФИО14 по ст.ст. ч. 3 – 228.1 ч. 4 п. «г» УК РФ. При назначении подсудимому наказания суд учитывает характер и степень общественной опасности совершенных ФИО2 и ФИО3 преступлений, данные о личности виновных, обстоятельства, смягчающие наказание. Обстоятельств, отягчающих наказание ФИО2 и ФИО3, судом не установлено. При назначении наказания виновным необходимо сопоставить содеянное виновными с их поведением вне данного преступления. Особое внимание суд обращает на отношение виновных к окружающим, труду, обучению, общественному долгу, выполнению ими обязательств на работе и в быту, а также их семейное положение. В соответствии со ст. ч. 1 п. «г» УК РФ в качестве обстоятельств, смягчающих наказание ФИО2, суд учитывает наличие у него двух малолетних детей. ФИО2 не судим, вину признал частично, в содеянном раскаялся, положительно характеризуется по месту жительства и работы, а также благотворительным фондом, в работе которого он принимал активное участие, имеет родителей – инвалидов, которые нуждаются в его помощи, что подтвердила допрошенная в судебном заседании свидетель С. А.А. - жена подсудимого, которая также положительно его охарактеризовала. Суд принимает во внимание влияние назначенного ФИО2 наказания на условия жизни его семьи и полагает, что длительный срок содержание его под стражей отрицательно скажется на материальном положении его семьи. Совокупность вышеперечисленных обстоятельств суд признает исключительными, существенно снижающими степень общественной опасности совершенного ФИО2 преступления и считает возможным назначить ему наказание в виде лишения свободы с применение ст. 64 УК РФ и без дополнительных наказаний в виде лишения права занимать определенные должности или заниматься определенной деятельностью и штрафа. Суд не назначает ФИО2 дополнительное наказание в виде лишения права занимать определенные должности или заниматься определенной деятельностью, так как совершенное им преступление не связано, как с его должностным положением, так и с характером профессиональной деятельности подсудимого. Суд назначает вид исправительного учреждения для отбывания ФИО2 наказания в соответствии со ст. 58 УК РФ . Оснований для применения ст. ч. 6, 64, 73 УК РФ суд не усматривает. В соответствии со ст. 61 ч. 1 п. «в,г» УК РФ в качестве обстоятельств, смягчающих наказание ФИО3, суд учитывает &lt;...&gt;. ФИО3 ранее не судима, вину признала полностью, чистосердечно раскаялась в содеянном, что выразилось в осуждении содеянного и искреннем сожалении о совершенном преступлении, допрошенный в судебном заседании свидетель Ц. М.А., муж подсудимой, также положительно ее охарактеризовал, имеет высшее образование, положительно характеризуется с места учебы. ФИО3 с детства являющаяся сиротой, воспитывалась своей бабушкой, &lt;...&gt; На основании имеющейся в уголовном деле исключительно положительной характеристики, суд приходит к выводу, что до совершения преступления ФИО3 вела правопослушный образ жизни, то есть, совершенное преступление не было характерно для нее как для гражданина. Совокупность вышеперечисленных обстоятельств суд признает исключительными, существенно снижающими степень общественной опасности совершенного ФИО3 преступления и считает возможным назначить ему наказание в виде лишения свободы с применением ст. 64 УК РФ без дополнительных наказаний в виде лишения права занимать определенные должности или заниматься определенной деятельностью и штрафа. Суд не назначает ФИО3 дополнительное наказание в виде лишения права занимать определенные должности или заниматься определенной деятельностью, так как совершенное ею преступление не связано, как с ее должностным положением, так и с характером профессиональной деятельности подсудимой. На основании вышеперечисленных смягчающих вину обстоятельств суд убежден в правомерном поведении виновной и возможности ее становления на путь исправления без изоляции от общества в условиях занятости воспитанием собственного ребенка, поэтому суд полагает возможным на основании ст. 82 УК РФ применить ФИО3 отсрочку реального отбывания наказания до &lt;...&gt;. Оснований для применения ст. ч. 6, 73 УК РФ суд не усматривает. На основании изложенного, руководствуясь ст. , , 309 УПК РФ , суд П Р И Г О В О Р И Л: ФИО2 признать виновным в совершении преступления, предусмотренного ст. ч.3, 228.1 ч. 4 п. «г» УК РФ, назначив ему наказание с применением ст. 64 УК РФ в виде 7 (семи) лет лишения свободы с отбыванием наказания в исправительной колонии строгого режима. Меру пресечения ФИО2 в виде заключения под стражу оставить без изменения, до вступления приговора в законную силу. Срок отбытия наказания исчислять с 28.08.2017 года. Зачесть в срок отбытия наказания время содержания ФИО2 под стражей с 22.07.2015 года по 27.08.2017 года. ФИО2 по предъявленному обвинению в совершении преступлений, предусмотренных ст.ст. ч. 3 - 228.1 ч. 4 п. «а, г», ч. 3 - 228.1 ч.5 (преступление от 04.07.2015) УК РФ оправдать, прекратив в данной части уголовное преследование на основании п. 1 ч. 1 ст. 27 УПК РФ - в связи с непричастностью обвиняемого к совершению указанных преступлений. В связи с оправданием ФИО2 по предъявленному ему обвинению в совершении преступлений, предусмотренных ст.ст. ч. 3 - 228.1 ч. 4 п. «а, г», ч. 3 - 228.1 ч.5 (преступление от 04.07.2015) УК РФ разъяснить ему право на реабилитацию, а также право на возмещение имущественного и морального вреда в порядке, предусмотренном ст.ст. , 136 УПК РФ . В связи с тем, что лицо, подлежащее привлечению в качестве обвиняемого по вышеуказанным преступлениям, не установлено, на основании ч. 3 ст. 306 УПК РФ направить начальнику Управления по контролю за оборотом наркотиков ГУ МВД России по Санкт-Петербургу и Ленинградской области материалы уголовного дела для производства предварительного расследования и установления лица, подлежащего привлечению в качестве обвиняемого. ФИО3 признать виновной в совершении преступления, предусмотренного ст. ч. 3, 228.1 ч. 4 п. «г» УК РФ, назначив ей наказание с применением ст. 64 УК РФ в виде 7 (семи) лет лишения свободы. На основании ст. 82 УК РФ отсрочить ФИО3 реальное отбывание наказания, назначенное по данному приговору суда, &lt;...&gt; Меру пресечения ФИО3 подписку о невыезде отменить по вступления приговора в законную силу. Вещественные доказательства: - полиэтиленовый пакет с наркотическим средством - смесью, содержащая метамфетамин (первитин), массами 172,8г, с наркотическим средством - смесь, содержащая метамфетамин (первитин), массой 735,5г. - уничтожить после вступлении приговора в законную силу. - полиэтиленовый пакет с наркотическим средством– гашиш (анаша, смола каннабиса). Общая масса веществ №№1-2 составляет 588,7г., уничтожить после вступлении приговора в законную силу. - бумажный пакет с двумя липкими лентами со следами рук, хранящиеся камере хранения вещественных доказательств, уничтожить после вступлении приговора в законную силу. - четыре полимерных пакета, стеклянный бокал со следами пальцев рук ФИО2, бумажный пакет с тремя липкими лентами, бумажный пакет с тремя липкими лентами, договор найма жилого помещения - уничтожить после вступлении приговора в законную силу. - сотовый телефон Айфон «Iphone» в корпусе серебристого цвета, в чехле черного цвета IMEL: &lt;№&gt; с сим-картой «Билайн», сотовый телефон Айфон «Iphone» в корпусе золотистого цвета, в чехле розового цвета IMEL: &lt;№&gt; с сим-картой «Билайн», сотовый телефон Айфон «Iphone» в корпусе белого цвета, IMEL: &lt;№&gt; с сим-картой «Билайн», телефон Samsung «Самсунг» в корпусе черного цвета, IMEL: &lt;№&gt; - уничтожить после вступлении приговора в законную силу. - коробка, весы, 2 ложки, нож и пакеты вместе с первоначальной упаковкой, четыре полимерных пакета (первоначальная упаковка (согласно справке исследованию 648ик-15 от 24.07.2015) - уничтожить после вступлении приговора в законную силу. - вещественные доказательства – растительные вещества, изъятые при проведении досмотра а\м &lt;...&gt; г.р.н. &lt;№&gt;, наркотические средства – гашиш (анаша, смола каннабиса) массами:- уничтожить после вступлении приговора в законную силу. - первоначальная упаковка веществ, растительные вещества, и наркотические средства – гашиш (анаша, смола каннабиса), массой №1-3782,0г, № 2-502,7г, № 3-500,3г, № 4-486,3г, №5-108,5г и первоначальная упаковка - уничтожить после вступлении приговора в законную силу. - вещества в пакетах 1, 2, 3 - смеси, содержащей метамфетамин (первитин), три липких ленты, три липких ленты, стеклянный бокал, и объекты - уничтожить после вступлении приговора в законную силу. - автомобиля &lt;...&gt; государственный номер &lt;№&gt; принадлежащий С. А. В., возвращенный законному владельцу, разрешить использовать по своему усмотрению, после вступления приговора в законную силу. - детализации с установочными данными абонентов - распечатки телефонных соединении из ОАО «Билайн», детализации с установочными данными абонентов - распечатки телефонных соединении из ОАО «Билайн», детализации с установочными данными абонентов - распечатки телефонных соединении из ОАО «Билайн», оптический диск CD-R № 17/44-662 от 20.07.2015 - хранящиеся в уголовном деле, продолжать хранить при материалах уголовного дела. Приговор может быть обжалован в апелляционном порядке в Санкт-Петербургский городской суд в течение 10-и суток со дня провозглашения. В случае подачи апелляционной жалобы осужденный вправе ходатайствовать в апелляционной жалобе о своем участии в рассмотрении уголовного дела судом апелляционной инстанции,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10-и суток со дня вручения ему копии приговора, либо копии жалобы или представления, а также поручать осуществление своей защиты избранному защитнику либо ходатайствовать перед судом о назначении защитника Судья: Г.В. Ершова Суд: Красносельский районный суд (Город Санкт-Петербург) (подробнее) Судьи дела: Ершова Галина Витальевна (судья) (подробнее) Последние документы по делу: Апелляционное постановление от 5 декабря 2017 г. по делу № 1-243/2017 Приговор от 31 августа 2017 г. по делу № 1-243/2017 Приговор от 27 августа 2017 г. по делу № 1-243/2017 Приговор от 21 августа 2017 г. по делу № 1-243/2017 Постановление от 19 июня 2017 г. по делу № 1-243/2017 Приговор от 24 мая 2017 г. по делу № 1-243/2017 Приговор от 19 марта 2017 г. по делу № 1-243/2017 Показать все документы по этому делу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