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28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В.7, 3 апреля 2014 года, в дневное время, находясь по адресу: &lt;...&gt;, заключил с ООО «Финанс Групп+» в лице директора В.1., договор процентного займа № 4 от 3 апреля 2014 года о передаче денежных средств в размере 100 000 рублей сроком на один год, в соответствии с которым, от имени ООО «Финанс Групп+» В.7 гарантировалась ежемесячная выплата процентов за пользование займом в размере 144% годовых от суммы полученного займа. После чего, В.7 передал ФИО1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В.7 уверенности в сохранности внесенных им денежных средств, сокрытия совершенного хищения, последнему в период с 3 апреля 2014 года по 21 ноября 2014 года были выплачены денежные средства в сумме 52 200 рублей под видом процентов по договору процентного займа. Своими преступными действиями ФИО1 и иное лицо похитили у В.7 денежные средства в сумме 47800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В.8, 4 апреля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5 от 4 апреля 2014 года о передаче денежных средств в размере 200 000 рублей сроком на один год, в соответствии с которым, от имени ООО «Финанс Групп+» В.8 гарантировалась ежемесячная выплата процентов за пользование займом в размере 144% годовых от суммы полученного займа, а также оформил страховой полис № 03253/10-2014 ЗАО «Страховая Компания «Финрос» на период действия договора процентного займа. После чего, В.8 передал ФИО1 денежные средства в сумме 200 000 рублей в соответствии с заключенным договором процентного займа, денежные средства в сумме 1 600 рублей за страхование вклада, а всего на общую сумму 201 600 рублей. После заключения договора процентного займа, с целью создания у В.8 уверенности в сохранности внесенных им денежных средств, сокрытия совершенного хищения, последнему в период с 4 апреля 2014 года по 21 ноября 2014 года были выплачены денежные средства в сумме 146 160 рублей под видом процентов по договору процентного займа. Своими преступными действиями ФИО1 и иное лцио похитили у В.8 денежные средства в сумме 55440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В.9, 8 апреля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№10 от 08 апреля 2014 года о передаче денежных средств в размере 600 000 рублей сроком на один год, в соответствии с которым, от имени ООО «Финанс Групп+» В.9 гарантировалась ежемесячная выплата процентов за пользование займом в размере 144% годовых от суммы полученного займа, а также оформил страховой полис № 03254/10-2014 ЗАО «Страховая Компания «Финрос» на период действия договора процентного займа. После чего, В.9 передал ФИО1 денежные средства в сумме 600 000 рублей в соответствии с заключенным договором процентного займа, денежные средства в сумме 4 800 рублей за страхование вклада, а всего на общую сумму 604 800 рублей. После заключения договора процентного займа, с целью создания у В.9 уверенности в сохранности внесенных им денежных средств, сокрытия совершенного хищения, последнему в период с 8 апреля 2014 года по 21 ноября 2014 года были выплачены денежные средства в сумме 438 480 рублей под видом процентов по договору процентного займа. Своими преступными действиями ФИО1 и иное лицо., похитили у В.9 денежные средства в сумме 166320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А.6, 10 апреля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11 от 10 апреля 2014 года о передаче денежных средств в размере 50 000 рублей сроком на один год, в соответствии с которым, от имени ООО «Финанс Групп+» А.6 гарантировалась ежемесячная выплата процентов за пользование займом в размере 144% годовых от суммы полученного займа, а также оформила страховой полис № 03255/10-2014 ЗАО «Страховая Компания «Финрос» на период действия договора процентного займа. После чего, А.6 передала ФИО1 денежные средства в сумме 50 000 рублей в соответствии с заключенным договором процентного займа, денежные средства в сумме 1 000 рублей за страхование вклада, а всего на общую сумму 51 000 рублей. После заключения договора процентного займа №11 от 10 апреля 2014 года, с целью создания у А.6. уверенности в сохранности внесенных ею денежных средств, сокрытия совершенного хищения, последней в период с 10 апреля 2014 года по 21 ноября 2014 года были выплачены денежные средства в сумме 36 540 рублей под видом процентов по указанному договору процентного займа. Кроме того, А.6, будучи убежденной в надежности деятельности ООО «Финанс Групп+», 29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341 от 29 сентября 2014 года о передаче денежных средств в размере 18 000 рублей сроком на два месяца, в соответствии с которым, от имени ООО «Финанс Групп+» А.6 гарантировалась ежемесячная выплата процентов за пользование займом в размере 96% годовых от суммы полученного займа. После чего, А.6 передала ФИО1 денежные средства в сумме 18 000 рублей в соответствии с заключенным договором процентного займа. Кроме того, А.6, будучи убежденной в надежности деятельности ООО «Финанс Групп+», 20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14/26 от 20 октября 2014 года о передаче денежных средств в размере 27 000 рублей сроком на четыре месяца, в соответствии с которым, от имени ООО «Финанс Групп+» А.6 гарантировалась ежемесячная выплата процентов за пользование займом в размере 120% годовых от суммы полученного займа. После чего, А.6 передала ФИО1 денежные средства в сумме 27 000 рублей в соответствии с заключенным договором процентного займа. Своими преступными действиями ФИО1, ФИО2 и иное лицо, похитили у А.6 денежные средства в сумме 59460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М.9, 11 апреля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14 от 11 апреля 2014 года о передаче денежных средств в размере 100 000 рублей сроком на один год, в соответствии с которым, от имени ООО «Финанс Групп+» М.9 гарантировалась ежемесячная выплата процентов за пользование займом в размере 144% годовых от суммы полученного займа. После чего, М.9 передала ФИО1 денежные средства в сумме 100 000 рублей в соответствии с заключенными договорами процентного займа, которые ФИО1 и иное лицо, используя свое служебное положение, получив возможность распоряжаться ими, сразу же в этот день путем обмана похитили, причинив М.9 значительный ущерб. Кроме того, М.9, будучи убежденной в надежности деятельности ООО «Финанс Групп+», 20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договора процентного займа: № 14/24 от 20 октября 2014 года о передаче денежных средств в размере 105 000 рублей сроком на четыре месяца, в соответствии с которым, от имени ООО «Финанс Групп+» М.9 гарантировалась ежемесячная выплата процентов за пользование займом в размере 120% годовых от суммы полученного займа, № 14/25 от 20 октября 2014 года о передаче денежных средств в размере 300 000 рублей сроком на один год, в соответствии с которым, от имени ООО «Финанс Групп+» М.9 гарантировалась ежемесячная выплата процентов за пользование займом в размере 156% годовых от суммы полученного займа. После чего, М.9, не зная об умысле ФИО1 и ФИО2, направленном на хищение ее денежных средств, передала ФИО1 денежные средства в сумме 405 000 рублей в соответствии с заключенными договорами процентного займа. После заключения договора процентного займа, с целью создания у М.9 уверенности в сохранности внесенных ею денежных средств, сокрытия совершенного хищения, последней в период с 11 апреля 2014 года по 21 ноября 2014 года были выплачены денежные средства в сумме 52 200 рублей под видом процентов по договорам процентного займа. Своими преступными действиями ФИО1, ФИО2, иное лцио похитили у М.9 денежные средства в сумме 452800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В.10, 14 апреля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№16 от 14 апреля 2014 года о передаче денежных средств в размере 150 000 рублей сроком на один год, в соответствии с которым, от имени ООО «Финанс Групп+» В.10 гарантировалась ежемесячная выплата процентов за пользование займом в размере 144% годовых от суммы полученного займа. После чего, В.10 передал ФИО1 денежные средства в сумме 150 000 рублей в соответствии с заключенным договором процентного займа. После заключения договора процентного займа, с целью создания у В.10 уверенности в сохранности внесенных им денежных средств, сокрытия совершенного хищения, последнему в период с 14 апреля 2014 года по 21 ноября 2014 года были выплачены денежные средства в сумме 78 300 рублей под видом процентов по договору процентного займа. Своими преступными действиями ФИО1 и иное лицо похитили у В.10 денежные средства в сумме 71700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Г.1, 14 апреля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№18 от 14 апреля 2014 года о передаче денежных средств в размере 143 680 рублей сроком на один год, в соответствии с которым, от имени ООО «Финанс Групп+» Г.1 гарантировалась ежемесячная выплата процентов за пользование займом в размере 144% годовых от суммы полученного займа. После чего, Г.1 передал ФИО1 денежные средства в сумме 143 680 рублей в соответствии с заключенным договором процентного займа. После заключения договора процентного займа, с целью создания у Г.1 уверенности в сохранности внесенных им денежных средств, сокрытия совершенного хищения, последнему в период с 14 апреля 2014 года по 21 ноября 2014 года были выплачены денежные средства в сумме 90 000 рублей под видом процентов по договору процентного займа. Своими преступными действиями ФИО1 и иное лицо похитили у Г.1 денежные средства в сумме 53 680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Г.2, 15 апреля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19 от 15 апреля 2014 года о передаче денежных средств в размере 50 000 рублей сроком на один год, в соответствии с которым, от имени ООО «Финанс Групп+» Г.2 гарантировалась ежемесячная выплата процентов за пользование займом в размере 144% годовых от суммы полученного займа, а также оформила страховой полис № 03260/10-2014 ЗАО «Страховая Компания «Финрос» на период действия договора процентного займа. После чего, Г.2 передала ФИО1 денежные средства в сумме 50 000 рублей в соответствии с заключенным договором процентного займа, денежные средства в сумме 1 000 рублей за страхование вклада, а всего на общую сумму 51 000 рублей. После заключения договора процентного займа, с целью создания у Г.2 уверенности в сохранности внесенных ею денежных средств, сокрытия совершенного хищения, последней в период с 15 апреля 2014 года по 21 ноября 2014 года были выплачены денежные средства в сумме 36 540 рублей под видом процентов по договору процентного займа. Своими преступными действиями ФИО1 и иное лицо похитили у Г.2 денежные средства в сумме 14460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Б.1, 24 апреля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31 от 24 апреля 2014 года о передаче денежных средств в размере 100 000 рублей сроком на один год, в соответствии с которым, от имени ООО «Финанс Групп+» Б.1 гарантировалась ежемесячная выплата процентов за пользование займом в размере 144% годовых от суммы полученного займа, а также оформил страховой полис № 03269/10-2014 ЗАО «Страховая Компания «Финрос» на период действия договора процентного займа. После чего, Б.1 передал ФИО1 денежные средства в сумме 100 000 рублей в соответствии с заключенным договором процентного займа, денежные средства в сумме 800 рублей за страхование вклада, а всего на общую сумму 100 800 рублей. После заключения договора процентного займа, с целью создания у Б.1 уверенности в сохранности внесенных им денежных средств, сокрытия совершенного хищения, последнему в период с 24 апреля 2014 года по 21 ноября 2014 года были выплачены денежные средства в сумме 62 640 рублей под видом процентов по договору процентного займа. Своими преступными действиями ФИО1 и иное лицо похитили у Б.1 денежные средства в сумме 38160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Г.3, 26 апреля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37 от 26 апреля 2014 года о передаче денежных средств в размере 50 000 рублей сроком на один год, в соответствии с которым, от имени ООО «Финанс Групп+» Г.3 гарантировалась ежемесячная выплата процентов за пользование займом в размере 144% годовых от суммы полученного займа. После чего, Г.3 передал ФИО1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Г.3 уверенности в сохранности внесенных им денежных средств, сокрытия совершенного хищения, последнему в период с 26 апреля 2014 года по 21 ноября 2014 года были выплачены денежные средства в сумме 31 320 рублей под видом процентов по договору процентного займа. Своими преступными действиями ФИО1 и иное лицо похитили у Г.3 денежные средства в сумме 18680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Г.4, заблуждаясь относительно действительных намерений финансового менеджера ФИО1, директора ООО «Финанс Групп+» В.1, 28 апреля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39 от 28 апреля 2014 года о передаче денежных средств в размере 100 000 рублей сроком на один год, в соответствии с которым, от имени ООО «Финанс Групп+» Г.4 гарантировалась ежемесячная выплата процентов за пользование займом в размере 144% годовых от суммы полученного займа. После чего, Г.4 передала ФИО1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Г.4 уверенности в сохранности внесенных ею денежных средств, сокрытия совершенного хищения, последней в период с 28 апреля 2014 года по 21 ноября 2014 года были выплачены денежные средства в сумме 62 640 рублей под видом процентов по договору процентного займа № 39 от 28 апреля 2014 года. Кроме того, Г.4, будучи убежденной в надежности деятельности ООО «Финанс Групп+», 27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169 от 27 июня 2014 года о передаче денежных средств в размере 50 000 рублей сроком на один год, в соответствии с которым, от имени ООО «Финанс Групп+» Г.4 гарантировалась ежемесячная выплата процентов за пользование займом в размере 144% годовых от суммы полученного займа. После чего, Г.4 передала ФИО1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Г.4 уверенности в сохранности внесенных ею денежных средств, сокрытия совершенного хищения, последней в период с 27 июня 2014 года по 21 ноября 2014 года были выплачены денежные средства в сумме 20 880 рублей под видом процентов по договору процентного займа №169 от 27 июня 2014 года. Своими преступными действиями ФИО1, ФИО2 и иное лицо похитили у Г.4 денежные средства в сумме 66480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Г.5, 29 апреля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42 от 29 апреля 2014 года о передаче денежных средств в размере 210 000 рублей сроком на один год, в соответствии с которым, от имени ООО «Финанс Групп+» Г.5 гарантировалась ежемесячная выплата процентов за пользование займом в размере 144% годовых от суммы полученного займа, а также оформила страховой полис № 06851/10-2014 ЗАО «Страховая Компания «Финрос» на период действия договора процентного займа. После чего, Г.5 передала ФИО1 денежные средства в сумме 210 000 рублей в соответствии с заключенным договором процентного займа, денежные средства в сумме 4 200 рублей за страхование вклада, а всего на общую сумму 214 200 рублей. После чего, 6 мая 2014 года Г.5 в дневное время, находясь по адресу: город Казань, Советский район, проспект Победы, дом 156/26, получила от ФИО1 страховой полис № 06851/10-2014 ЗАО «Страховая Компания «Финрос», при этом передала ФИО1 денежные средства в сумме 2 520 рублей в качестве страхового взноса. После заключения договора процентного займа, с целью создания у Г.5 уверенности в сохранности внесенных ею денежных средств, сокрытия совершенного хищения, последней в период с 29 апреля 2014 года по 21 ноября 2014 года были выплачены денежные средства в сумме 131 544 рублей под видом процентов по договору процентного займа № 42 от 29 апреля 2014 года. Кроме того, Г.5, будучи убежденной в надежности деятельности ООО «Финанс Групп+», 25 июня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163 от 25 июня 2014 года о передаче денежных средств в размере 90 000 рублей сроком на один год, в соответствии с которым, от имени ООО «Финанс Групп+» Г.5 гарантировалась ежемесячная выплата процентов за пользование займом в размере 144% годовых от суммы полученного займа, а также оформила страховой полис № 17723/10-2014 ЗАО «Страховая Компания «Финрос» на период действия договора процентного займа. После чего, Г.5 передала ФИО1 денежные средства в сумме 90 000 рублей в соответствии с заключенным договором процентного займа, денежные средства в сумме 1 800 рублей за страхование вклада, а всего на общую сумму 91 800 рублей. После заключения договора процентного займа, с целью создания у Г.5 уверенности в сохранности внесенных ею денежных средств, сокрытия совершенного хищения, последней в период с 25 июня 2014 года по 21 ноября 2014 года были выплачены денежные средства в сумме 37 584 рубля под видом процентов по договору процентного займа №163 от 25 июня 2014 года. Своими преступными действиями ФИО1, ФИО2 и иное лицо похитили у Г.5 денежные средства в сумме 139392 рубля.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Г.6, 8 мая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50 от 08 мая 2014 года о передаче денежных средств в размере 100 000 рублей сроком на один год, в соответствии с которым, от имени ООО «Финанс Групп+» Г.6 гарантировалась ежемесячная выплата процентов за пользование займом в размере 120% годовых от суммы полученного займа. После чего, Г.6 передал ФИО1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Г.6 уверенности в сохранности внесенных им денежных средств, сокрытия совершенного хищения, последнему в период с 8 мая 2014 года по 21 ноября 2014 года были выплачены денежные средства в сумме 62 640 рублей под видом процентов по договору процентного займа. Своими преступными действиями ФИО1 и иное лицо похитили у Г.6 денежные средства в сумме 37360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Г.7, 14 мая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53 от 14 мая 2014 года о передаче денежных средств в размере 50 000 рублей сроком на один год, в соответствии с которым, от имени ООО «Финанс Групп+» Г.7 гарантировалась ежемесячная выплата процентов за пользование займом в размере 144% годовых от суммы полученного займа, а также оформила страховой полис № 06854/10-2014 ЗАО «Страховая Компания «Финрос» на период действия договора процентного займа. После чего, Г.7 передала ФИО1 денежные средства в сумме 50 000 рублей в соответствии с заключенным договором процентного займа, денежные средства в сумме 600 рублей за страхование вклада, а всего на общую сумму 50 600 рублей. После заключения договора процентного займа, с целью создания у Г.7 уверенности в сохранности внесенных ею денежных средств, сокрытия совершенного хищения, последней в период с 14 мая 2014 года по 21 ноября 2014 года были выплачены денежные средства в сумме 31 320 рублей под видом процентов по договору процентного займа. Своими преступными действиями ФИО1 и иное лицо похитили у Г.7 денежные средства в сумме 19280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А.1, 15 мая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56 от 15 мая 2014 года о передаче денежных средств в размере 100 000 рублей сроком на один год, в соответствии с которым, от имени ООО «Финанс Групп+» А.1 гарантировалась ежемесячная выплата процентов за пользование займом в размере 144% годовых от суммы полученного займа, а также оформил страховой полис № 17977/10-2014 ЗАО «Страховая Компания «Финрос» на период действия договора процентного займа. После чего, А.1 передал менеджеру Б.4 денежные средства в сумме 100 000 рублей в соответствии с заключенным договором процентного займа, денежные средства в сумме 2 000 рублей за страхование вклада, а всего на общую сумму 102 000 рублей. Далее, 15 июля 2014 года в дневное время А.1, находясь по адресу: город Казань, Советский район, проспект Победы, дом 156/26, оформил страховой полис № 17977/10-2014 ЗАО «Страховая Компания «Финрос» на период действия договора процентного займа №56 от 15 мая 2014 года, при этом передал менеджеру ООО «Финанс Групп+» Р.3 денежные средства в сумме 2 000 рублей в качестве страхового взноса. После заключения договора процентного займа, с целью создания у А.1 уверенности в сохранности внесенных им денежных средств, сокрытия совершенного хищения, последнему в период с 15 мая 2014 года по 21 ноября 2014 года были выплачены денежные средства в сумме 52 200 рублей под видом процентов по договору процентного займа. Своими преступными действиями ФИО1, ФИО2 и иное лицо похитили у А.1 денежные средства в сумме 49800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Г.9, 20 мая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58 от 20 мая 2014 года о передаче денежных средств в размере 400 000 рублей сроком на один год, в соответствии с которым, от имени ООО «Финанс Групп+» Г.9 гарантировалась ежемесячная выплата процентов за пользование займом в размере 144% годовых от суммы полученного займа, а также оформила страховой полис № 06864/10-2014 ЗАО «Страховая Компания «Финрос» на период действия договора процентного займа. После чего, Г.9 передала ФИО1 денежные средства в сумме 400 000 рублей в соответствии с заключенным договором процентного займа, денежные средства в сумме 4 800 рублей за страхование вклада, а всего на общую сумму 404 800 рублей. После заключения договора процентного займа, с целью создания у Г.9 уверенности в сохранности внесенных ею денежных средств, сокрытия совершенного хищения, последней в период с 20 мая 2014 года по 21 ноября 2014 года были выплачены денежные средства в сумме 208 800 рублей под видом процентов по договору процентного займа № 58 от 20 мая 2014 года. Своими преступными действиями ФИО1 и иное лицо похитили у Г.9 денежные средства в сумме 196000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Г.10, заблуждаясь относительно действительных намерений финансового менеджера ФИО1, директора ООО «Финанс Групп+» В.1, 26 мая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74 от 26 мая 2014 года о передаче денежных средств в размере 60 000 рублей сроком на шесть месяцев, в соответствии с которым, от имени ООО «Финанс Групп+» Г.10 гарантировалась ежемесячная выплата процентов за пользование займом в размере 120% годовых от суммы полученного займа. После чего, Г.10 передал ФИО1 денежные средства в сумме 60 000 рублей в соответствии с заключенным договором процентного займа. После заключения договора процентного займа, с целью создания у Г.10 уверенности в сохранности внесенных им денежных средств, сокрытия совершенного хищения, последнему в период с 26 мая 2014 года по 21 ноября 2014 года были выплачены денежные средства в сумме 26 100 рублей под видом процентов по договору процентного займа №74 от 26 мая 2014 года. Своими преступными действиями ФИО1 и иное лицо похитили у Г.10 денежные средства в сумме 33900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 23 мая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64 от 23 мая 2014 года о передаче денежных средств в размере 100 000 рублей сроком на один год, в соответствии с которым, от имени ООО «Финанс Групп+» Д. гарантировалась ежемесячная выплата процентов за пользование займом в размере 144% годовых от суммы полученного займа. После чего, Д. передал менеджеру Б.4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Д. уверенности в сохранности внесенных им денежных средств, сокрытия совершенного хищения, последнему в период с 23 мая 2014 года по 21 ноября 2014 года были выплачены денежные средства в сумме 20 880 рублей под видом процентов по договору процентного займа. Своими преступными действиями ФИО1 и иное лицо, похитили у Д. денежные средства в сумме 79120 рублей.</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Д.1, 24 мая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69 от 24 мая 2014 года о передаче денежных средств в размере 50 000 рублей сроком на один год, в соответствии с которым, от имени ООО «Финанс Групп+» Д.1 гарантировалась ежемесячная выплата процентов за пользование займом в размере 144% годовых от суммы полученного займа. После чего, Д.1 передал ФИО1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Г.10 уверенности в сохранности внесенных им денежных средств, сокрытия совершенного хищения, последнему в период с 24 мая 2014 года по 21 ноября 2014 года были выплачены денежные средства в сумме 26 100 рублей под видом процентов по договору процентного займа №69 от 24 мая 2014 года. Своими преступными действиями ФИО1 и иное лицо похитили у Д.1 денежные средства в сумме 23900 рублей.</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Д.2, 26 мая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договора процентного займа: № 71 от 26 мая 2014 года о передаче денежных средств в размере 200 000 рублей сроком на один год, в соответствии с которым, от имени ООО «Финанс Групп+» Д.2 гарантировалась ежемесячная выплата процентов за пользование займом в размере 156% годовых от суммы полученного займа, № 72 от 26 мая 2014 года о передаче денежных средств в размере 220 000 рублей сроком на шесть месяцев, в соответствии с которым, от имени ООО «Финанс Групп+» Д.2 гарантировалась ежемесячная выплата процентов за пользование займом в размере 120% годовых от суммы полученного займа. После чего, Д.2 передала менеджеру ООО «Финанс Групп+» Б.4 денежные средства в сумме 200 000 рублей в соответствии с заключенным договором процентного займа №71 от 26 мая 2014 года и денежные средства в сумме 220 000 рублей в соответствии с заключенным договором займа №72 от 26 мая 2014 года, а всего на общую сумму 420 000 рублей. После заключения договора процентного займа, с целью создания у Д.2 уверенности в сохранности внесенных ею денежных средств, сокрытия совершенного хищения, последней в период с 26 мая 2014 года по 21 ноября 2014 года были выплачены денежные средства в сумме 208 800 рублей под видом процентов по договорам процентного займа №71 и №72 от 26 мая 2014 года. Кроме того, Д.2, будучи убежденной в надежности деятельности ООО «Финанс Групп+», 27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170 от 27 июня 2014 года о передаче денежных средств в размере 700 000 рублей сроком на шесть месяцев, в соответствии с которым, от имени ООО «Финанс Групп+» Д.2 гарантировалась ежемесячная выплата процентов за пользование займом в размере 120% годовых от суммы полученного займа. После чего, Д.2 передала менеджеру Б.4 денежные средства в сумме 700 000 рублей в соответствии с заключенным договором процентного займа. После заключения договора процентного займа, с целью создания у Д.2 уверенности в сохранности внесенных ею денежных средств, сокрытия совершенного хищения, последней в период с 27 июня 2014 года по 21 ноября 2014 года были выплачены денежные средства в сумме 243 600 рублей под видом процентов по договору процентного займа №170 от 27 июня 2014 года. Своими преступными действиями ФИО1, ФИО2 и иное лицо похитили у Д.2 денежные средства в сумме 667600 рублей.</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Д.3, 27 мая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76 от 27 мая 2014 года о передаче денежных средств в размере 110 000 рублей сроком на один год, в соответствии с которым, от имени ООО «Финанс Групп+» Д.3 гарантировалась ежемесячная выплата процентов за пользование займом в размере 144% годовых от суммы полученного займа, а также оформил страховой полис № 06868/10-2014 ЗАО «Страховая Компания «Финрос» на период действия договора процентного займа. После чего, Д.3 передал ФИО1 денежные средства в сумме 110 000 рублей в соответствии с заключенным договором процентного займа, денежные средства в сумме 1 320 рублей за страхование вклада, а всего на общую сумму 111 320 рублей. После заключения договора процентного займа, с целью создания у Д.3 уверенности в сохранности внесенных им денежных средств, сокрытия совершенного хищения, последнему в период с 27 мая 2014 года по 21 ноября 2014 года были выплачены денежные средства в сумме 45 936 рублей под видом процентов по договору процентного займа. Своими преступными действиями ФИО1 и иное лицо похитили у Д.3 денежные средства в сумме 65384 рубля.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Д.4, 28 мая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80 от 28 мая 2014 года о передаче денежных средств в размере 200 000 рублей сроком на один год, в соответствии с которым, от имени ООО «Финанс Групп+» Д.4 гарантировалась ежемесячная выплата процентов за пользование займом в размере 156% годовых от суммы полученного займа. После чего, Д.4 передала менеджеру Б.4 денежные средства в сумме 200 000 рублей в соответствии с заключенным договором процентного займа. После заключения договора процентного займа, с целью создания у Д.4 уверенности в сохранности внесенных ею денежных средств, сокрытия совершенного хищения, последней в период с 28 мая 2014 года по 21 ноября 2014 года были выплачены денежные средства в сумме 113 100 рублей под видом процентов по договору процентного займа. Своими преступными действиями ФИО1 и иное лицо похитили у Д.4 денежные средства в сумме 86900 рублей.</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Д.5, 30 мая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86 от 30 мая 2014 года о передаче денежных средств в размере 140 000 рублей сроком на шесть месяцев, в соответствии с которым, от имени ООО «Финанс Групп+» Д.5 гарантировалась ежемесячная выплата процентов за пользование займом в размере 120% годовых от суммы полученного займа. После чего, Д.5 передала ФИО1 денежные средства в сумме 140 000 рублей в соответствии с заключенным договором процентного займа. После заключения договора процентного займа, с целью создания у Д.5 уверенности в сохранности внесенных ею денежных средств, сокрытия совершенного хищения, последней в период с 30 мая 2014 года по 21 ноября 2014 года были выплачены денежные средства в сумме 60 900 рублей под видом процентов по договору процентного займа №86 от 30 мая 2014 года. Своими преступными действиями ФИО1 и ФИО2 похитили у Д.5 денежные средства в сумме 79100 рублей.</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Д.6, 2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91 от 02 июня 2014 года о передаче денежных средств в размере 300 000 рублей сроком на один год, в соответствии с которым, от имени ООО «Финанс Групп+» Д.6 гарантировалась ежемесячная выплата процентов за пользование займом в размере 156% годовых от суммы полученного займа. После чего, Д.6 передала одному из менеджеров ООО «Финанс Групп+» денежные средства в сумме 300 000 рублей в соответствии с заключенным договором процентного займа. После заключения договора процентного займа, с целью создания у Д.6 уверенности в сохранности внесенных ею денежных средств, сокрытия совершенного хищения, последней в период с 02 июня 2014 года по 21 ноября 2014 года были выплачены денежные средства в сумме 169 650 рублей под видом процентов по договору процентного займа. Своими преступными действиями ФИО1 и ФИО2 похитили у Д.6 денежные средства в сумме 130350 рублей.</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Д.7, 4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договора процентного займа № 97 от 04 июня 2014 года о передаче денежных средств в размере 360 000 рублей сроком на один год, в соответствии с которым, от имени ООО «Финанс Групп+» Д.7 гарантировалась ежемесячная выплата процентов за пользование займом в размере 156% годовых от суммы полученного займа, а также оформила страховой полис № 17975/10-2014 ЗАО «Страховая Компания «Финрос» на период действия договора процентного займа. После чего, Д.7 передала менеджеру Б.4 денежные средства в сумме 360 000 рублей в соответствии с заключенным договором процентного займа, денежные средства в сумме 7 200 рублей за страхование вклада, а всего на общую сумму 367 200 рублей. После заключения договора процентного займа, с целью создания у Д.7 уверенности в сохранности внесенных ею денежных средств, сокрытия совершенного хищения, последней в период с 4 июня 2014 года по 21 ноября 2014 года были выплачены денежные средства в сумме 203 580 рублей под видом процентов по договору процентного займа №97 от 04 июня 2014 года. Кроме того, Д.7, будучи убежденной в надежности деятельности ООО «Финанс Групп+», 14 ноября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14/68 от 14 ноября 2014 года о передаче денежных средств в размере 300 000 рублей сроком на один год, в соответствии с которым, от имени ООО «Финанс Групп+» Д.7 гарантировалась ежемесячная выплата процентов за пользование займом в размере 156% годовых от суммы полученного займа, а также оформила страховой полис № 19351/10-2014 ЗАО «Страховая Компания «Финрос» на период действия договора процентного займа. После чего, Д.7 передала менеджеру Б.4 денежные средства в сумме 300 000 рублей в соответствии с заключенным договором процентного займа, денежные средства в сумме 6 000 рублей за страхование вклада, а всего на общую сумму 306 000 рублей. Своими преступными действиями ФИО1 и ФИО2 похитили у Д.7 денежные средства в сумме 469620 рублей.</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Д.8, 6 июня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104 от 06 июня 2014 года о передаче денежных средств в размере 200 000 рублей сроком на один год, в соответствии с которым, от имени ООО «Финанс Групп+» Д.8 гарантировалась ежемесячная выплата процентов за пользование займом в размере 156% годовых от суммы полученного займа, а также оформил страховой полис № 06875/10-2014 ЗАО «Страховая Компания «Финрос» на период действия договора процентного займа. После чего, Д.8, не зная об умысле ФИО1 и ФИО2, направленном на хищение его денежных средств, передал одному из менеджеров ООО «Финанс Групп+» денежные средства в сумме 200 000 рублей в соответствии с заключенным договором процентного займа, денежные средства в сумме 4 000 рублей за страхование вклада, а всего на общую сумму 204 000 рублей. После заключения договора процентного займа, с целью создания у Д.8 уверенности в сохранности внесенных им денежных средств, сокрытия совершенного хищения, последнему в период с 06 июня 2014 года по 21 ноября 2014 года были выплачены денежные средства в сумме 113 100 рублей под видом процентов по договору процентного займа. Своими преступными действиями ФИО1 и ФИО2 похитили у Д.8 денежные средства в сумме 90900 рублей.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Д.9 7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106 от 7 июня 2014 года о передаче денежных средств в размере 50 000 рублей сроком на один год, в соответствии с которым, от имени ООО «Финанс Групп+» Д.9 гарантировалась ежемесячная выплата процентов за пользование займом в размере 144% годовых от суммы полученного займа, а также оформила страховой полис № 06877/10-2014 ЗАО «Страховая Компания «Финрос» на период действия договора процентного займа. После чего, Д.9 передала ФИО1 денежные средства в сумме 50 000 рублей в соответствии с заключенным договором процентного займа, денежные средства в сумме 600 рублей за страхование вклада, а всего на общую сумму 50 600 рублей. После заключения договора процентного займа, с целью создания у Д.9 уверенности в сохранности внесенных ею денежных средств, сокрытия совершенного хищения, последней в период с 07 июня по 21 ноября 2014 года были выплачены денежные средства в сумме 26 100 рублей под видом процентов по договору процентного займа №106 от 07 июня 2014 года. Своими преступными действиями ФИО1 и ФИО2 похитили у Д.9 денежные средства в сумме 24500 рублей, причинив тем самым последней значительный ущерб.</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Д.10, 16 июня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118 от 16 июня 2014 года о передаче денежных средств в размере 50 000 рублей сроком на шесть месяцев, в соответствии с которым, от имени ООО «Финанс Групп+» Д.10 гарантировалась ежемесячная выплата процентов за пользование займом в размере 120% годовых от суммы полученного займа, а также оформил страховой полис № 17716/10-2014 ЗАО «Страховая Компания «Финрос» на период действия договора процентного займа. После чего, Д.10 передал ФИО1 денежные средства в сумме 50 000 рублей в соответствии с заключенным договором процентного займа, денежные средства в сумме 1 000 рублей за страхование вклада, а всего на общую сумму 51 000 рублей. После заключения договора процентного займа, с целью создания у Д.10 уверенности в сохранности внесенных им денежных средств, сокрытия совершенного хищения, последнему в период с 16 июня по 21 ноября 2014 года были выплачены денежные средства в сумме 21 750 рублей под видом процентов по договору процентного займа №118 от 16 июня 2014 года. Своими преступными действиями ФИО1 и ФИО2 похитили у Д.10 денежные средства в сумме 29250 рублей.</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Е.1 16 июня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120 от 16 июня 2014 года о передаче денежных средств в размере 50 000 рублей сроком на шесть месяцев, в соответствии с которым, от имени ООО «Финанс Групп+» Е.1 гарантировалась ежемесячная выплата процентов за пользование займом в размере 120% годовых от суммы полученного займа. После чего, Е.1 передал ФИО1 денежные средства в сумме 50 000 рублей в соответствии с заключенным договором процентного займа. Кроме того, Е.1, будучи убежденным в надежности деятельности ООО «Финанс Групп+», 20 августа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267 от 20 августа 2014 года о передаче денежных средств в размере 50 000 рублей сроком на шесть месяцев, в соответствии с которым, от имени ООО «Финанс Групп+» Е.1 гарантировалась ежемесячная выплата процентов за пользование займом в размере 120% годовых от суммы полученного займа. После чего, Е.1 передал ФИО1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Е.1 уверенности в сохранности внесенных им денежных средств, сокрытия совершенного хищения, последнему в период с 16 июня 2014 года по 21 ноября 2014 года были выплачены денежные средства в сумме 26 100 рублей под видом процентов по договорам процентного займа. Своими преступными действиями ФИО1 и ФИО2 похитили у Е.1 денежные средства в сумме 73900 рублей.</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А.2, 16 июня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122 от 16 июня 2014 года о передаче денежных средств в размере 130 000 рублей сроком на один год, в соответствии с которым, от имени ООО «Финанс Групп+» А.2 гарантировалась ежемесячная выплата процентов за пользование займом в размере 144% годовых от суммы полученного займа. После чего, А.2 передал ФИО1 денежные средства в сумме 130 000 рублей в соответствии с заключенным договором процентного займа. После заключения договора процентного займа, с целью создания у А.2 уверенности в сохранности внесенных им денежных средств, сокрытия совершенного хищения, последнему в период с 16 июня по 21 ноября 2014 года были выплачены денежные средства в сумме 54 288 рублей под видом процентов по договору процентного займа №122 от 16 июня 2014 года. Своими преступными действиями ФИО1 и ФИО2 похитили у А.2 денежные средства в сумме 75712 рублей.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Е.2, 17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126 от 17 июня 2014 года о передаче денежных средств в размере 600 000 рублей сроком на один год, в соответствии с которым, от имени ООО «Финанс Групп+» Е.2 гарантировалась ежемесячная выплата процентов за пользование займом в размере 156% годовых от суммы полученного займа. После чего, Е.2 передала одному из менеджеров ООО «Финанс Групп+» денежные средства в сумме 600 000 рублей в соответствии с заключенным договором процентного займа. После заключения договора процентного займа, с целью создания у Е.2 уверенности в сохранности внесенных ею денежных средств, сокрытия совершенного хищения, последней в период с 17 июня 2014 года по 21 ноября 2014 года были выплачены денежные средства в сумме 339 300 рублей под видом процентов по договору процентного займа. Своими преступными действиями ФИО1 и ФИО2 похитили у Е.2 денежные средства в сумме 260700 рублей.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Е.3, 17 июня 2014 года, в дневное время, находясь по адресу: город Казань, Советский район, проспект Победы, дом 156/26, заключила с ООО «Финанс Групп+» договор процентного займа № 127 от 17 июня 2014 года о передаче денежных средств в размере 60 000 рублей сроком на шесть месяцев, в соответствии с которым, от имени ООО «Финанс Групп+» Е.3 гарантировалась ежемесячная выплата процентов за пользование займом в размере 120% годовых от суммы полученного займа. После чего, Е.3 передала ФИО1 денежные средства в сумме 60 000 рублей в соответствии с заключенным договором процентного займа. После заключения договора процентного займа, с целью создания у Е.3 уверенности в сохранности внесенных ею денежных средств, сокрытия совершенного хищения, последней в период с 17 июня 2014 года по 21 ноября 2014 года были выплачены денежные средства в сумме 20 880 рублей под видом процентов по договору процентного займа №127 от 17 июня 2014 года. Кроме того, Е.3, будучи убежденной в надежности деятельности ООО «Финанс Групп+», 7 октября 2014 года, в дневное время, находясь по адресу: город Казань, Советский район, проспект Победы, дом 156/26, заключила с ООО «Финанс Групп+» договор процентного займа № 14/2 от 07 октября 2014 года о передаче денежных средств в размере 60 000 рублей сроком на один год, в соответствии с которым, от имени ООО «Финанс Групп+» Е.3 гарантировалась ежемесячная выплата процентов за пользование займом в размере 144% годовых от суммы полученного займа. После чего, Е.3 передала ФИО1 денежные средства в сумме 60 000 рублей в соответствии с заключенным договором процентного займа. Своими преступными действиями ФИО1 и ФИО2 похитили у Е.3 денежные средства в сумме 99120 рублей.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Е.4, 17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131 от 17 июня 2014 года о передаче денежных средств в размере 100 000 рублей сроком на один год, в соответствии с которым, от имени ООО «Финанс Групп+» Е.4 гарантировалась ежемесячная выплата процентов за пользование займом в размере 144% годовых от суммы полученного займа. После чего, Е.4, не зная об умысле ФИО1 и ФИО2, направленном на хищение ее денежных средств, передала ФИО1 денежные средства в сумме 100 000 рублей в соответствии с заключенным договором процентного займа. Кроме того, Е.4, будучи убежденной в надежности деятельности ООО «Финанс Групп+», 20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14/27 от 20 октября 2014 года о передаче денежных средств в размере 70 000 рублей сроком на один год, в соответствии с которым, от имени ООО «Финанс Групп+» Е.4 гарантировалась ежемесячная выплата процентов за пользование займом в размере 144% годовых от суммы полученного займа. После чего, Е.4 передала менеджеру ООО «Финанс Групп+» Р.3 денежные средства в сумме 70 000 рублей в соответствии с заключенным договором процентного займа. После заключения договора процентного займа, с целью создания у Е.4 уверенности в сохранности внесенных ею денежных средств, сокрытия совершенного хищения, последней в период с 17 июня 2014 года по 21 ноября 2014 года были выплачены денежные средства в сумме 41 760 рублей под видом процентов по договорам процентного займа. Своими преступными действиями ФИО1 и ФИО2 похитили у Е.4 денежные средства в сумме 128240 рублей.</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Е.5, 18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135 от 18 июня 2014 года о передаче денежных средств в размере 112 000 рублей сроком на шесть месяцев, в соответствии с которым, от имени ООО «Финанс Групп+» Е.5 гарантировалась ежемесячная выплата процентов за пользование займом в размере 120% годовых от суммы полученного займа. После чего, Е.5 передала ФИО1 денежные средства в сумме 112 000 рублей в соответствии с заключенным договором процентного займа. После заключения договора процентного займа, с целью создания у Е.5 уверенности в сохранности внесенных ею денежных средств, сокрытия совершенного хищения, последней в период с 18 июня 2014 года по 21 ноября 2014 года были выплачены денежные средства в сумме 48 720 рублей под видом процентов по договору процентного займа. Своими преступными действиями ФИО1 и ФИО2 похитили у Е.5 денежные средства в сумме 63280 рублей.</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А.5 18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138 от 18 июня 2014 года о передаче денежных средств в размере 100 000 рублей сроком на один год, в соответствии с которым, от имени ООО «Финанс Групп+» А.5 гарантировалась ежемесячная выплата процентов за пользование займом в размере 144% годовых от суммы полученного займа. После чего, А.5 передала одному из менеджеров ООО «Финанс Групп+» денежные средства в сумме 100 000 рублей в соответствии с заключенным договором процентного займа. Кроме того, А.5, будучи убежденной в надежности деятельности ООО «Финанс Групп+», 19 июля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219 от 19 июля 2014 года о передаче денежных средств в размере 10 000 рублей сроком на четыре месяца, в соответствии с которым, от имени ООО «Финанс Групп+» А.5 гарантировалась ежемесячная выплата процентов за пользование займом в размере 120% годовых от суммы полученного займа. После чего, А.5 передала менеджеру Р.3 денежные средства в сумме 10 000 рублей. Кроме того, А.5, будучи убежденной в надежности деятельности ООО «Финанс Групп+», 27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14/46 от 27 октября 2014 года о передаче денежных средств в размере 100 000 рублей сроком на один год, в соответствии с которым, от имени ООО «Финанс Групп+» А.5 гарантировалась ежемесячная выплата процентов за пользование займом в размере 144% годовых от суммы полученного займа. После чего, А.5 передала менеджеру ООО «Финанс Групп+»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А.5 уверенности в сохранности внесенных ею денежных средств, сокрытия совершенного хищения, последней в период с 18 июня 2014 года по 21 ноября 2014 года были выплачены денежные средства в сумме 41 760 рублей под видом процентов по договорам процентного займа. Своими преступными действиями ФИО1 и ФИО2 похитили у А.5 денежные средства в сумме 168240 рублей.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Е.6 18 июня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139 от 18 июня 2014 года о передаче денежных средств в размере 200 000 рублей сроком на один год, в соответствии с которым, от имени ООО «Финанс Групп+» Е.6 гарантировалась ежемесячная выплата процентов за пользование займом в размере 156% годовых от суммы полученного займа, а также оформил страховой полис № 17717/10-2014 ЗАО «Страховая Компания «Финрос» на период действия договора процентного займа. После чего, Е.6 передал ФИО1 денежные средства в сумме 200 000 рублей в соответствии с заключенным договором процентного займа, денежные средства в сумме 2 400 рублей за страхование вклада, а всего на общую сумму 202 400 рублей. После заключения договора процентного займа, с целью создания у Е.6 уверенности в сохранности внесенных им денежных средств, сокрытия совершенного хищения, последней в период с 18 июня 2014 года по 21 ноября 2014 года были выплачены денежные средства в сумме 90 480 рублей под видом процентов по договору процентного займа. Своими преступными действиями ФИО1 и ФИО2 похитили у Е.6 денежные средства в сумме 111920 рублей.</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Е.7 19 июня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144 от 19 июня 2014 года о передаче денежных средств в размере 100 000 рублей сроком на один год, в соответствии с которым, от имени ООО «Финанс Групп+» Е.7 гарантировалась ежемесячная выплата процентов за пользование займом в размере 144% годовых от суммы полученного займа. После чего, Е.7 передал ФИО1 денежные средства в сумме 100 000 рублей в соответствии с заключенным договором процентного займа. Далее, 20 октября 2014 года Е.7 в дневное время, находясь по адресу: город Казань, Советский район, проспект Победы, дом 156/26, оформил страховой полис № 19292/10-2014 ЗАО «Страховая Компания «Финрос» на период действия договора процентного займа №144 от 19 июня 2014 года, при этом передал менеджеру ООО «Финанс Групп+» Р.3 денежные средства в сумме 2 000 рублей в качестве страхового взноса. После заключения договора процентного займа, с целью создания у Е.7 уверенности в сохранности внесенных им денежных средств, сокрытия совершенного хищения, последнему в период с 19 июня 2014 года по 21 ноября 2014 года были выплачены денежные средства в сумме 41 760 рублей под видом процентов по договору процентного займа. Своими преступными действиями ФИО1 и ФИО2 похитили у Е.7 денежные средства в сумме 60240 рублей.</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А.3, 1 июля 2014 года, в дневное время, находясь по адресу: город Казань, Советский район, проспект Победы, дом 156/26, заключил с ООО «Финанс Групп+» в лице директора В.1 на имя своей супруги – А.4, договор процентного займа № 183 от 01 июля 2014 года о передаче денежных средств в размере 50 000 рублей сроком на шесть месяцев, в соответствии с которым, от имени ООО «Финанс Групп+» А.4 гарантировалась ежемесячная выплата процентов за пользование займом в размере 120% годовых от суммы полученного займа, а также оформил страховой полис № 17729/10-2014 ЗАО «Страховая Компания «Финрос» на период действия договора процентного займа. После чего, А.3 передал ФИО1 денежные средства в сумме 50 000 рублей в соответствии с заключенным договором процентного займа, денежные средства в сумме 1 000 рублей за страхование вклада, а всего на общую сумму 51 000 рублей. Кроме того, А.3, будучи убежденным в надежности деятельности ООО «Финанс Групп+», 19 ноября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14/78 от 19 ноября 2014 года о передаче денежных средств в размере 58 000 рублей сроком на один год, в соответствии с которым, от имени ООО «Финанс Групп+» А.3 гарантировалась ежемесячная выплата процентов за пользование займом в размере 144% годовых от суммы полученного займа, а также оформил страховой полис № 19358/10-2014 ЗАО «Страховая Компания «Финрос» на период действия договора процентного займа. После чего, А.3 передал ФИО1 денежные средства в сумме 58 000 рублей в соответствии с заключенным договором процентного займа, денежные средства в сумме 1 160 рублей за страхование вклада, а всего на общую сумму 59 160 рублей. После заключения договора процентного займа, с целью создания у А.3 уверенности в сохранности внесенных им денежных средств, сокрытия совершенного хищения, последнему в период с 01 июля 2014 года по 21 ноября 2014 года были выплачены денежные средства в сумме 17 400 рублей под видом процентов по договорам процентного займа. Своими преступными действиями ФИО1 и ФИО2 похитили у А.3 денежные средства в сумме 92760 рублей.</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Е.8, 20 июня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149 от 20 июня 2014 года о передаче денежных средств в размере 60 000 рублей сроком на один год, в соответствии с которым, от имени ООО «Финанс Групп+» Е.8 гарантировалась ежемесячная выплата процентов за пользование займом в размере 144% годовых от суммы полученного займа. После чего, Е.8 передал одному из менеджеров ООО «Финанс Групп+» денежные средства в сумме 60 000 рублей в соответствии с заключенным договором процентного займа. После заключения договора процентного займа, с целью создания у Е.8 уверенности в сохранности внесенных им денежных средств, сокрытия совершенного хищения, последнему в период с 20 июня 2014 года по 21 ноября 2014 года были выплачены денежные средства в сумме 25 056 рублей под видом процентов по договору процентного займа. Своими преступными действиями ФИО1 и ФИО2 похитили у Е.8 денежные средства в сумме 34944 рублей.</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Е.9, 20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150 от 20 июня 2014 года о передаче денежных средств в размере 800 000 рублей сроком на один год, в соответствии с которым, от имени ООО «Финанс Групп+» Е.9 гарантировалась ежемесячная выплата процентов за пользование займом в размере 156% годовых от суммы полученного займа. После чего, Е.9 передала ФИО1 денежные средства в сумме 800 000 рублей в соответствии с заключенным договором процентного займа. Кроме того, Е.9, будучи убежденной в надежности деятельности ООО «Финанс Групп+», 20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270 от 20 августа 2014 года о передаче денежных средств в размере 200 000 рублей сроком на шесть месяцев, в соответствии с которым, от имени ООО «Финанс Групп+» Е.9 гарантировалась ежемесячная выплата процентов за пользование займом в размере 120% годовых от суммы полученного займа. После чего, Е.9 передала ФИО1 денежные средства в сумме 200 000 рублей в соответствии с заключенным договором процентного займа. Кроме того, Е.9, будучи убежденной в надежности деятельности ООО «Финанс Групп+», 20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14/29 от 20 октября 2014 года о передаче денежных средств в размере 200 000 рублей сроком на четыре месяца, в соответствии с которым, от имени ООО «Финанс Групп+» Е.9 гарантировалась ежемесячная выплата процентов за пользование займом в размере 120% годовых от суммы полученного займа. После чего, Е.9 передала ФИО1 денежные средства в сумме 200 000 рублей в соответствии с заключенным договором процентного займа. После заключения договора процентного займа, с целью создания у Е.9 уверенности в сохранности внесенных ею денежных средств, сокрытия совершенного хищения, последнему в период с 20 июня 2014 года по 21 ноября 2014 года были выплачены денежные средства в сумме 396 720 рублей под видом процентов по договорам процентного займа. Своими преступными действиями ФИО1 и ФИО2 похитили у Е.9 денежные средства в сумме 803280 рублей.</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Е.10, 24 июня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155 от 24 июня 2014 года о передаче денежных средств в размере 150 000 рублей сроком на один год, в соответствии с которым, от имени ООО «Финанс Групп+» Е.10 гарантировалась ежемесячная выплата процентов за пользование займом в размере 144% годовых от суммы полученного займа. После чего, Е.10 передал ФИО1 денежные средства в сумме 150 000 рублей в соответствии с заключенным договором процентного займа. Кроме того, Е.10, будучи убежденным в надежности деятельности ООО «Финанс Групп+», 24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228 от 24 июля 2014 года о передаче денежных средств в размере 150 000 рублей сроком на один год, в соответствии с которым, от имени ООО «Финанс Групп+» Е.10 гарантировалась ежемесячная выплата процентов за пользование займом в размере 144% годовых от суммы полученного займа. После чего, Е.10 передал ФИО1 денежные средства в сумме 150 000 рублей в соответствии с заключенным договором процентного займа. После заключения договора процентного займа, с целью создания у Е.10 уверенности в сохранности внесенных им денежных средств, сокрытия совершенного хищения, последнему в период с 24 июня 2014 года по 21 ноября 2014 года были выплачены денежные средства в сумме 78 300 рублей под видом процентов по договорам процентного займа. Своими преступными действиями ФИО1 и ФИО2 похитили у Е.10 денежные средства в сумме 221700 рублей.</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Ж.1, 26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166 от 26 июня 2014 года о передаче денежных средств в размере 55 000 рублей сроком на один год, в соответствии с которым, от имени ООО «Финанс Групп+» Ж.1 гарантировалась ежемесячная выплата процентов за пользование займом в размере 144% годовых от суммы полученного займа. После чего, Ж.1 передала Б.4 денежные средства в сумме 55 000 рублей в соответствии с заключенным договором процентного займа. Кроме того, Ж.1, будучи убежденной в надежности деятельности ООО «Финанс Групп+», 7 июля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198 от 7 июля 2014 года о передаче денежных средств в размере 60 000 рублей сроком на один год, в соответствии с которым, от имени ООО «Финанс Групп+» Ж.1 гарантировалась ежемесячная выплата процентов за пользование займом в размере 144% годовых от суммы полученного займа, а также оформила страховой полис № 17971/10-2014 ЗАО «Страховая Компания «Финрос» на период действия договора процентного займа. После чего, Ж.1 передала Б.4 денежные средства в сумме 60 000 рублей в соответствии с заключенным договором процентного займа, денежные средства в сумме 1 200 рублей за страхование вклада, а всего на общую сумму 61 200 рублей. После заключения договора процентного займа, с целью создания у Ж.1 уверенности в сохранности внесенных ею денежных средств, сокрытия совершенного хищения, последней в период с 26 июня 2014 года по 21 ноября 2014 года были выплачены денежные средства в сумме 48 024 рублей под видом процентов по договорам процентного займа. Своими преступными действиями ФИО1 и ФИО2 похитили у Ж.1 денежные средства в сумме 68176 рублей.</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Ж.2, 28 июня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172 от 28 июня 2014 года о передаче денежных средств в размере 50 000 рублей сроком на шесть месяцев, в соответствии с которым, от имени ООО «Финанс Групп+» Ж.2 гарантировалась ежемесячная выплата процентов за пользование займом в размере 120% годовых от суммы полученного займа. После чего, Ж.2 передала ФИО1 денежные средства в сумме 50 000 рублей в соответствии с заключенным договором процентного займа. Кроме того, Ж.2, будучи убежденной в надежности деятельности ООО «Финанс Групп+», 23 июля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227 от 23 июля 2014 года о передаче денежных средств в размере 100 000 рублей сроком на четыре месяца, в соответствии с которым, от имени ООО «Финанс Групп+» Ж.2 гарантировалась ежемесячная выплата процентов за пользование займом в размере 120% годовых от суммы полученного займа. После чего, Ж.2 передала ФИО1 денежные средства в сумме 100 000 рублей в соответствии с заключенным договором процентного займа. Своими преступными действиями ФИО1 и ФИО2 похитили у Ж.2 денежные средства в сумме 150 000 рублей.</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А.7, 30 июня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176 от 30 июня 2014 года о передаче денежных средств в размере 100 000 рублей сроком на шесть месяцев, в соответствии с которым, от имени ООО «Финанс Групп+» А.7 гарантировалась ежемесячная выплата процентов за пользование займом в размере 120% годовых от суммы полученного займа. После чего, А.7 передал ФИО1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А.7 уверенности в сохранности внесенных им денежных средств, сокрытия совершенного хищения, последней в период с 30 июня 2014 года по 21 ноября 2014 года были выплачены денежные средства в сумме 34 800 рублей под видом процентов по договору процентного займа. Своими преступными действиями ФИО1 и ФИО2 похитили у А.7 денежные средства в сумме 65200 рублей.</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Ж.3, заблуждаясь относительно действительных намерений финансового менеджера ФИО1, директора ООО «Финанс Групп+» ФИО2, 30 июня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177 от 30 июня 2014 года о передаче денежных средств в размере 50 000 рублей сроком на один год, в соответствии с которым, от имени ООО «Финанс Групп+» Ж.3 гарантировалась ежемесячная выплата процентов за пользование займом в размере 144% годовых от суммы полученного займа. После чего, Ж.3 передал ФИО1 денежные средства в сумме 50 000 рублей в соответствии с заключенным договором процентного займа. Кроме того, Ж.3, будучи убежденным в надежности деятельности ООО «Финанс Групп+», 30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234 от 30 июля 2014 года о передаче денежных средств в размере 50 000 рублей сроком на один год, в соответствии с которым, от имени ООО «Финанс Групп+» Ж.3 гарантировалась ежемесячная выплата процентов за пользование займом в размере 144% годовых от суммы полученного займа. После чего, Ж.3 передал ФИО1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Ж.3 уверенности в сохранности внесенных им денежных средств, сокрытия совершенного хищения, последнему в период с 30 июня 2014 года по 21 ноября 2014 года были выплачены денежные средства в сумме 36 540 рублей под видом процентов по договорам процентного займа. Своими преступными действиями ФИО1 и ФИО2 похитили у Ж.3 денежные средства в сумме 63460 рублей.</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Ж.4, 1 июля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180 от 01 июля 2014 года о передаче денежных средств в размере 100 000 рублей сроком на один год, в соответствии с которым, от имени ООО «Финанс Групп+» Ж.4 гарантировалась ежемесячная выплата процентов за пользование займом в размере 144% годовых от суммы полученного займа, а также оформила страховой полис № 17733/10-2014 ЗАО «Страховая Компания «Финрос» на период действия договора процентного займа. После чего, Ж.4 передала ФИО1 денежные средства в сумме 100 000 рублей в соответствии с заключенным договором процентного займа, денежные средства в сумме 3 200 рублей за страхование вклада, а всего на общую сумму 103 200 рублей. После заключения договора процентного займа, с целью создания у Ж.4 уверенности в сохранности внесенных ею денежных средств, сокрытия совершенного хищения, последней в период с 01 июля 2014 года по 21 ноября 2014 года были выплачены денежные средства в сумме 41 760 рублей под видом процентов по договору процентного займа. Своими преступными действиями ФИО1 и ФИО2 похитили у Ж.4 денежные средства в сумме 61440 рублей.</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Ж.5, 1 июля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181 от 1 июля 2014 года о передаче денежных средств в размере 50 000 рублей сроком на один год, в соответствии с которым, от имени ООО «Финанс Групп+» Ж.5 гарантировалась ежемесячная выплата процентов за пользование займом в размере 144% годовых от суммы полученного займа. После чего, Ж.5 передала одному из менеджеров ООО «Финанс Групп+»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Ж.5 уверенности в сохранности внесенных ею денежных средств, сокрытия совершенного хищения, последней в период с 1 июля 2014 года по 21 ноября 2014 года были выплачены денежные средства в сумме 20 880 рублей под видом процентов по договору процентного займа. Своими преступными действиями ФИО1 и ФИО2 похитили у Ж.5 денежные средства в сумме 29120 рублей.</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Ж.6, 1 июля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182 от 1 июля 2014 года о передаче денежных средств в размере 350 000 рублей сроком на один год, в соответствии с которым, от имени ООО «Финанс Групп+» Ж.6 гарантировалась ежемесячная выплата процентов за пользование займом в размере 156% годовых от суммы полученного займа. После чего, Ж.6, не зная об умысле ФИО1 и ФИО2, направленном на хищение его денежных средств, передал одному из менеджеров ООО «Финанс Групп+» денежные средства в сумме 350 000 рублей в соответствии с заключенным договором процентного займа. После заключения договора процентного займа, с целью создания у Ж.6 уверенности в сохранности внесенных им денежных средств, сокрытия совершенного хищения, последнему в период с 01 июля 2014 года по 21 ноября 2014 года были выплачены денежные средства в сумме 158 340 рублей под видом процентов по договору процентного займа. Своими преступными действиями ФИО1 и ФИО2 похитили у Ж.6 денежные средства в сумме 191660 рублей.</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Ж.7, 2 июля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187 от 2 июля 2014 года о передаче денежных средств в размере 50 000 рублей сроком на шесть месяцев, в соответствии с которым, от имени ООО «Финанс Групп+» Ж.7 гарантировалась ежемесячная выплата процентов за пользование займом в размере 120% годовых от суммы полученного займа, а также оформила страховой полис № 17730/10-2014 ЗАО «Страховая Компания «Финрос». После чего, Ж.7 передала одному из менеджеров ООО «Финанс Групп+» денежные средства в сумме 50 000 рублей в соответствии с заключенным договором процентного займа, денежные средства в сумме 1 000 рублей за страхование вклада, а всего на общую сумму 51 000 рублей. После заключения договора процентного займа, с целью создания у Ж.7 уверенности в сохранности внесенных ею денежных средств, сокрытия совершенного хищения, последней в период с 02 июля 2014 года по 21 ноября 2014 года были выплачены денежные средства в сумме 13 050 рублей под видом процентов по договору процентного займа. Своими преступными действиями ФИО1 и ФИО2 похитили у Ж.7 денежные средства в сумме 37950 рублей.</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Б.2, 4 июля 2014 года, в дневное время, находясь по адресу: город Казань, Советский район, проспект Победы, дом 156/26, заключил с ООО «Финанс Групп+» в лице директора В.1, договор процентного займа № 193 от 04 июля 2014 года о передаче денежных средств в размере 200 000 рублей сроком на один год, в соответствии с которым, от имени ООО «Финанс Групп+» Б.2 гарантировалась ежемесячная выплата процентов за пользование займом в размере 156% годовых от суммы полученного займа. После чего, Б.2, передал Б.4 денежные средства в сумме 200 000 рублей в соответствии с заключенным договором процентного займа. Кроме того, Б.2, будучи убежденным в надежности деятельности ООО «Финанс Групп+», 11 сентября 2014 года, в дневное время, находясь по адресу: город Казань, Советский район, проспект Победы, дом 156/26, от имени своей супруги Б.3, заключил с ООО «Финанс Групп+» в лице директора ФИО2, договор процентного займа № 303 от 11 сентября 2014 года о передаче денежных средств в размере 100 000 рублей сроком на шесть месяцев, в соответствии с которым, от имени ООО «Финанс Групп+» Б.3 гарантировалась ежемесячная выплата процентов за пользование займом в размере 120% годовых от суммы полученного займа. После чего, Б.2 передал Б.4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Б.2 уверенности в сохранности внесенных им денежных средств, сокрытия совершенного хищения, последнему в период с 04 июля 2014 года по 21 ноября 2014 года были выплачены денежные средства в сумме 107 880 рублей под видом процентов по договорам процентного займа. Своими преступными действиями ФИО1 и ФИО2 похитили у Б.2 денежные средства в сумме 192120 рублей.</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Ж.8, 4 июля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195 от 4 июля 2014 года о передаче денежных средств в размере 80 000 рублей сроком на один год, в соответствии с которым, от имени ООО «Финанс Групп+» Ж.8 гарантировалась ежемесячная выплата процентов за пользование займом в размере 144% годовых от суммы полученного займа. После чего, Ж.8 передала ФИО1 денежные средства в сумме 80 000 рублей в соответствии с заключенным договором процентного займа. После заключения договора процентного займа, с целью создания у Ж.8 уверенности в сохранности внесенных ею денежных средств, сокрытия совершенного хищения, последней в период с 04 июля 2014 года по 21 ноября 2014 года были выплачены денежные средства в сумме 33 408 рублей под видом процентов по договору процентного займа. Своими преступными действиями ФИО1 и ФИО2 похитили у Ж.8 денежные средства в сумме 46592 рублей.</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Ж.9, заблуждаясь относительно действительных намерений финансового менеджера ФИО1, директора ООО «Финанс Групп+» ФИО2, 7 июля 2014 года, в дневное время, находясь по адресу: город Казань, Советский район, проспект Победы, дом 156/26, заключила с ООО «Финанс Групп+» в лице директора В.1, договор процентного займа № 199 от 07 июля 2014 года о передаче денежных средств в размере 210 000 рублей сроком на шесть месяцев, в соответствии с которым, от имени ООО «Финанс Групп+» Ж.9 гарантировалась ежемесячная выплата процентов за пользование займом в размере 120% годовых от суммы полученного займа. После чего, Ж.9 передала ФИО1 денежные средства в сумме 210 000 рублей в соответствии с заключенным договором процентного займа. Далее, 7 августа 2014 года Ж.9 в дневное время, находясь по адресу: город Казань, Советский район, проспект Победы, дом 156/26, оформила страховой полис № 17987/10-2014 ЗАО «Страховая Компания «Финрос» на период действия договора процентного займа №199 от 7 июля 2014 года, при этом передала менеджеру ООО «Финанс Групп+» Р.3 денежные средства в сумме 2 520 рублей в качестве страхового взноса. Кроме того, Ж.9, будучи убежденной в надежности деятельности ООО «Финанс Групп+», 7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14/1 от 7 октября 2014 года о передаче денежных средств в размере 105 000 рублей сроком на четыре месяца, в соответствии с которым, от имени ООО «Финанс Групп+» Ж.9 гарантировалась ежемесячная выплата процентов за пользование займом в размере 120% годовых от суммы полученного займа. После чего, Ж.9 передала менеджеру ООО «Финанс Групп+» Р.3 денежные средства в сумме 105 000 рублей в соответствии с заключенным договором процентного займа. После заключения договора процентного займа, с целью создания у Ж.9 уверенности в сохранности внесенных ею денежных средств, сокрытия совершенного хищения, последней в период с 07 июля 2014 года по 21 ноября 2014 года были выплачены денежные средства в сумме 73 080 рублей под видом процентов по договорам процентного займа. Своими преступными действиями ФИО1 и ФИО2 похитили у Ж.9 денежные средства в сумме 244440 рублей.</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Ж.10 7 июля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200 от 7 июля 2014 года о передаче денежных средств в размере 100 000 рублей сроком на один год, в соответствии с которым, от имени ООО «Финанс Групп+» Ж.10 гарантировалась ежемесячная выплата процентов за пользование займом в размере 144% годовых от суммы полученного займа, а также оформила страховой полис № 17972/10-2014 ЗАО «Страховая Компания «Финрос» на период действия договора процентного займа. После чего, Ж.10 передала ФИО1 денежные средства в сумме 100 000 рублей в соответствии с заключенным договором процентного займа, денежные средства в сумме 1 200 рублей за страхование вклада, а всего на общую сумму 101 200 рублей. После заключения договора процентного займа, с целью создания у Ж.10 уверенности в сохранности внесенных ею денежных средств, сокрытия совершенного хищения, последней в период с 07 июля 2014 года по 21 ноября 2014 года были выплачены денежные средства в сумме 41 760 рублей под видом процентов по договору процентного займа. Своими преступными действиями ФИО1 и ФИО2 похитили у Ж.10 денежные средства в сумме 59440 рублей.</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З. 11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203 от 11 июля 2014 года о передаче денежных средств в размере 235 000 рублей сроком на один год, в соответствии с которым, от имени ООО «Финанс Групп+» З. гарантировалась ежемесячная выплата процентов за пользование займом в размере 156% годовых от суммы полученного займа, а также оформил страховой полис № 19181/10-2014 ЗАО «Страховая Компания «Финрос» на период действия договора процентного займа. После чего, З., передал Р.3 денежные средства в сумме 235 000 рублей в соответствии с заключенным договором процентного займа, денежные средства в сумме 2 820 рублей за страхование вклада, а всего на общую сумму 237 820 рублей. После заключения договора процентного займа, с целью создания у З. уверенности в сохранности внесенных им денежных средств, сокрытия совершенного хищения, последнему в период с 11 июля 2014 года по 21 ноября 2014 года были выплачены денежные средства в сумме 90 312 рублей под видом процентов по договору процентного займа. Своими преступными действиями ФИО1 и ФИО2 похитили у З. денежные средства в сумме 147508 рублей.</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З.1 11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204 от 11 июля 2014 года о передаче денежных средств в размере 100 000 рублей сроком на один год, в соответствии с которым, от имени ООО «Финанс Групп+» З.1 гарантировалась ежемесячная выплата процентов за пользование займом в размере 144% годовых от суммы полученного займа. После чего, З.1 передал Р.3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З.1 уверенности в сохранности внесенных им денежных средств, сокрытия совершенного хищения, последнему в период с 11 июля 2014 года по 21 ноября 2014 года были выплачены денежные средства в сумме 31 320 рублей под видом процентов по договору процентного займа. Своими преступными действиями ФИО1 и ФИО2 похитили у З.1 денежные средства в сумме 68680 рублей. 56.З.2, 12 июля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206 от 12 июля 2014 года о передаче денежных средств в размере 70 000 рублей сроком на один год, в соответствии с которым, от имени ООО «Финанс Групп+» З.2 гарантировалась ежемесячная выплата процентов за пользование займом в размере 144% годовых от суммы полученного займа. После чего, З.2 передала менеджеру ООО «Финанс Групп+» Р.3 денежные средства в сумме 70 000 рублей в соответствии с заключенным договором процентного займа. Далее, 25 августа 2014 года З.2 в дневное время, находясь по адресу: город Казань, Советский район, проспект Победы, дом 156/26, оформила страховой полис № 19187/10-2014 ЗАО «Страховая Компания «Финрос» на период действия договора процентного займа №206 от 12 июля 2014 года, при этом передала менеджеру ООО «Финанс Групп+» Р.3 денежные средства в сумме 1 680 рублей в качестве страхового взноса. После заключения договора процентного займа, с целью создания у З.2 уверенности в сохранности внесенных ею денежных средств, сокрытия совершенного хищения, последней в период с 12 июля 2014 года по 21 ноября 2014 года были выплачены денежные средства в сумме 7 308 рублей под видом процентов по договору процентного займа. Своими преступными действиями ФИО1 и ФИО2 похитили у З.2 денежные средства в сумме 64372 рубля.</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З.3, 12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207 от 12 июля 2014 года о передаче денежных средств в размере 200 000 рублей сроком на шесть месяцев, в соответствии с которым, от имени ООО «Финанс Групп+» З.3 гарантировалась ежемесячная выплата процентов за пользование займом в размере 120% годовых от суммы полученного займа, а также оформил страховой полис № 17973/10-2014 ЗАО «Страховая Компания «Финрос» на период действия договора процентного займа. После чего, З.3, не зная об умысле ФИО1 и ФИО2, направленном на хищение его денежных средств, передал Р.3 денежные средства в сумме 200 000 рублей в соответствии с заключенным договором процентного займа, денежные средства в сумме 2 400 рублей за страхование вклада, а всего на общую сумму 202 400 рублей. После заключения договора процентного займа, с целью создания у З.3 уверенности в сохранности внесенных им денежных средств, сокрытия совершенного хищения, последнему в период с 12 июля 2014 года по 21 ноября 2014 года были выплачены денежные средства в сумме 69 600 рублей под видом процентов по договору процентного займа. Своими преступными действиями ФИО1 и ФИО2, похитили у З.3 денежные средства в сумме 132800 рублей.</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З,4, 16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213 от 16 июля 2014 года о передаче денежных средств в размере 50 000 рублей сроком на один год, в соответствии с которым, от имени ООО «Финанс Групп+» З,4 гарантировалась ежемесячная выплата процентов за пользование займом в размере 144% годовых от суммы полученного займа. После чего, З,4 передал ФИО1 денежные средства в сумме 50 000 рублей в соответствии с заключенным договором процентного займа. Кроме того, З,4, будучи убежденным в надежности деятельности ООО «Финанс Групп+», 19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220 от 19 июля 2014 года о передаче денежных средств в размере 50 000 рублей сроком на один год, в соответствии с которым, от имени ООО «Финанс Групп+» З,4 гарантировалась ежемесячная выплата процентов за пользование займом в размере 144% годовых от суммы полученного займа. После чего, З,4 передал ФИО1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З,4 уверенности в сохранности внесенных им денежных средств, сокрытия совершенного хищения, последнему в период с 16 июля 2014 года по 21 ноября 2014 года были выплачены денежные средства в сумме 31 320 рублей под видом процентов по договорам процентного займа. Своими преступными действиями ФИО1 и ФИО2 похитили у З,4 денежные средства в сумме 68800 рублей.</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З.5 16 июля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214 от 16 июля 2014 года о передаче денежных средств в размере 150 000 рублей сроком на один год, в соответствии с которым, от имени ООО «Финанс Групп+» З.5 гарантировалась ежемесячная выплата процентов за пользование займом в размере 144% годовых от суммы полученного займа. После чего, З.5 передала ФИО1 денежные средства в сумме 150 000 рублей в соответствии с заключенным договором процентного займа. Далее, 16 августа 2014 года З.5 в дневное время, находясь по адресу: город Казань, Советский район, проспект Победы, дом 156/26, оформила страховой полис № 19185/10-2014 ЗАО «Страховая Компания «Финрос» на период действия договора процентного займа №214 от 16 июля 2014 года, при этом передала ФИО1 денежные средства в сумме 3 000 рублей в качестве страхового взноса. После заключения договора процентного займа, с целью создания у З.5 уверенности в сохранности внесенных ею денежных средств, сокрытия совершенного хищения, последней в период с 16 июля 2014 года по 21 ноября 2014 года были выплачены денежные средства в сумме 62 640 рублей под видом процентов по договору процентного займа. Своими преступными действиями ФИО1 и ФИО2 похитили у З.5 денежные средства в сумме 90360 рублей.</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З.6, заблуждаясь относительно действительных намерений финансового менеджера ФИО1, директора ООО «Финанс Групп+» ФИО2, 21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221 от 21 июля 2014 года о передаче денежных средств в размере 200 000 рублей сроком на один год, в соответствии с которым, от имени ООО «Финанс Групп+» З.6 гарантировалась ежемесячная выплата процентов за пользование займом в размере 168% годовых от суммы полученного займа. После чего, З.6 передал ФИО1 денежные средства в сумме 200 000 рублей в соответствии с заключенным договором процентного займа. После заключения договора процентного займа, с целью создания у З.6 уверенности в сохранности внесенных им денежных средств, сокрытия совершенного хищения, последнему в период с 21 июля 2014 года по 21 ноября 2014 года были выплачены денежные средства в сумме 73 080 рублей под видом процентов по договору процентного займа. Своими преступными действиями ФИО1 и ФИО2 похитили у З.6 денежные средства в сумме 126920 рублей.</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З.7, 29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229 от 29 июля 2014 года о передаче денежных средств в размере 50 000 рублей сроком на один год, в соответствии с которым, от имени ООО «Финанс Групп+» З.7 гарантировалась ежемесячная выплата процентов за пользование займом в размере 120% годовых от суммы полученного займа. После чего, З.7 передал менеджеру ООО «Финанс Групп+» Р.3 денежные средства в сумме 50 000 рублей в соответствии с заключенным договором процентного займа. Своими преступными действиями ФИО1 и ФИО2 похитили у З.7 денежные средства в сумме 50 000 рублей.</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З.8, заблуждаясь относительно действительных намерений финансового менеджера ФИО1, директора ООО «Финанс Групп+» ФИО2, 30 июля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233 от 30 июля 2014 года о передаче денежных средств в размере 125 000 рублей сроком на один год, в соответствии с которым, от имени ООО «Финанс Групп+» З.8 гарантировалась ежемесячная выплата процентов за пользование займом в размере 144% годовых от суммы полученного займа, а также оформил страховой полис № 17981/10-2014 ЗАО «Страховая Компания «Финрос» на период действия договора процентного займа. После чего, З.8 передал ФИО1 денежные средства в сумме 125 000 рублей в соответствии с заключенным договором процентного займа, денежные средства в сумме 2 500 рублей за страхование вклада, а всего на общую сумму 127 500 рублей. Кроме того, З.8, будучи убежденным в надежности деятельности ООО «Финанс Групп+», 18 августа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258 от 14 августа 2014 года о передаче денежных средств в размере 50 000 рублей сроком на один год, в соответствии с которым, от имени ООО «Финанс Групп+» З.8 гарантировалась ежемесячная выплата процентов за пользование займом в размере 144% годовых от суммы полученного займа, а также оформил страховой полис &lt;номер изъят&gt; ЗАО «Страховая Компания «Финрос» на период действия договора процентного займа. После чего, З.8 передал ФИО1 денежные средства в сумме 50 000 рублей в соответствии с заключенным договором процентного займа, денежные средства в сумме 1 000 рублей за страхование вклада, а всего на общую сумму 51 000 рублей. После заключения договора процентного займа, с целью создания у З.8 уверенности в сохранности внесенных им денежных средств, сокрытия совершенного хищения, последнему в период с 30 июля 2014 года по 21 ноября 2014 года были выплачены денежные средства в сумме 49 590 рублей под видом процентов по договорам процентного займа. Своими преступными действиями ФИО1 и ФИО2 похитили у З.8 денежные средства в сумме 128910 рублей.</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З.9, 4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244 от 4 августа 2014 года о передаче денежных средств в размере 30 000 рублей сроком на четыре месяца, в соответствии с которым, от имени ООО «Финанс Групп+» З.9 гарантировалась ежемесячная выплата процентов за пользование займом в размере 120% годовых от суммы полученного займа. После чего, З.9 передала менеджеру ООО «Финанс Групп+» денежные средства в сумме 30 000 рублей в соответствии с заключенным договором процентного займа. Кроме того, З.9, будучи убежденной в надежности деятельности ООО «Финанс Групп+», 23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332 от 23 сентября 2014 года о передаче денежных средств в размере 40 000 рублей сроком на два месяца, в соответствии с которым, от имени ООО «Финанс Групп+» З.9 гарантировалась ежемесячная выплата процентов за пользование займом в размере 96% годовых от суммы полученного займа. После чего, З.9 передала ФИО1 денежные средства в сумме 40 000 рублей в соответствии с заключенным договором процентного займа. Своими преступными действиями ФИО1 и ФИО2 похитили у З.9 денежные средства в сумме 70 000 рублей.</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В.3, 6 августа2014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247 от 6 августа 2014 года о передаче денежных средств в размере 200 000 рублей сроком на один год, в соответствии с которым, от имени ООО «Финанс Групп+» В.3 гарантировалась ежемесячная выплата процентов за пользование займом в размере 168% годовых от суммы полученного займа, а также оформила страховой полис № 17986/10-2014 ЗАО «Страховая Компания «Финрос» на период действия договора процентного займа. После чего, В.3 передала ФИО1 денежные средства в сумме 200 000 рублей в соответствии с заключенным договором процентного займа, денежные средства в сумме 4 000 рублей за страхование вклада, а всего на общую сумму 204 000 рублей. После заключения договора процентного займа, с целью создания у В.3 уверенности в сохранности внесенных ею денежных средств, сокрытия совершенного хищения, последнему в период с 6 августа 2014 года по 21 ноября 2014 года были выплачены денежные средства в сумме 73 000 рублей под видом процентов по договору процентного займа. Своими преступными действиями ФИО1 и ФИО2 похитили у В.3 денежные средства в сумме 131000 рублей.</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З.10, заблуждаясь относительно действительных намерений финансового менеджера ФИО1, директора ООО «Финанс Групп+» ФИО2, 13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254 от 13 августа 2014 года о передаче денежных средств в размере 50 000 рублей сроком на шесть месяцев, в соответствии с которым, от имени ООО «Финанс Групп+» З.10 гарантировалась ежемесячная выплата процентов за пользование займом в размере 120% годовых от суммы полученного займа. После чего, З.10 передала менеджеру Р.3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З.10 уверенности в сохранности внесенных ею денежных средств, сокрытия совершенного хищения, последнему в период с 13 августа 2014 года по 21 ноября 2014 года были выплачены денежные средства в сумме 13 050 рублей под видом процентов по договору процентного займа. Своими преступными действиями ФИО1 и ФИО2 похитили у З.10 денежные средства в сумме 36950 рублей.</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И., 13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255 от 13 августа 2014 года о передаче денежных средств в размере 20 000 рублей сроком на четыре месяца, в соответствии с которым, от имени ООО «Финанс Групп+» И. гарантировалась ежемесячная выплата процентов за пользование займом в размере 120% годовых от суммы полученного займа. После чего, И. передала менеджеру Р.3 денежные средства в сумме 20 000 рублей в соответствии с заключенным договором процентного займа. Своими преступными действиями ФИО1 и ФИО2 похитили у И. денежные средства в сумме 20 000 рублей.</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И.1, 14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257 от 14 августа 2014 года о передаче денежных средств в размере 50 000 рублей сроком на один год, в соответствии с которым, от имени ООО «Финанс Групп+» И.1 гарантировалась ежемесячная выплата процентов за пользование займом в размере 144% годовых от суммы полученного займа. После чего, И.1 передала ФИО1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И.1 уверенности в сохранности внесенных ею денежных средств, сокрытия совершенного хищения, последней в период с 14 августа 2014 года по 21 ноября 2014 года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И.1 денежные средства в сумме 39560 рублей.</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И.2, 14 августа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256 от 14 августа 2014 года о передаче денежных средств в размере 245 000 рублей сроком на один год, в соответствии с которым, от имени ООО «Финанс Групп+» И.2 гарантировалась ежемесячная выплата процентов за пользование займом в размере 168% годовых от суммы полученного займа, а также оформил страховой полис № 19182/10-2014 ЗАО «Страховая Компания «Финрос» на период действия договора процентного займа. После чего, И.2 передал ФИО1 денежные средства в сумме 245 000 рублей в соответствии с заключенным договором процентного займа, денежные средства в сумме 4 900 рублей за страхование вклада, а всего на общую сумму 249 900 рублей. После заключения договора процентного займа, с целью создания у И.2 уверенности в сохранности внесенных им денежных средств, сокрытия совершенного хищения, последнему в период с 14 августа 2014 года по 21 ноября 2014 года были выплачены денежные средства в сумме 89 523 рублей под видом процентов по договору процентного займа. Своими преступными действиями ФИО1 и ФИО2 похитили у И.2 денежные средства в сумме 160377 рублей.</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И.3, заблуждаясь относительно действительных намерений финансового менеджера ФИО1, директора ООО «Финанс Групп+» ФИО2, 15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260 от 15 августа 2014 года о передаче денежных средств в размере 270 000 рублей сроком на один год, в соответствии с которым, от имени ООО «Финанс Групп+» И.3 гарантировалась ежемесячная выплата процентов за пользование займом в размере 168% годовых от суммы полученного займа. После чего, И.3 передала ФИО1 денежные средства в сумме 270 000 рублей в соответствии с заключенным договором процентного займа. Кроме того, И.3, будучи убежденной в надежности деятельности ООО «Финанс Групп+», 15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311 от 15 сентября 2014 года о передаче денежных средств в размере 150 000 рублей сроком на один год, в соответствии с которым, от имени ООО «Финанс Групп+» И.3 гарантировалась ежемесячная выплата процентов за пользование займом в размере 144% годовых от суммы полученного займа, а также оформила страховые полиса № 19196/10-2014 ЗАО «Страховая Компания «Финрос» на период действия договора процентного займа №260 от 15 августа 2014 года, №19195/10-2014 ЗАО «Страховая Компания «Финрос» на период действия договора процентного займа №311 от 15 сентября 2014 года. После чего, И.3 передала ФИО1 денежные средства в сумме 150 000 рублей в соответствии с заключенным договором процентного займа, денежные средства в сумме 8 400 рублей за страхование вкладов, а всего на общую сумму 158 400 рублей. Кроме того, И.3, будучи убежденной в надежности деятельности ООО «Финанс Групп+», 15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14/18 от 15 октября 2014 года о передаче денежных средств в размере 50 000 рублей сроком на четыре месяца, в соответствии с которым, от имени ООО «Финанс Групп+» И.3 гарантировалась ежемесячная выплата процентов за пользование займом в размере 120% годовых от суммы полученного займа. После чего, И.3 передала Р.3 денежные средства в сумме 50 000 рублей в соответствии с заключенным договором процентного займа. Кроме того, И.3, будучи убежденной в надежности деятельности ООО «Финанс Групп+», 15 ноября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14/72 от 15 ноября 2014 года о передаче денежных средств в размере 50 000 рублей сроком на два месяца, в соответствии с которым, от имени ООО «Финанс Групп+» И.3 гарантировалась ежемесячная выплата процентов за пользование займом в размере 96% годовых от суммы полученного займа. После чего, И.3 передала Р.3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И.3 уверенности в сохранности внесенных им денежных средств, сокрытия совершенного хищения, последнему в период с 15 августа 2014 года по 21 ноября 2014 года были выплачены денежные средства в сумме 129 978 рублей под видом процентов по договорам процентного займа. Своими преступными действиями ФИО1 и ФИО2 похитили у И.3 денежные средства в сумме 398422 рублей.</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И.4, 18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262 от 18 августа 2014 года о передаче денежных средств в размере 30 000 рублей сроком на четыре месяца, в соответствии с которым, от имени ООО «Финанс Групп+» И.4 гарантировалась ежемесячная выплата процентов за пользование займом в размере 120% годовых от суммы полученного займа. После чего, И.4 передала Р.3 денежные средства в сумме 30 000 рублей в соответствии с заключенным договором процентного займа. Кроме того, И.4, будучи убежденной в надежности деятельности ООО «Финанс Групп+», 23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330 от 23 сентября 2014 года о передаче денежных средств в размере 10 000 рублей сроком на два месяца, в соответствии с которым, от имени ООО «Финанс Групп+» И.4 гарантировалась ежемесячная выплата процентов за пользование займом в размере 96% годовых от суммы полученного займа. После чего, И.4 передала ФИО1 денежные средства в сумме 10 000 рублей в соответствии с заключенным договором процентного займа. Кроме того, И.4, будучи убежденной в надежности деятельности ООО «Финанс Групп+», 20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14/23 от 20 октября 2014 года о передаче денежных средств в размере 50 000 рублей сроком на шесть месяцев, в соответствии с которым, от имени ООО «Финанс Групп+» И.4 гарантировалась ежемесячная выплата процентов за пользование займом в размере 120% годовых от суммы полученного займа. После чего, И.4 передала ФИО1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И.4 уверенности в сохранности внесенных им денежных средств, сокрытия совершенного хищения, последнему в период с 18 августа 2014 года по 21 ноября 2014 года были выплачены денежные средства в сумме 5 220 рублей под видом процентов по договорам процентного займа. Своими преступными действиями ФИО1 и ФИО2 похитили у И.4 денежные средства в сумме 84780 рублей.</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И.5, 19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265 от 19 августа 2014 года о передаче денежных средств в размере 200 000 рублей сроком на четыре месяца, в соответствии с которым, от имени ООО «Финанс Групп+» И.5 гарантировалась ежемесячная выплата процентов за пользование займом в размере 120% годовых от суммы полученного займа. После чего, И.5 передала ФИО1 денежные средства в сумме 200 000 рублей в соответствии с заключенным договором процентного займа. Своими преступными действиями ФИО1 и ФИО2 похитили у И.5 денежные средства в сумме 200 000 рублей.</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И.6, 21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272 от 21 августа 2014 года о передаче денежных средств в размере 20 000 рублей сроком на четыре месяца, в соответствии с которым, от имени ООО «Финанс Групп+» И.6 гарантировалась ежемесячная выплата процентов за пользование займом в размере 120% годовых от суммы полученного займа. После чего, И.6 передала Б.4 денежные средства в сумме 20 000 рублей в соответствии с заключенным договором процентного займа. Своими преступными действиями ФИО1 и ФИО2 похитили у И.6 денежные средства в сумме 20 000 рублей.</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И.7, 21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273 от 21 августа 2014 года о передаче денежных средств в размере 30 000 рублей сроком на четыре месяца, в соответствии с которым, от имени ООО «Финанс Групп+» И.7 гарантировалась ежемесячная выплата процентов за пользование займом в размере 120% годовых от суммы полученного займа. После чего, И.7 передала ФИО1 денежные средства в сумме 30 000 рублей в соответствии с заключенным договором процентного займа. Своими преступными действиями ФИО1 и ФИО2 похитили у И.7 денежные средства в сумме 30 000 рублей.</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И.8, 22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274 от 22 августа 2014 года о передаче денежных средств в размере 70 000 рублей сроком на четыре месяца, в соответствии с которым, от имени ООО «Финанс Групп+» И.8 гарантировалась ежемесячная выплата процентов за пользование займом в размере 120% годовых от суммы полученного займа. После чего, И.8 передала менеджеру ООО «Финанс Групп+» Б.4 денежные средства в сумме 70 000 рублей в соответствии с заключенным договором процентного займа. Своими преступными действиями ФИО1 и ФИО2 похитили у И.8 денежные средства в сумме 70 000 рублей.</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И.9, заблуждаясь относительно действительных намерений финансового менеджера ФИО1, директора ООО «Финанс Групп+» ФИО2, 23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277 от 23 августа 2014 года о передаче денежных средств в размере 200 000 рублей сроком на один год, в соответствии с которым, от имени ООО «Финанс Групп+» И.9 гарантировалась ежемесячная выплата процентов за пользование займом в размере 168% годовых от суммы полученного займа. После чего, И.9 передала ФИО1 денежные средства в сумме 200 000 рублей в соответствии с заключенным договором процентного займа. Кроме того, И.9, будучи убежденной в надежности деятельности ООО «Финанс Групп+», 20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323 от 20 сентября 2014 года о передаче денежных средств в размере 20 000 рублей сроком на четыре месяца, в соответствии с которым, от имени ООО «Финанс Групп+» И.9 гарантировалась ежемесячная выплата процентов за пользование займом в размере 120% годовых от суммы полученного займа, а также оформила страховой полис № 19222/10-2014 ЗАО «Страховая Компания «Финрос» на период действия договора процентного займа №277 от 23 августа 2014 года. После чего, И.9 передала ФИО1 денежные средства в сумме 20 000 рублей в соответствии с заключенным договором процентного займа, денежные средства в сумме 4 000 рублей за страхование первого вклада, а всего на общую сумму 24 000 рублей. После заключения договора процентного займа, с целью создания у И.9 уверенности в сохранности внесенных ею денежных средств, сокрытия совершенного хищения, последнему в период с 23 августа 2014 года по 21 ноября 2014 года были выплачены денежные средства в сумме 48 720 рублей под видом процентов по договорам процентного займа. Своими преступными действиями ФИО1 и ФИО2 похитили у И.9 денежные средства в сумме 175280 рублей.</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И.10, 26 августа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281 от 26 августа 2014 года о передаче денежных средств в размере 50 000 рублей сроком на один год, в соответствии с которым, от имени ООО «Финанс Групп+» И.10 гарантировалась ежемесячная выплата процентов за пользование займом в размере 144% годовых от суммы полученного займа, а также оформила страховой полис № 19190/10-2014 ЗАО «Страховая Компания «Финрос» на период действия договора процентного займа. После чего, И.10 передала одному из менеджеров ООО «Финанс Групп+» денежные средства в сумме 50 000 рублей в соответствии с заключенным договором процентного займа, денежные средства в сумме 1 000 рублей за страхование вклада, а всего на общую сумму 51 000 рублей. После заключения договора процентного займа, с целью создания у И.10 уверенности в сохранности внесенных ею денежных средств, сокрытия совершенного хищения, последнему в период с 26 августа 2014 года по 21 ноября 2014 года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И.10 денежные средства в сумме 40560 рублей.</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И.11, заблуждаясь относительно действительных намерений финансового менеджера ФИО1, директора ООО «Финанс Групп+» ФИО2, 2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288 от 2 сентября 2014 года о передаче денежных средств в размере 100 000 рублей сроком на один год, в соответствии с которым, от имени ООО «Финанс Групп+» И.11 гарантировалась ежемесячная выплата процентов за пользование займом в размере 144% годовых от суммы полученного займа. После чего, И.11 передал ФИО1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И.11 уверенности в сохранности внесенных им денежных средств, сокрытия совершенного хищения, последнему в период со 2 сентября 2014 года по 21 ноября 2014 года были выплачены денежные средства в сумме 20 880 рублей под видом процентов по договору процентного займа. Своими преступными действиями ФИО1 и ФИО2 похитили у И.11 денежные средства в сумме 79120 рублей.</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И.12, заблуждаясь относительно действительных намерений финансового менеджера ФИО1, директора ООО «Финанс Групп+» ФИО2, 2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289 от 2 сентября 2014 года о передаче денежных средств в размере 100 000 рублей сроком на один год, в соответствии с которым, от имени ООО «Финанс Групп+» И.12 гарантировалась ежемесячная выплата процентов за пользование займом в размере 144% годовых от суммы полученного займа, а также оформил страховой полис № 19192/10-2014 ЗАО «Страховая Компания «Финрос» на период действия договора процентного займа. После чего, И.12 не зная об умысле ФИО1 и ФИО2, направленном на хищение его денежных средств, передал ФИО1 денежные средства в сумме 100 000 рублей в соответствии с заключенным договором процентного займа, денежные средства в сумме 1 800 рублей за страхование вклада, а всего на общую сумму 101 800 рублей. После заключения договора процентного займа, с целью создания у И.12 уверенности в сохранности внесенных им денежных средств, сокрытия совершенного хищения, последнему в период со 2 сентября 2014 года по 21 ноября 2014 года были выплачены денежные средства в сумме 20 880 рублей под видом процентов по договору процентного займа. Своими преступными действиями ФИО1 и ФИО2 похитили у И.12 денежные средства в сумме 80920 рублей.</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И.13, заблуждаясь относительно действительных намерений финансового менеджера ФИО1, директора ООО «Финанс Групп+» ФИО2, 5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291 от 5 сентября 2014 года о передаче денежных средств в размере 30 000 рублей сроком на четыре месяца, в соответствии с которым, от имени ООО «Финанс Групп+» И.13 гарантировалась ежемесячная выплата процентов за пользование займом в размере 120% годовых от суммы полученного займа. После чего, И.13 передала одному из менеджеров ООО «Финанс Групп+» денежные средства в сумме 30 000 рублей в соответствии с заключенным договором процентного займа. Своими преступными действиями ФИО1 и ФИО2 похитили у И.13 денежные средства в сумме 30 000 рублей.</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И.14, заблуждаясь относительно действительных намерений финансового менеджера ФИО1, директора ООО «Финанс Групп+» ФИО2, 5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292 от 5 сентября 2014 года о передаче денежных средств в размере 100 000 рублей сроком на шесть месяцев, в соответствии с которым, от имени ООО «Финанс Групп+» И.14 гарантировалась ежемесячная выплата процентов за пользование займом в размере 120% годовых от суммы полученного займа. После чего, И.14 передал одному из менеджеров ООО «Финанс Групп+»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И.14 уверенности в сохранности внесенных им денежных средств, сокрытия совершенного хищения, последнему в период с 05 сентября 2014 года по 21 ноября 2014 года были выплачены денежные средства в сумме 17 400 рублей под видом процентов по договору процентного займа. Своими преступными действиями ФИО1 и ФИО2 похитили у И.14 денежные средства в сумме 82600 рублей.</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И.15, 5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293 от 5 сентября 2014 года о передаче денежных средств в размере 200 000 рублей сроком на один год, в соответствии с которым, от имени ООО «Финанс Групп+» И.15 гарантировалась ежемесячная выплата процентов за пользование займом в размере 156% годовых от суммы полученного займа. После чего, И.15 передал менеджеру Б.4 денежные средства в сумме 200 000 рублей в соответствии с заключенным договором процентного займа. После заключения договора процентного займа, с целью создания у И.15 уверенности в сохранности внесенных им денежных средств, сокрытия совершенного хищения, последнему в период с 05 сентября 2014 года по 21 ноября 2014 года были выплачены денежные средства в сумме 45 240 рублей под видом процентов по договору процентного займа. Своими преступными действиями ФИО1 и ФИО2 похитили у И.15 денежные средства в сумме 154760 рублей.</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К., 9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296 от 9 сентября 2014 года о передаче денежных средств в размере 100 000 рублей сроком на четыре месяца, в соответствии с которым, от имени ООО «Финанс Групп+» К. гарантировалась ежемесячная выплата процентов за пользование займом в размере 120% годовых от суммы полученного займа. После чего, К. передала ФИО1 денежные средства в сумме 100 000 рублей в соответствии с заключенным договором процентного займа. Своими преступными действиями ФИО1 и ФИО2 похитили у К. денежные средства в сумме 100 000 рублей.</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К.1, 10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301 от 10 сентября 2014 года о передаче денежных средств в размере 50 000 рублей сроком на шесть месяцев, в соответствии с которым, от имени ООО «Финанс Групп+» К.1 гарантировалась ежемесячная выплата процентов за пользование займом в размере 120% годовых от суммы полученного займа. После чего, К.1 передала менеджеру Б.4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К.1 уверенности в сохранности внесенных ею денежных средств, сокрытия совершенного хищения, последней в период с 10 сентября 2014 года по 21 ноября 2014 года были выплачены денежные средства в сумме 8 700 рублей под видом процентов по договору процентного займа. Своими преступными действиями ФИО1 и ФИО2 похитили у К.1 денежные средства в сумме 41300 рублей.</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К.2, 10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302 от 10 сентября 2014 года о передаче денежных средств в размере 75 000 рублей сроком на шесть месяцев, в соответствии с которым, от имени ООО «Финанс Групп+» К.2 гарантировалась ежемесячная выплата процентов за пользование займом в размере 120% годовых от суммы полученного займа, а также оформила страховой полис № 19194/10-2014 ЗАО «Страховая Компания «Финрос» на период действия договора процентного займа. После чего, К.2 передала Р.3 денежные средства в сумме 75 000 рублей в соответствии с заключенным договором процентного займа, денежные средства в сумме 1 500 рублей за страхование вклада, а всего на общую сумму 76 500 рублей. После заключения договора процентного займа, с целью создания у К.2 уверенности в сохранности внесенных ею денежных средств, сокрытия совершенного хищения, последней в период с 10 сентября 2014 года по 21 ноября 2014 года были выплачены денежные средства в сумме 13 050 рублей под видом процентов по договору процентного займа. Своими преступными действиями ФИО1 и ФИО2 похитили у К.2 денежные средства в сумме 63450 рублей.</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К.3, заблуждаясь относительно действительных намерений финансового менеджера ФИО1, директора ООО «Финанс Групп+» ФИО2, 12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306 от 12 сентября 2014 года о передаче денежных средств в размере 200 000 рублей сроком на четыре месяца, в соответствии с которым, от имени ООО «Финанс Групп+» К.3 гарантировалась ежемесячная выплата процентов за пользование займом в размере 120% годовых от суммы полученного займа. После чего, К.3 передала ФИО1 денежные средства в сумме 200 000 рублей в соответствии с заключенным договором процентного займа. Своими преступными действиями ФИО1 и ФИО2 похитили у К.3 денежные средства в сумме 200 000 рублей.</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К.4, заблуждаясь относительно действительных намерений финансового менеджера ФИО1, директора ООО «Финанс Групп+» ФИО2, 13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308 от 13 сентября 2014 года о передаче денежных средств в размере 10 000 рублей сроком на четыре месяца, в соответствии с которым, от имени ООО «Финанс Групп+» К.4 гарантировалась ежемесячная выплата процентов за пользование займом в размере 120% годовых от суммы полученного займа. После чего, К.4 передала ФИО1 денежные средства в сумме 10 000 рублей в соответствии с заключенным договором процентного займа. Своими преступными действиями ФИО1 и ФИО2 похитили у К.4 денежные средства в сумме 10 000 рублей.</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К.5, заблуждаясь относительно действительных намерений финансового менеджера ФИО1, директора ООО «Финанс Групп+» ФИО2, 15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309 от 15 сентября 2014 года о передаче денежных средств в размере 10 000 рублей сроком на четыре месяца, в соответствии с которым, от имени ООО «Финанс Групп+» К.5 гарантировалась ежемесячная выплата процентов за пользование займом в размере 120% годовых от суммы полученного займа. После чего, К.5 передал ФИО1 денежные средства в сумме 10 000 рублей в соответствии с заключенным договором процентного займа. Своими преступными действиями ФИО1 и ФИО2 похитили у К.5 денежные средства в сумме 10 000 рублей.</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К.6, 15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№314 от 15 сентября 2014 года о передаче денежных средств в размере 100 000 рублей сроком на шесть месяцев, в соответствии с которым, от имени ООО «Финанс Групп+» К.6 гарантировалась ежемесячная выплата процентов за пользование займом в размере 120% годовых от суммы полученного займа. После чего, К.6 передал менеджеру ООО «Финанс Групп+» Р.3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К.6 уверенности в сохранности внесенных им денежных средств, сокрытия совершенного хищения, последнему в период с 15 сентября 2014 года по 21 ноября 2014 года были выплачены денежные средства в сумме 17 400 рублей под видом процентов по договору процентного займа. Своими преступными действиями ФИО1 и ФИО2 похитили у К.6 денежные средства в сумме 82600 рублей.</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К.7, 16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316 от 16 сентября 2014 года о передаче денежных средств в размере 50 000 рублей сроком на четыре месяца, в соответствии с которым, от имени ООО «Финанс Групп+» К.7 гарантировалась ежемесячная выплата процентов за пользование займом в размере 120% годовых от суммы полученного займа, а также оформил страховой полис № 19217/10-2014 ЗАО «Страховая Компания «Финрос» на период действия договора процентного займа. После чего, К.7 передал менеджеру Р.3 денежные средства в сумме 50 000 рублей в соответствии с заключенным договором процентного займа, денежные средства в сумме 1 000 рублей за страхование вклада, а всего на общую сумму 51 000 рублей. Своими преступными действиями ФИО1 и ФИО2 похитили у К.7 денежные средства в сумме 51 000 рублей.</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К.8 16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317 от 16 сентября 2014 года о передаче денежных средств в размере 100 000 рублей сроком на шесть месяцев, в соответствии с которым, от имени ООО «Финанс Групп+» К.8 гарантировалась ежемесячная выплата процентов за пользование займом в размере 120% годовых от суммы полученного займа, а также оформила страховой полис № 19220/10-2014 ЗАО «Страховая Компания «Финрос» на период действия договора процентного займа. После чего, К.8 передала менеджеру Р.3 денежные средства в сумме 100 000 рублей в соответствии с заключенным договором процентного займа, денежные средства в сумме 2 000 рублей за страхование вклада, а всего на общую сумму 102 000 рублей. Своими преступными действиями ФИО1 и ФИО2 похитили у К.8 денежные средства в сумме 102 000 рублей.</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В.2, 18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320 от 18 сентября 2014 года о передаче денежных средств в размере 100 000 рублей сроком на два месяца, в соответствии с которым, от имени ООО «Финанс Групп+» В.2 гарантировалась ежемесячная выплата процентов за пользование займом в размере 96% годовых от суммы полученного займа. После чего, В.2 передала одному из менеджеров денежные средства в сумме 100 000 рублей в соответствии с заключенным договором процентного займа. Своими преступными действиями ФИО1 и ФИО2 похитили у В.2 денежные средства в сумме 100 000 рублей.</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К.9, 19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322 от 19 сентября 2014 года о передаче денежных средств в размере 200 000 рублей сроком на один год, в соответствии с которым, от имени ООО «Финанс Групп+» К.9 гарантировалась ежемесячная выплата процентов за пользование займом в размере 156% годовых от суммы полученного займа. После чего, К.9 передал ФИО1 денежные средства в сумме 200 000 рублей в соответствии с заключенным договором процентного займа. После заключения договора процентного займа, с целью создания у К.9 уверенности в сохранности внесенных им денежных средств, сокрытия совершенного хищения, последнему в период с 19 сентября 2014 года по 21 ноября 2014 года были выплачены денежные средства в сумме 22 620 рублей под видом процентов по договору процентного займа. Своими преступными действиями ФИО1 и ФИО2 похитили у К.9 денежные средства в сумме 177380 рублей.</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К.10, 20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325 от 20 сентября 2014 года о передаче денежных средств в размере 100 000 рублей сроком на один год, в соответствии с которым, от имени ООО «Финанс Групп+» К.10 гарантировалась ежемесячная выплата процентов за пользование займом в размере 144% годовых от суммы полученного займа, а также оформил страховой полис № 19293/10-2014 ЗАО «Страховая Компания «Финрос» на период действия договора процентного займа. После чего, К.10 передала ФИО1 денежные средства в сумме 100 000 рублей в соответствии с заключенным договором процентного займа, денежные средства в сумме 2 000 рублей за страхование вклада, а всего на общую сумму 102 000 рублей. После заключения договора процентного займа, с целью создания у К.10 уверенности в сохранности внесенных ею денежных средств, сокрытия совершенного хищения, последнему в период с 20 сентября 2014 года по 21 ноября 2014 года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К.10 денежные средства в сумме 91560 рублей.</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Л., 20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326 от 20 сентября 2014 года о передаче денежных средств в размере 10 000 рублей сроком на четыре месяца, в соответствии с которым, от имени ООО «Финанс Групп+» Л. гарантировалась ежемесячная выплата процентов за пользование займом в размере 120% годовых от суммы полученного займа. После чего, Л. передал ФИО1 денежные средства в сумме 10 000 рублей в соответствии с заключенным договором процентного займа. Кроме того, Л., будучи убежденным в надежности деятельности ООО «Финанс Групп+», 02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347 от 2 октября 2014 года о передаче денежных средств в размере 10 000 рублей сроком на четыре месяца, в соответствии с которым, от имени ООО «Финанс Групп+» Л. гарантировалась ежемесячная выплата процентов за пользование займом в размере 120% годовых от суммы полученного займа. После чего, Л., не зная об умысле ФИО1 и ФИО2, направленном на хищение его денежных средств, передал менеджеру ООО «Финанс Групп+» Б.4 денежные средства в сумме 10 000 рублей в соответствии с заключенным договором процентного займа. Кроме того, Л., будучи убежденным в надежности деятельности ООО «Финанс Групп+», 29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14/52 от 29 октября 2014 года о передаче денежных средств в размере 10 000 рублей сроком на четыре месяца, в соответствии с которым, от имени ООО «Финанс Групп+» Л. гарантировалась ежемесячная выплата процентов за пользование займом в размере 120% годовых от суммы полученного займа. После чего, Л. передал менеджеру ООО «Финанс Групп+» Б.4 денежные средства в сумме 10 000 рублей в соответствии с заключенным договором процентного займа. Кроме того, Л., будучи убежденным в надежности деятельности ООО «Финанс Групп+», 19 ноября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14/77 от 19 ноября 2014 года о передаче денежных средств в размере 10 000 рублей сроком на четыре месяца, в соответствии с которым, от имени ООО «Финанс Групп+» Л. гарантировалась ежемесячная выплата процентов за пользование займом в размере 120% годовых от суммы полученного займа. После чего, Л. передал менеджеру ООО «Финанс Групп+» Б.4 денежные средства в сумме 10 000 рублей в соответствии с заключенным договором процентного займа. Своими преступными действиями ФИО1 и ФИО2 похитили у Л. денежные средства в сумме 40 000 рублей.</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Л.1, 22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327 от 22 сентября 2014 года о передаче денежных средств в размере 200 000 рублей сроком на один год, в соответствии с которым, от имени ООО «Финанс Групп+» Л.1 гарантировалась ежемесячная выплата процентов за пользование займом в размере 156% годовых от суммы полученного займа, а также оформила страховой полис № 19223/10-2014 ЗАО «Страховая Компания «Финрос» на период действия договора процентного займа. После чего, Л.1 передала одному из менеджеров ООО «Финанс Групп+» денежные средства в сумме 200 000 рублей в соответствии с заключенным договором процентного займа, денежные средства в сумме 4 000 рублей за страхование вклада, а всего на общую сумму 204 000 рублей. После заключения договора процентного займа, с целью создания у Л.1 уверенности в сохранности внесенных ею денежных средств, сокрытия совершенного хищения, последней в период с 22 сентября 2014 года по 21 ноября 2014 года были выплачены денежные средства в сумме 22 620 рублей под видом процентов по договору процентного займа. Своими преступными действиями ФИО1 и ФИО2 похитили у Л.1 денежные средства в сумме 181380 рублей.</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Л.2, 23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331 от 23 сентября 2014 года о передаче денежных средств в размере 100 000 рублей сроком на один год, в соответствии с которым, от имени ООО «Финанс Групп+» Л.2 гарантировалась ежемесячная выплата процентов за пользование займом в размере 144% годовых от суммы полученного займа. После чего, Л.2 передал менеджеру ООО «Финанс Групп+» Б.4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Л.2 уверенности в сохранности внесенных им денежных средств, сокрытия совершенного хищения, последнему в период с 23 сентября 2014 года по 21 ноября 2014 года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Л.2 денежные средства в сумме 89560 рублей.</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Л.3, 23 сентября 2014 года, в дневное время, находясь по адресу: город Казань, Советский район, проспект Победы, дом 156/26, заключил от имени своего внука Б.5 с ООО «Финанс Групп+» в лице директора ФИО2, договор процентного займа № 333 от 23 сентября 2014 года о передаче денежных средств в размере 100 000 рублей сроком на один год, в соответствии с которым, от имени ООО «Финанс Групп+» ему гарантировалась ежемесячная выплата процентов за пользование займом в размере 144% годовых от суммы полученного займа, а также оформил страховой полис № 19224/10-2014 ЗАО «Страховая Компания «Финрос» на период действия договора процентного займа. После чего, Л.3 передал одному из менеджеров ООО «Финанс Групп+» денежные средства в сумме 100 000 рублей в соответствии с заключенным договором процентного займа, денежные средства в сумме 2 000 рублей за страхование вклада, а всего на общую сумму 102 000 рублей. После заключения договора процентного займа, с целью создания у Л.3 уверенности в сохранности внесенных им денежных средств, сокрытия совершенного хищения, в период с 23 сентября 2014 года по 21 ноября 2014 года его внуку Б.5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Л.3 денежные средства в сумме 91560 рублей.</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А.10, заблуждаясь относительно действительных намерений финансового менеджера ФИО1, директора ООО «Финанс Групп+» ФИО2, 24 сентября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335 от 24 сентября 2014 года о передаче денежных средств в размере 50 000 рублей сроком на четыре месяца, в соответствии с которым, от имени ООО «Финанс Групп+» А.10 гарантировалась ежемесячная выплата процентов за пользование займом в размере 120% годовых от суммы полученного займа. После чего, А.10 передал одному из менеджеров ООО «Финанс Групп+» денежные средства в сумме 50 000 рублей в соответствии с заключенным договором процентного займа. Своими преступными действиями ФИО1 и ФИО2 похитили у А.10 денежные средства в сумме 50 000 рублей.</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Л.4, 26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337 от 26 сентября 2014 года о передаче денежных средств в размере 140 000 рублей сроком на два месяца, в соответствии с которым, от имени ООО «Финанс Групп+» Л.4 гарантировалась ежемесячная выплата процентов за пользование займом в размере 96% годовых от суммы полученного займа. После чего, Л.4 передала Р.3 денежные средства в сумме 140 000 рублей в соответствии с заключенным договором процентного займа. Своими преступными действиями ФИО1 и ФИО2 похитили у Л.4 денежные средства в сумме 140 000 рублей.</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Л.5, 26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338 от 26 сентября 2014 года о передаче денежных средств в размере 205 000 рублей сроком на один год, в соответствии с которым, от имени ООО «Финанс Групп+» Л.5 гарантировалась ежемесячная выплата процентов за пользование займом в размере 156% годовых от суммы полученного займа. После чего, Л.5 передала одному из менеджеров ООО «Финанс Групп+» денежные средства в сумме 205 000 рублей в соответствии с заключенным договором процентного займа. После заключения договора процентного займа, с целью создания у ФИО3 уверенности в сохранности внесенных ею денежных средств, сокрытия совершенного хищения, в период с 26 сентября 2014 года по 21 ноября 2014 года последнему были выплачены денежные средства в сумме 23 185 рублей под видом процентов по договору процентного займа. Своими преступными действиями ФИО1 и ФИО2 похитили у Л.5 денежные средства в сумме 181815 рублей.</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Л.6, 30 сентября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343 от 30 сентября 2014 года о передаче денежных средств в размере 60 000 рублей сроком на один год, в соответствии с которым, от имени ООО «Финанс Групп+» Л.6 гарантировалась ежемесячная выплата процентов за пользование займом в размере 144% годовых от суммы полученного займа. После чего, Л.6 передала одному из менеджеров ООО «Финанс Групп+» денежные средства в сумме 60 000 рублей в соответствии с заключенным договором процентного займа. После заключения договора процентного займа, с целью создания у Л.6 уверенности в сохранности внесенных ею денежных средств, сокрытия совершенного хищения, в период с 30 сентября 2014 года по 21 ноября 2014 года последней были выплачены денежные средства в сумме 6 264 рубля под видом процентов по договору процентного займа. Своими преступными действиями ФИО1 и ФИО2 похитили у Л.6 денежные средства в сумме 53736 рублей.</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Л.7, заблуждаясь относительно действительных намерений финансового менеджера ФИО1, директора ООО «Финанс Групп+» ФИО2, 2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348 от 2 октября 2014 года о передаче денежных средств в размере 100 000 рублей сроком на один год, в соответствии с которым, от имени ООО «Финанс Групп+» Л.7 гарантировалась ежемесячная выплата процентов за пользование займом в размере 144% годовых от суммы полученного займа. После чего, Л.7 передал Б.4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Л.7 уверенности в сохранности внесенных им денежных средств, сокрытия совершенного хищения, в период с 02 октября 2014 года по 21 ноября 2014 года последнему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Л.7 денежные средства в сумме 89560 рублей.</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Л.8, 2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349 от 2 октября 2014 года о передаче денежных средств в размере 10 000 рублей сроком на два месяца, в соответствии с которым, от имени ООО «Финанс Групп+» Л.8 гарантировалась ежемесячная выплата процентов за пользование займом в размере 96% годовых от суммы полученного займа. После чего, Л.8 передала одному из менеджеров ООО «Финас Групп+» денежные средства в сумме 10 000 рублей в соответствии с заключенным договором процентного займа. Своими преступными действиями ФИО1 и ФИО2 похитили у Л.8 денежные средства в сумме 10 000 рублей.</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Л.9, 2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351 от 2 октября 2014 года о передаче денежных средств в размере 100 000 рублей сроком на два месяца, в соответствии с которым, от имени ООО «Финанс Групп+» Л.9 гарантировалась ежемесячная выплата процентов за пользование займом в размере 96% годовых от суммы полученного займа. После чего, Л.9 передал одному из менеджеров ООО «Финанс Групп+» денежные средства в сумме 100 000 рублей в соответствии с заключенным договором процентного займа. Своими преступными действиями ФИО1 и ФИО2 похитили у Л.9 денежные средства в сумме 100 000 рублей.</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Л.10, 7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353 от 7 октября 2014 года о передаче денежных средств в размере 20 000 рублей сроком на два месяца, в соответствии с которым, от имени ООО «Финанс Групп+» Л.10 гарантировалась ежемесячная выплата процентов за пользование займом в размере 96% годовых от суммы полученного займа. После чего, Л.10 передал одному из менеджеров ООО «Финанс Групп+» денежные средства в сумме 20 000 рублей в соответствии с заключенным договором процентного займа. Своими преступными действиями ФИО1 и ФИО2 похитили у Л.10 денежные средства в сумме 20 000 рублей.</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М.1, 9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14/7 от 9 октября 2014 года о передаче денежных средств в размере 30 000 рублей сроком на четыре месяца, в соответствии с которым, от имени ООО «Финанс Групп+» М.1 гарантировалась ежемесячная выплата процентов за пользование займом в размере 120% годовых от суммы полученного займа. После чего, М.1 передал одному из менеджеров ООО «Финанс Групп+» денежные средства в сумме 30 000 рублей в соответствии с заключенным договором процентного займа. Своими преступными действиями ФИО1 и ФИО2 похитили у М.1 денежные средства в сумме 30 000 рублей.</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М.2, 9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14/9 от 9 октября 2014 года о передаче денежных средств в размере 70 000 рублей сроком на один год, в соответствии с которым, от имени ООО «Финанс Групп+» М.2 гарантировалась ежемесячная выплата процентов за пользование займом в размере 144% годовых от суммы полученного займа, а также оформил страховой полис № 19297/10-2014 ЗАО «Страховая Компания «Финрос» на период действия договора процентного займа. После чего, М.2 передал одному из менеджеров ООО «Финанс Групп+» денежные средства в сумме 70 000 рублей в соответствии с заключенным договором процентного займа, денежные средства в сумме 1 400 рублей за страхование вклада, а всего на общую сумму 71 400 рублей. После заключения договора процентного займа, с целью создания у ФИО4 уверенности в сохранности внесенных им денежных средств, сокрытия совершенного хищения, в период с 9 октября 2014 года по 21 ноября 2014 года последнему были выплачены денежные средства в сумме 7 308 рублей под видом процентов по договору процентного займа. Своими преступными действиями ФИО1 и ФИО2 похитили у М.2 денежные средства в сумме 64092 рубля.</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М.3, заблуждаясь относительно действительных намерений финансового менеджера ФИО1, директора ООО «Финанс Групп+» ФИО2, 10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14/11 от 10 октября 2014 года о передаче денежных средств в размере 100 000 рублей сроком на один год, в соответствии с которым, от имени ООО «Финанс Групп+» М.3 гарантировалась ежемесячная выплата процентов за пользование займом в размере 144% годовых от суммы полученного займа. После чего, М.3 передал ФИО1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М.3 уверенности в сохранности внесенных им денежных средств, сокрытия совершенного хищения, в период с 10 октября 2014 года по 21 ноября 2014 года последнему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М.3 денежные средства в сумме 89560 рублей.</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М.4, 10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14/12 от 10 октября 2014 года о передаче денежных средств в размере 50 000 рублей сроком на два месяца, в соответствии с которым, от имени ООО «Финанс Групп+» М.4 гарантировалась ежемесячная выплата процентов за пользование займом в размере 96% годовых от суммы полученного займа. После чего, М.4 передала одному из менеджеров ООО «Финанс Групп+» денежные средства в сумме 50 000 рублей в соответствии с заключенным договором процентного займа. Своими преступными действиями ФИО1 и ФИО2 похитили у М.4 денежные средства в сумме 50 000 рублей.</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М.5, 10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14/13 от 10 октября 2014 года о передаче денежных средств в размере 100 000 рублей сроком на два месяца, в соответствии с которым, от имени ООО «Финанс Групп+» М.5 гарантировалась ежемесячная выплата процентов за пользование займом в размере 96% годовых от суммы полученного займа. После чего, М.5 передал менеджеру ООО «Финанс Групп+» Р.3 денежные средства в сумме 100 000 рублей в соответствии с заключенным договором процентного займа. Своими преступными действиями ФИО1 и ФИО2 похитили у М.5 денежные средства в сумме 100 000 рублей.</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М.6, 14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14/17 от 14 октября 2014 года о передаче денежных средств в размере 100 000 рублей сроком на шесть месяцев, в соответствии с которым, от имени ООО «Финанс Групп+» М.6 гарантировалась ежемесячная выплата процентов за пользование займом в размере 120% годовых от суммы полученного займа. После чего, М.6 передала одному из менеджеров ООО «Финанс Групп+»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М.6 уверенности в сохранности внесенных ею денежных средств, сокрытия совершенного хищения, в период с 14 октября 2014 года по 21 ноября 2014 года последней были выплачены денежные средства в сумме 8 700 рублей под видом процентов по договору процентного займа. Своими преступными действиями ФИО1 и ФИО2 похитили у М.6 денежные средства в сумме 91300 рублей.</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М.7, 17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14/20 от 17 октября 2014 года о передаче денежных средств в размере 50 000 рублей сроком на один год, в соответствии с которым, от имени ООО «Финанс Групп+» М.7 гарантировалась ежемесячная выплата процентов за пользование займом в размере 144% годовых от суммы полученного займа. После чего, М.7 передала ФИО1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М.7 уверенности в сохранности внесенных ею денежных средств, сокрытия совершенного хищения, в период с 17 октября 2014 года по 21 ноября 2014 года последней были выплачены денежные средства в сумме 5 220 рублей под видом процентов по договору процентного займа. Своими преступными действиями ФИО1 и ФИО2 похитили у М.7 денежные средства в сумме 44780 рублей.</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М.8, 18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14/22 от 18 октября 2014 года о передаче денежных средств в размере 200 000 рублей сроком на один год, в соответствии с которым, от имени ООО «Финанс Групп+» М.8 гарантировалась ежемесячная выплата процентов за пользование займом в размере 156% годовых от суммы полученного займа, а также оформил страховой полис № 19294/10-2014 ЗАО «Страховая Компания «Финрос» на период действия договора процентного займа. После чего, М.8, не зная об умысле ФИО1 и ФИО2, направленном на хищение его денежных средств, передал менеджеру ООО «Финанс Групп+» Р.3 денежные средства в сумме 200 000 рублей в соответствии с заключенным договором процентного займа, денежные средства в сумме 4 000 рублей за страхование вклада, а всего на общую сумму 204 000 рублей. Своими преступными действиями ФИО1 и ФИО2 похитили у М.8 денежные средства в сумме 204 000 рублей.</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М.10, 20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14/28 от 20 октября 2014 года о передаче денежных средств в размере 50 000 рублей сроком на шесть месяцев, в соответствии с которым, от имени ООО «Финанс Групп+» М.10 гарантировалась ежемесячная выплата процентов за пользование займом в размере 120% годовых от суммы полученного займа. После чего, М.10 передала одному из менеджеров ООО «Финанс Групп+» денежные средства в сумме 50 000 рублей в соответствии с заключенным договором процентного займа. Своими преступными действиями ФИО1 и ФИО2 похитили у М.10 денежные средства в сумме 50 000 рублей.</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М.11, 21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14/32 от 21 октября 2014 года о передаче денежных средств в размере 50 000 рублей сроком на один год, в соответствии с которым, от имени ООО «Финанс Групп+» М.11 гарантировалась ежемесячная выплата процентов за пользование займом в размере 144% годовых от суммы полученного займа. После чего, М.11, не зная об умысле ФИО1 и ФИО2, направленном на хищение ее денежных средств, передала одному из менеджеров ООО «Финанс Групп+» денежные средства в сумме 50 000 рублей в соответствии с заключенным договором процентного займа. Своими преступными действиями ФИО1 и ФИО2 похитили у М.11 денежные средства в сумме 50 000 рублей.</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М.12, 22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14/34 от 22 октября 2014 года о передаче денежных средств в размере 75 000 рублей сроком на шесть месяцев, в соответствии с которым, от имени ООО «Финанс Групп+» М.12 гарантировалась ежемесячная выплата процентов за пользование займом в размере 120% годовых от суммы полученного займа. После чего, М.12 передала одному из менеджеров ООО «Финанс Групп+» денежные средства в сумме 75 000 рублей в соответствии с заключенным договором процентного займа. Своими преступными действиями ФИО1 и ФИО2 похитили у М.12 денежные средства в сумме 75 000 рублей.</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М.13, 22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14/35 от 22 октября 2014 года о передаче денежных средств в размере 200 000 рублей сроком на один год, в соответствии с которым, от имени ООО «Финанс Групп+» М.13 гарантировалась ежемесячная выплата процентов за пользование займом в размере 156% годовых от суммы полученного займа. После чего, М.13 передал ФИО1 денежные средства в сумме 200 000 рублей в соответствии с заключенным договором процентного займа. Своими преступными действиями ФИО1 и ФИО2 похитили у М.13 денежные средства в сумме 200000 рублей.</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Р.5 Р.З., 22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14/36 от 22 октября 2014 года о передаче денежных средств в размере 100 000 рублей сроком на четыре месяца, в соответствии с которым, от имени ООО «Финанс Групп+» Р.5 Р.З. гарантировалась ежемесячная выплата процентов за пользование займом в размере 120% годовых от суммы полученного займа. После чего, Р.5 Р.З. передала менеджеру ООО «Финанс Групп+» Р.3 денежные средства в сумме 100 000 рублей в соответствии с заключенным договором процентного займа. Своими преступными действиями ФИО1 и ФИО2 похитили у Р.5 Р.З. денежные средства в сумме 100 000 рублей.</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Б.6, 22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14/37 от 22 октября 2014 года о передаче денежных средств в размере 100 000 рублей сроком на один год, в соответствии с которым, от имени ООО «Финанс Групп+» Б.6 гарантировалась ежемесячная выплата процентов за пользование займом в размере 144% годовых от суммы полученного займа, а также оформил страховой полис № 19291/10-2014 ЗАО «Страховая Компания «Финрос» на период действия договора процентного займа. После чего, Б.6 передал одному из менеджеров ООО «Финанс Групп+» денежные средства в сумме 100 000 рублей в соответствии с заключенным договором процентного займа, денежные средства в сумме 2 000 рублей за страхование вклада, а всего на общую сумму 102 000 рублей. Своими преступными действиями ФИО1 и ФИО2 похитили у Б.6 денежные средства в сумме 102 000 рублей.</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М.14, 24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14/41 от 24 октября 2014 года о передаче денежных средств в размере 50 000 рублей сроком на один год, в соответствии с которым, от имени ООО «Финанс Групп+» М.14 гарантировалась ежемесячная выплата процентов за пользование займом в размере 144% годовых от суммы полученного займа. После чего, М.14 передала одному из менеджеров ООО «Финанс Групп+» денежные средства в сумме 50 000 рублей в соответствии с заключенным договором процентного займа. Своими преступными действиями ФИО1 и ФИО2 похитили у М.14 денежные средства в сумме 50 000 рублей.</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Б.7, 27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14/47 от 27 октября 2014 года о передаче денежных средств в размере 50 000 рублей сроком на шесть месяцев, в соответствии с которым, от имени ООО «Финанс Групп+» Б.7 гарантировалась ежемесячная выплата процентов за пользование займом в размере 120% годовых от суммы полученного займа. После чего, Б.7 передал одному из сотрудников ООО «Финанс Групп+» денежные средства в сумме 50 000 рублей в соответствии с заключенным договором процентного займа. Своими преступными действиями ФИО1 и ФИО2 похитили у Б.7 денежные средства в сумме 50 000 рублей.</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А.9, 28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14/49 от 28 октября 2014 года о передаче денежных средств в размере 890 000 рублей сроком на один год, в соответствии с которым, от имени ООО «Финанс Групп+» А.9 гарантировалась ежемесячная выплата процентов за пользование займом в размере 156% годовых от суммы полученного займа. После чего, А.9 передала ФИО1 денежные средства в сумме 890 000 рублей в соответствии с заключенным договором процентного займа. Своими преступными действиями ФИО1 и ФИО2 похитили у А.9 денежные средства в сумме 890 000 рублей.</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Б.8, 28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14/50 от 28 октября 2014 года о передаче денежных средств в размере 100 000 рублей сроком на один год, в соответствии с которым, от имени ООО «Финанс Групп+» Б.8 гарантировалась ежемесячная выплата процентов за пользование займом в размере 144% годовых от суммы полученного займа, а также оформил страховой полис № 19288/10-2014 ЗАО «Страховая Компания «Финрос» на период действия договора процентного займа. После чего, Б.8 передал ФИО1 денежные средства в сумме 100 000 рублей в соответствии с заключенными договором процентного займа, денежные средства в сумме 2 000 рублей за страхование вклада, а всего на общую сумму 102 000 рублей. Своими преступными действиями ФИО1 и ФИО2 похитили у Б.8 денежные средства в сумме 102 000 рублей.</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М.15, 28 октября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14/51 от 28 октября 2014 года о передаче денежных средств в размере 50 000 рублей сроком на один год, в соответствии с которым, от имени ООО «Финанс Групп+» М.15 гарантировалась ежемесячная выплата процентов за пользование займом в размере 144% годовых от суммы полученного займа. После чего, М.15 передал ФИО1 денежные средства в сумме 50 000 рублей в соответствии с заключенным договором процентного займа. Своими преступными действиями ФИО1 и ФИО2 похитили у М.15 денежные средства в сумме 50 000 рублей.</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М.16, 30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14/53 от 30 октября 2014 года о передаче денежных средств в размере 80 000 рублей сроком на четыре месяца, в соответствии с которым, от имени ООО «Финанс Групп+» М.16 гарантировалась ежемесячная выплата процентов за пользование займом в размере 120% годовых от суммы полученного займа. После чего, М.16 передала ФИО1 денежные средства в сумме 80 000 рублей в соответствии с заключенными договором процентного займа. Своими преступными действиями ФИО1 и ФИО2 похитили у М.16 денежные средства в сумме 80 000 рублей.</w:t>
      </w:r>
    </w:p>
    <w:p>
      <w:pPr>
        <w:pStyle w:val="Heading3"/>
      </w:pPr>
      <w:r>
        <w:rPr>
          <w:rFonts w:ascii="Times New Roman" w:hAnsi="Times New Roman" w:eastAsia="Times New Roman" w:cs="Times New Roman"/>
          <w:b/>
          <w:i w:val="0"/>
          <w:sz w:val="22"/>
        </w:rPr>
        <w:t>Пункт 126. Правовой анализ</w:t>
      </w:r>
    </w:p>
    <w:p>
      <w:pPr>
        <w:spacing w:after="120" w:before="160"/>
        <w:ind w:firstLine="720"/>
        <w:jc w:val="both"/>
      </w:pPr>
      <w:r>
        <w:rPr>
          <w:rFonts w:ascii="Times New Roman" w:hAnsi="Times New Roman" w:eastAsia="Times New Roman" w:cs="Times New Roman"/>
          <w:b/>
          <w:i w:val="0"/>
          <w:sz w:val="22"/>
        </w:rPr>
        <w:t xml:space="preserve">126. </w:t>
      </w:r>
      <w:r>
        <w:rPr>
          <w:rFonts w:ascii="Times New Roman" w:hAnsi="Times New Roman" w:eastAsia="Times New Roman" w:cs="Times New Roman"/>
          <w:b w:val="0"/>
          <w:i w:val="0"/>
          <w:sz w:val="22"/>
        </w:rPr>
        <w:t>М.17, 30 октября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14/54 от 30 октября 2014 года о передаче денежных средств в размере 100 000 рублей сроком на один год, в соответствии с которым, от имени ООО «Финанс Групп+» М.17 гарантировалась ежемесячная выплата процентов за пользование займом в размере 144% годовых от суммы полученного займа. После чего, М.17 передала одному из менеджеров ООО «Финанс Групп+» денежные средства в сумме 100 000 рублей в соответствии с заключенным договором процентного займа. Своими преступными действиями ФИО1 и ФИО2 похитили у М.17 денежные средства в сумме 100 000 рублей.</w:t>
      </w:r>
    </w:p>
    <w:p>
      <w:pPr>
        <w:pStyle w:val="Heading3"/>
      </w:pPr>
      <w:r>
        <w:rPr>
          <w:rFonts w:ascii="Times New Roman" w:hAnsi="Times New Roman" w:eastAsia="Times New Roman" w:cs="Times New Roman"/>
          <w:b/>
          <w:i w:val="0"/>
          <w:sz w:val="22"/>
        </w:rPr>
        <w:t>Пункт 127. Правовой анализ</w:t>
      </w:r>
    </w:p>
    <w:p>
      <w:pPr>
        <w:spacing w:after="120" w:before="160"/>
        <w:ind w:firstLine="720"/>
        <w:jc w:val="both"/>
      </w:pPr>
      <w:r>
        <w:rPr>
          <w:rFonts w:ascii="Times New Roman" w:hAnsi="Times New Roman" w:eastAsia="Times New Roman" w:cs="Times New Roman"/>
          <w:b/>
          <w:i w:val="0"/>
          <w:sz w:val="22"/>
        </w:rPr>
        <w:t xml:space="preserve">127. </w:t>
      </w:r>
      <w:r>
        <w:rPr>
          <w:rFonts w:ascii="Times New Roman" w:hAnsi="Times New Roman" w:eastAsia="Times New Roman" w:cs="Times New Roman"/>
          <w:b w:val="0"/>
          <w:i w:val="0"/>
          <w:sz w:val="22"/>
        </w:rPr>
        <w:t>М.18, 5 ноября 2014 года, в дневное время, находясь по адресу: город Казань, Советский район, проспект Победы, дом 156/26, заключила от имени своей подруги - Б.9 с ООО «Финанс Групп+» в лице директора ФИО2, договор процентного займа № 14/59 от 05 ноября 2014 года о передаче денежных средств в размере 200 000 рублей сроком на один год, в соответствии с которым, от имени ООО «Финанс Групп+» М.18 гарантировалась ежемесячная выплата процентов за пользование займом в размере 156% годовых от суммы полученного займа, а также оформила страховой полис № 19284/10-2014 ЗАО «Страховая Компания «Финрос» на период действия договоров процентного займа. После чего, М.18 передала одному из менеджеров ООО «Финанс Групп+» принадлежащие ей денежные средства в сумме 200 000 рублей в соответствии с заключенным договором процентного займа, денежные средства в сумме 4 000 рублей за страхование вклада, а всего на общую сумму 204 000 рублей. Своими преступными действиями ФИО1 и ФИО2 похитили у М.18 денежные средства в сумме 204 000 рублей.</w:t>
      </w:r>
    </w:p>
    <w:p>
      <w:pPr>
        <w:pStyle w:val="Heading3"/>
      </w:pPr>
      <w:r>
        <w:rPr>
          <w:rFonts w:ascii="Times New Roman" w:hAnsi="Times New Roman" w:eastAsia="Times New Roman" w:cs="Times New Roman"/>
          <w:b/>
          <w:i w:val="0"/>
          <w:sz w:val="22"/>
        </w:rPr>
        <w:t>Пункт 128. Правовой анализ</w:t>
      </w:r>
    </w:p>
    <w:p>
      <w:pPr>
        <w:spacing w:after="120" w:before="160"/>
        <w:ind w:firstLine="720"/>
        <w:jc w:val="both"/>
      </w:pPr>
      <w:r>
        <w:rPr>
          <w:rFonts w:ascii="Times New Roman" w:hAnsi="Times New Roman" w:eastAsia="Times New Roman" w:cs="Times New Roman"/>
          <w:b/>
          <w:i w:val="0"/>
          <w:sz w:val="22"/>
        </w:rPr>
        <w:t xml:space="preserve">128. </w:t>
      </w:r>
      <w:r>
        <w:rPr>
          <w:rFonts w:ascii="Times New Roman" w:hAnsi="Times New Roman" w:eastAsia="Times New Roman" w:cs="Times New Roman"/>
          <w:b w:val="0"/>
          <w:i w:val="0"/>
          <w:sz w:val="22"/>
        </w:rPr>
        <w:t>Б.10, 5 ноября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договора процентного займа: № 14/56 от 5 ноября 2014 года о передаче денежных средств в размере 10 000 рублей сроком на четыре месяца, в соответствии с которым, от имени ООО «Финанс Групп+» Б.10 гарантировалась ежемесячная выплата процентов за пользование займом в размере 120% годовых от суммы полученного займа, № 14/57 от 5 ноября 2014 года о передаче денежных средств в размере 10 000 рублей сроком на два месяца, в соответствии с которым, от имени ООО «Финанс Групп+» Б.10 гарантировалась ежемесячная выплата процентов за пользование займом в размере 96% годовых от суммы полученного займа, а также оформил страховые полиса № 19286/10-2014 и №19287/10-2014 ЗАО «Страховая Компания «Финрос» на период действия договоров процентного займа. После чего, Б.10 передал ФИО1 денежные средства в сумме 20 000 рублей в соответствии с заключенными договорами процентного займа, денежные средства в сумме 400 рублей за страхование вкладов, а всего на общую сумму 20 400 рублей. Своими преступными действиями ФИО1 и ФИО2 похитили у Б.10 денежные средства в сумме 20 400 рублей.</w:t>
      </w:r>
    </w:p>
    <w:p>
      <w:pPr>
        <w:pStyle w:val="Heading3"/>
      </w:pPr>
      <w:r>
        <w:rPr>
          <w:rFonts w:ascii="Times New Roman" w:hAnsi="Times New Roman" w:eastAsia="Times New Roman" w:cs="Times New Roman"/>
          <w:b/>
          <w:i w:val="0"/>
          <w:sz w:val="22"/>
        </w:rPr>
        <w:t>Пункт 129. Правовой анализ</w:t>
      </w:r>
    </w:p>
    <w:p>
      <w:pPr>
        <w:spacing w:after="120" w:before="160"/>
        <w:ind w:firstLine="720"/>
        <w:jc w:val="both"/>
      </w:pPr>
      <w:r>
        <w:rPr>
          <w:rFonts w:ascii="Times New Roman" w:hAnsi="Times New Roman" w:eastAsia="Times New Roman" w:cs="Times New Roman"/>
          <w:b/>
          <w:i w:val="0"/>
          <w:sz w:val="22"/>
        </w:rPr>
        <w:t xml:space="preserve">129. </w:t>
      </w:r>
      <w:r>
        <w:rPr>
          <w:rFonts w:ascii="Times New Roman" w:hAnsi="Times New Roman" w:eastAsia="Times New Roman" w:cs="Times New Roman"/>
          <w:b w:val="0"/>
          <w:i w:val="0"/>
          <w:sz w:val="22"/>
        </w:rPr>
        <w:t>М.19, 8 ноября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14/61 от 8 ноября 2014 года о передаче денежных средств в размере 50 000 рублей сроком на шесть месяцев, в соответствии с которым, от имени ООО «Финанс Групп+» М.19 гарантировалась ежемесячная выплата процентов за пользование займом в размере 120% годовых от суммы полученного займа. После чего, М.19 передал ФИО1 денежные средства в сумме 50 000 рублей в соответствии с заключенным договором процентного займа. Своими преступными действиями ФИО1 и ФИО2 похитили у М.19 денежные средства в сумме 50 000 рублей.</w:t>
      </w:r>
    </w:p>
    <w:p>
      <w:pPr>
        <w:pStyle w:val="Heading3"/>
      </w:pPr>
      <w:r>
        <w:rPr>
          <w:rFonts w:ascii="Times New Roman" w:hAnsi="Times New Roman" w:eastAsia="Times New Roman" w:cs="Times New Roman"/>
          <w:b/>
          <w:i w:val="0"/>
          <w:sz w:val="22"/>
        </w:rPr>
        <w:t>Пункт 130. Правовой анализ</w:t>
      </w:r>
    </w:p>
    <w:p>
      <w:pPr>
        <w:spacing w:after="120" w:before="160"/>
        <w:ind w:firstLine="720"/>
        <w:jc w:val="both"/>
      </w:pPr>
      <w:r>
        <w:rPr>
          <w:rFonts w:ascii="Times New Roman" w:hAnsi="Times New Roman" w:eastAsia="Times New Roman" w:cs="Times New Roman"/>
          <w:b/>
          <w:i w:val="0"/>
          <w:sz w:val="22"/>
        </w:rPr>
        <w:t xml:space="preserve">130. </w:t>
      </w:r>
      <w:r>
        <w:rPr>
          <w:rFonts w:ascii="Times New Roman" w:hAnsi="Times New Roman" w:eastAsia="Times New Roman" w:cs="Times New Roman"/>
          <w:b w:val="0"/>
          <w:i w:val="0"/>
          <w:sz w:val="22"/>
        </w:rPr>
        <w:t>М., 11 ноября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14/63 от 11 ноября 2014 года о передаче денежных средств в размере 182 600 рублей сроком на два месяца, в соответствии с которым, от имени ООО «Финанс Групп+» М. гарантировалась ежемесячная выплата процентов за пользование займом в размере 96% годовых от суммы полученного займа, а также оформил страховой полис № 08464/10-2014 ЗАО «Страховая Компания «Финрос» на период действия договора процентного займа. После чего, М. передал ФИО1 денежные средства в сумме 182 600 рублей в соответствии с заключенным договором процентного займа, денежные средства в сумме 3 652 рубля за страхование вклада, а всего на общую сумму 186 252 рубля. Своими преступными действиями ФИО1 и ФИО2 похитили у М. денежные средства в сумме 186 252 рубля.</w:t>
      </w:r>
    </w:p>
    <w:p>
      <w:pPr>
        <w:pStyle w:val="Heading3"/>
      </w:pPr>
      <w:r>
        <w:rPr>
          <w:rFonts w:ascii="Times New Roman" w:hAnsi="Times New Roman" w:eastAsia="Times New Roman" w:cs="Times New Roman"/>
          <w:b/>
          <w:i w:val="0"/>
          <w:sz w:val="22"/>
        </w:rPr>
        <w:t>Пункт 131. Правовой анализ</w:t>
      </w:r>
    </w:p>
    <w:p>
      <w:pPr>
        <w:spacing w:after="120" w:before="160"/>
        <w:ind w:firstLine="720"/>
        <w:jc w:val="both"/>
      </w:pPr>
      <w:r>
        <w:rPr>
          <w:rFonts w:ascii="Times New Roman" w:hAnsi="Times New Roman" w:eastAsia="Times New Roman" w:cs="Times New Roman"/>
          <w:b/>
          <w:i w:val="0"/>
          <w:sz w:val="22"/>
        </w:rPr>
        <w:t xml:space="preserve">131. </w:t>
      </w:r>
      <w:r>
        <w:rPr>
          <w:rFonts w:ascii="Times New Roman" w:hAnsi="Times New Roman" w:eastAsia="Times New Roman" w:cs="Times New Roman"/>
          <w:b w:val="0"/>
          <w:i w:val="0"/>
          <w:sz w:val="22"/>
        </w:rPr>
        <w:t>М.20, 13 ноября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14/65 от 13 ноября 2014 года о передаче денежных средств в размере 300 000 рублей сроком на один год, в соответствии с которым, от имени ООО «Финанс Групп+» М.20 гарантировалась ежемесячная выплата процентов за пользование займом в размере 156% годовых от суммы полученного займа. После чего, М.20 передала одному из менеджеров ООО «Финанс Групп+» денежные средства в сумме 300 000 рублей в соответствии с заключенным договором процентного займа. Своими преступными действиями ФИО1 и ФИО2 похитили у М.20 денежные средства в сумме 300 000 рублей.</w:t>
      </w:r>
    </w:p>
    <w:p>
      <w:pPr>
        <w:pStyle w:val="Heading3"/>
      </w:pPr>
      <w:r>
        <w:rPr>
          <w:rFonts w:ascii="Times New Roman" w:hAnsi="Times New Roman" w:eastAsia="Times New Roman" w:cs="Times New Roman"/>
          <w:b/>
          <w:i w:val="0"/>
          <w:sz w:val="22"/>
        </w:rPr>
        <w:t>Пункт 132. Правовой анализ</w:t>
      </w:r>
    </w:p>
    <w:p>
      <w:pPr>
        <w:spacing w:after="120" w:before="160"/>
        <w:ind w:firstLine="720"/>
        <w:jc w:val="both"/>
      </w:pPr>
      <w:r>
        <w:rPr>
          <w:rFonts w:ascii="Times New Roman" w:hAnsi="Times New Roman" w:eastAsia="Times New Roman" w:cs="Times New Roman"/>
          <w:b/>
          <w:i w:val="0"/>
          <w:sz w:val="22"/>
        </w:rPr>
        <w:t xml:space="preserve">132. </w:t>
      </w:r>
      <w:r>
        <w:rPr>
          <w:rFonts w:ascii="Times New Roman" w:hAnsi="Times New Roman" w:eastAsia="Times New Roman" w:cs="Times New Roman"/>
          <w:b w:val="0"/>
          <w:i w:val="0"/>
          <w:sz w:val="22"/>
        </w:rPr>
        <w:t>Н.3, 13 ноября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14/64 от 13 ноября 2014 года о передаче денежных средств в размере 150 000 рублей сроком на шесть месяцев, в соответствии с которым, от имени ООО «Финанс Групп+» Н.3 гарантировалась ежемесячная выплата процентов за пользование займом в размере 120% годовых от суммы полученного займа. После чего, Н.3 передала одному из менеджеров ООО «Финанс Групп+» денежные средства в сумме 150 000 рублей в соответствии с заключенным договором процентного займа. Кроме того, Н.3, будучи убежденной в надежности деятельности ООО «Финанс Групп+», 17 ноября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14/75 от 17 ноября 2014 года о передаче денежных средств в размере 100 000 рублей сроком на шесть месяцев, в соответствии с которым, от имени ООО «Финанс Групп+» Н.3 гарантировалась ежемесячная выплата процентов за пользование займом в размере 120% годовых от суммы полученного займа, а также оформила страховые полиса №19355/10-2014 и №19357 ЗАО «Страховая Компания «Финрос» на период действия договоров процентного займа №14/64 от 13 ноября 2014 года и №14/75 от 17 ноября 2014 года соответственно. После чего, Н.3 передала менеджеру ООО «Финанс Групп+» денежные средства в сумме 100 000 рублей в соответствии с заключенным договором процентного займа, денежные средства в сумме 5 000 рублей за страхование вкладов, а всего на общую сумму 105 000 рублей. Своими преступными действиями ФИО1 и ФИО2 похитили у Н.3 денежные средства в сумме 255 000 рублей, причинив тем самым последней значительный ущерб.</w:t>
      </w:r>
    </w:p>
    <w:p>
      <w:pPr>
        <w:pStyle w:val="Heading3"/>
      </w:pPr>
      <w:r>
        <w:rPr>
          <w:rFonts w:ascii="Times New Roman" w:hAnsi="Times New Roman" w:eastAsia="Times New Roman" w:cs="Times New Roman"/>
          <w:b/>
          <w:i w:val="0"/>
          <w:sz w:val="22"/>
        </w:rPr>
        <w:t>Пункт 133. Правовой анализ</w:t>
      </w:r>
    </w:p>
    <w:p>
      <w:pPr>
        <w:spacing w:after="120" w:before="160"/>
        <w:ind w:firstLine="720"/>
        <w:jc w:val="both"/>
      </w:pPr>
      <w:r>
        <w:rPr>
          <w:rFonts w:ascii="Times New Roman" w:hAnsi="Times New Roman" w:eastAsia="Times New Roman" w:cs="Times New Roman"/>
          <w:b/>
          <w:i w:val="0"/>
          <w:sz w:val="22"/>
        </w:rPr>
        <w:t xml:space="preserve">133. </w:t>
      </w:r>
      <w:r>
        <w:rPr>
          <w:rFonts w:ascii="Times New Roman" w:hAnsi="Times New Roman" w:eastAsia="Times New Roman" w:cs="Times New Roman"/>
          <w:b w:val="0"/>
          <w:i w:val="0"/>
          <w:sz w:val="22"/>
        </w:rPr>
        <w:t>Н., 14 ноября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14/69 от 14 ноября 2014 года о передаче денежных средств в размере 50 000 рублей сроком на шесть месяцев, в соответствии с которым, от имени ООО «Финанс Групп+» Н. гарантировалась ежемесячная выплата процентов за пользование займом в размере 120% годовых от суммы полученного займа. После чего, Н. передал менеджеру ООО «Финанс Групп+» Б.4 денежные средства в сумме 50 000 рублей в соответствии с заключенным договором процентного займа. Своими преступными действиями ФИО1 и ФИО2 похитили у Н. денежные средства в сумме 50 000 рублей.</w:t>
      </w:r>
    </w:p>
    <w:p>
      <w:pPr>
        <w:pStyle w:val="Heading3"/>
      </w:pPr>
      <w:r>
        <w:rPr>
          <w:rFonts w:ascii="Times New Roman" w:hAnsi="Times New Roman" w:eastAsia="Times New Roman" w:cs="Times New Roman"/>
          <w:b/>
          <w:i w:val="0"/>
          <w:sz w:val="22"/>
        </w:rPr>
        <w:t>Пункт 134. Правовой анализ</w:t>
      </w:r>
    </w:p>
    <w:p>
      <w:pPr>
        <w:spacing w:after="120" w:before="160"/>
        <w:ind w:firstLine="720"/>
        <w:jc w:val="both"/>
      </w:pPr>
      <w:r>
        <w:rPr>
          <w:rFonts w:ascii="Times New Roman" w:hAnsi="Times New Roman" w:eastAsia="Times New Roman" w:cs="Times New Roman"/>
          <w:b/>
          <w:i w:val="0"/>
          <w:sz w:val="22"/>
        </w:rPr>
        <w:t xml:space="preserve">134. </w:t>
      </w:r>
      <w:r>
        <w:rPr>
          <w:rFonts w:ascii="Times New Roman" w:hAnsi="Times New Roman" w:eastAsia="Times New Roman" w:cs="Times New Roman"/>
          <w:b w:val="0"/>
          <w:i w:val="0"/>
          <w:sz w:val="22"/>
        </w:rPr>
        <w:t>Н.1, 14 ноября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14/70 от 14 ноября 2014 года о передаче денежных средств в размере 100 000 рублей сроком на шесть месяцев, в соответствии с которым, от имени ООО «Финанс Групп+» Н.1 гарантировалась ежемесячная выплата процентов за пользование займом в размере 120% годовых от суммы полученного займа. После чего, Н.1 передал одному из менеджеров ООО «Финанс Групп+» денежные средства в сумме 100 000 рублей в соответствии с заключенным договором процентного займа. Своими преступными действиями ФИО1 и ФИО2 похитили у Н.1 денежные средства в сумме 100 000 рублей.</w:t>
      </w:r>
    </w:p>
    <w:p>
      <w:pPr>
        <w:pStyle w:val="Heading3"/>
      </w:pPr>
      <w:r>
        <w:rPr>
          <w:rFonts w:ascii="Times New Roman" w:hAnsi="Times New Roman" w:eastAsia="Times New Roman" w:cs="Times New Roman"/>
          <w:b/>
          <w:i w:val="0"/>
          <w:sz w:val="22"/>
        </w:rPr>
        <w:t>Пункт 135. Правовой анализ</w:t>
      </w:r>
    </w:p>
    <w:p>
      <w:pPr>
        <w:spacing w:after="120" w:before="160"/>
        <w:ind w:firstLine="720"/>
        <w:jc w:val="both"/>
      </w:pPr>
      <w:r>
        <w:rPr>
          <w:rFonts w:ascii="Times New Roman" w:hAnsi="Times New Roman" w:eastAsia="Times New Roman" w:cs="Times New Roman"/>
          <w:b/>
          <w:i w:val="0"/>
          <w:sz w:val="22"/>
        </w:rPr>
        <w:t xml:space="preserve">135. </w:t>
      </w:r>
      <w:r>
        <w:rPr>
          <w:rFonts w:ascii="Times New Roman" w:hAnsi="Times New Roman" w:eastAsia="Times New Roman" w:cs="Times New Roman"/>
          <w:b w:val="0"/>
          <w:i w:val="0"/>
          <w:sz w:val="22"/>
        </w:rPr>
        <w:t>Н.2, 15 ноября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14/73 от 15 ноября 2014 года о передаче денежных средств в размере 100 000 рублей сроком на шесть месяцев, в соответствии с которым, от имени ООО «Финанс Групп+» Н.2 гарантировалась ежемесячная выплата процентов за пользование займом в размере 120% годовых от суммы полученного займа. После чего, Н.2 передала менеджеру ООО «Финанс Групп+» Б.4 денежные средства в сумме 100 000 рублей в соответствии с заключенным договором процентного займа. Своими преступными действиями ФИО1 и ФИО2 похитили у Н.2 денежные средства в сумме 100 000 рублей.</w:t>
      </w:r>
    </w:p>
    <w:p>
      <w:pPr>
        <w:pStyle w:val="Heading3"/>
      </w:pPr>
      <w:r>
        <w:rPr>
          <w:rFonts w:ascii="Times New Roman" w:hAnsi="Times New Roman" w:eastAsia="Times New Roman" w:cs="Times New Roman"/>
          <w:b/>
          <w:i w:val="0"/>
          <w:sz w:val="22"/>
        </w:rPr>
        <w:t>Пункт 136. Правовой анализ</w:t>
      </w:r>
    </w:p>
    <w:p>
      <w:pPr>
        <w:spacing w:after="120" w:before="160"/>
        <w:ind w:firstLine="720"/>
        <w:jc w:val="both"/>
      </w:pPr>
      <w:r>
        <w:rPr>
          <w:rFonts w:ascii="Times New Roman" w:hAnsi="Times New Roman" w:eastAsia="Times New Roman" w:cs="Times New Roman"/>
          <w:b/>
          <w:i w:val="0"/>
          <w:sz w:val="22"/>
        </w:rPr>
        <w:t xml:space="preserve">136. </w:t>
      </w:r>
      <w:r>
        <w:rPr>
          <w:rFonts w:ascii="Times New Roman" w:hAnsi="Times New Roman" w:eastAsia="Times New Roman" w:cs="Times New Roman"/>
          <w:b w:val="0"/>
          <w:i w:val="0"/>
          <w:sz w:val="22"/>
        </w:rPr>
        <w:t>Н.4, заблуждаясь относительно действительных намерений финансового менеджера ФИО1, директора ООО «Финанс Групп+» ФИО2, 17 ноября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14/74 от 17 ноября 2014 года о передаче денежных средств в размере 500 000 рублей сроком на шесть месяцев, в соответствии с которым, от имени ООО «Финанс Групп+» Н.4 гарантировалась ежемесячная выплата процентов за пользование займом в размере 120% годовых от суммы полученного займа. После чего, Н.4 передал одному из менеджеров ООО «Финанс Групп+» денежные средства в сумме 500 000 рублей в соответствии с заключенным договором процентного займа. Своими преступными действиями ФИО1 и ФИО2, похитили у Н.4 денежные средства в сумме 500 000 рублей.</w:t>
      </w:r>
    </w:p>
    <w:p>
      <w:pPr>
        <w:pStyle w:val="Heading3"/>
      </w:pPr>
      <w:r>
        <w:rPr>
          <w:rFonts w:ascii="Times New Roman" w:hAnsi="Times New Roman" w:eastAsia="Times New Roman" w:cs="Times New Roman"/>
          <w:b/>
          <w:i w:val="0"/>
          <w:sz w:val="22"/>
        </w:rPr>
        <w:t>Пункт 137. Правовой анализ</w:t>
      </w:r>
    </w:p>
    <w:p>
      <w:pPr>
        <w:spacing w:after="120" w:before="160"/>
        <w:ind w:firstLine="720"/>
        <w:jc w:val="both"/>
      </w:pPr>
      <w:r>
        <w:rPr>
          <w:rFonts w:ascii="Times New Roman" w:hAnsi="Times New Roman" w:eastAsia="Times New Roman" w:cs="Times New Roman"/>
          <w:b/>
          <w:i w:val="0"/>
          <w:sz w:val="22"/>
        </w:rPr>
        <w:t xml:space="preserve">137. </w:t>
      </w:r>
      <w:r>
        <w:rPr>
          <w:rFonts w:ascii="Times New Roman" w:hAnsi="Times New Roman" w:eastAsia="Times New Roman" w:cs="Times New Roman"/>
          <w:b w:val="0"/>
          <w:i w:val="0"/>
          <w:sz w:val="22"/>
        </w:rPr>
        <w:t>Н.5, 20 ноября 2014 года, в дневное время, находясь по адресу: город Казань, Советский район, проспект Победы, дом 156/26, заключила с ООО «Финанс Групп+» в лице директора ФИО2, договор процентного займа № 14/79 от 20 ноября 2014 года о передаче денежных средств в размере 30 000 рублей сроком на четыре месяца, в соответствии с которым, от имени ООО «Финанс Групп+» Н.5 гарантировалась ежемесячная выплата процентов за пользование займом в размере 120% годовых от суммы полученного займа. После чего, Н.5 передала одному из менеджеров ООО «Финанс Групп+» денежные средства в сумме 30 000 рублей в соответствии с заключенным договором процентного займа. Своими преступными действиями ФИО1 и ФИО2 похитили у Н.5 денежные средства в сумме 30 000 рублей.</w:t>
      </w:r>
    </w:p>
    <w:p>
      <w:pPr>
        <w:pStyle w:val="Heading3"/>
      </w:pPr>
      <w:r>
        <w:rPr>
          <w:rFonts w:ascii="Times New Roman" w:hAnsi="Times New Roman" w:eastAsia="Times New Roman" w:cs="Times New Roman"/>
          <w:b/>
          <w:i w:val="0"/>
          <w:sz w:val="22"/>
        </w:rPr>
        <w:t>Пункт 138. Правовой анализ</w:t>
      </w:r>
    </w:p>
    <w:p>
      <w:pPr>
        <w:spacing w:after="120" w:before="160"/>
        <w:ind w:firstLine="720"/>
        <w:jc w:val="both"/>
      </w:pPr>
      <w:r>
        <w:rPr>
          <w:rFonts w:ascii="Times New Roman" w:hAnsi="Times New Roman" w:eastAsia="Times New Roman" w:cs="Times New Roman"/>
          <w:b/>
          <w:i w:val="0"/>
          <w:sz w:val="22"/>
        </w:rPr>
        <w:t xml:space="preserve">138. </w:t>
      </w:r>
      <w:r>
        <w:rPr>
          <w:rFonts w:ascii="Times New Roman" w:hAnsi="Times New Roman" w:eastAsia="Times New Roman" w:cs="Times New Roman"/>
          <w:b w:val="0"/>
          <w:i w:val="0"/>
          <w:sz w:val="22"/>
        </w:rPr>
        <w:t>Н.6, 21 ноября 2014 года, в дневное время, находясь по адресу: город Казань, Советский район, проспект Победы, дом 156/26, заключил с ООО «Финанс Групп+» в лице директора ФИО2, договор процентного займа № 14/82 от 21 ноября 2014 года о передаче денежных средств в размере 297 500 рублей сроком на один год, в соответствии с которым, от имени ООО «Финанс Групп+» Н.6 гарантировалась ежемесячная выплата процентов за пользование займом в размере 156% годовых от суммы полученного займа. После чего, Н.6 передал ФИО1 денежные средства в сумме 297 500 рублей в соответствии с заключенным договором процентного займа. Своими преступными действиями ФИО1 и ФИО2 похитили у Н.6 денежные средства в сумме 297 500 рублей.</w:t>
      </w:r>
    </w:p>
    <w:p>
      <w:pPr>
        <w:pStyle w:val="Heading3"/>
      </w:pPr>
      <w:r>
        <w:rPr>
          <w:rFonts w:ascii="Times New Roman" w:hAnsi="Times New Roman" w:eastAsia="Times New Roman" w:cs="Times New Roman"/>
          <w:b/>
          <w:i w:val="0"/>
          <w:sz w:val="22"/>
        </w:rPr>
        <w:t>Пункт 139. Правовой анализ</w:t>
      </w:r>
    </w:p>
    <w:p>
      <w:pPr>
        <w:spacing w:after="120" w:before="160"/>
        <w:ind w:firstLine="720"/>
        <w:jc w:val="both"/>
      </w:pPr>
      <w:r>
        <w:rPr>
          <w:rFonts w:ascii="Times New Roman" w:hAnsi="Times New Roman" w:eastAsia="Times New Roman" w:cs="Times New Roman"/>
          <w:b/>
          <w:i w:val="0"/>
          <w:sz w:val="22"/>
        </w:rPr>
        <w:t xml:space="preserve">139. </w:t>
      </w:r>
      <w:r>
        <w:rPr>
          <w:rFonts w:ascii="Times New Roman" w:hAnsi="Times New Roman" w:eastAsia="Times New Roman" w:cs="Times New Roman"/>
          <w:b w:val="0"/>
          <w:i w:val="0"/>
          <w:sz w:val="22"/>
        </w:rPr>
        <w:t>П.8, 23 июля 2014 года, в дневное время, находясь по адресу: &lt;...&gt;, заключил с ООО «Финанс Групп+» в лице директора ФИО2, договор процентного займа № 1 от 23 июля 2014 года о передаче денежных средств в размере 75 000 рублей сроком на четыре месяца, в соответствии с которым, от имени ООО «Финанс Групп+» П.8 гарантировалась ежемесячная выплата процентов за пользование займом в размере 120% годовых от суммы полученного займа. После чего, П.8 передал кассиру ООО «Финанс Групп+» Б.11 денежные средства в сумме 75 000 рублей в соответствии с заключенным договором процентного займа. Своими преступными действиями ФИО1 и ФИО2 похитили у П.8 денежные средства в сумме 75 000 рублей.</w:t>
      </w:r>
    </w:p>
    <w:p>
      <w:pPr>
        <w:pStyle w:val="Heading3"/>
      </w:pPr>
      <w:r>
        <w:rPr>
          <w:rFonts w:ascii="Times New Roman" w:hAnsi="Times New Roman" w:eastAsia="Times New Roman" w:cs="Times New Roman"/>
          <w:b/>
          <w:i w:val="0"/>
          <w:sz w:val="22"/>
        </w:rPr>
        <w:t>Пункт 140. Правовой анализ</w:t>
      </w:r>
    </w:p>
    <w:p>
      <w:pPr>
        <w:spacing w:after="120" w:before="160"/>
        <w:ind w:firstLine="720"/>
        <w:jc w:val="both"/>
      </w:pPr>
      <w:r>
        <w:rPr>
          <w:rFonts w:ascii="Times New Roman" w:hAnsi="Times New Roman" w:eastAsia="Times New Roman" w:cs="Times New Roman"/>
          <w:b/>
          <w:i w:val="0"/>
          <w:sz w:val="22"/>
        </w:rPr>
        <w:t xml:space="preserve">140. </w:t>
      </w:r>
      <w:r>
        <w:rPr>
          <w:rFonts w:ascii="Times New Roman" w:hAnsi="Times New Roman" w:eastAsia="Times New Roman" w:cs="Times New Roman"/>
          <w:b w:val="0"/>
          <w:i w:val="0"/>
          <w:sz w:val="22"/>
        </w:rPr>
        <w:t>Н.9, 8 августа 2014 года, в дневное время, находясь по адресу: &lt;...&gt;, заключила с ООО «Финанс Групп+» в лице директора ФИО2, договор процентного займа № 7 от 8 августа 2014 года о передаче денежных средств в размере 50 000 рублей сроком на один год, в соответствии с которым, от имени ООО «Финанс Групп+» Н.9 гарантировалась ежемесячная выплата процентов за пользование займом в размере 144% годовых от суммы полученного займа. После чего, Н.9 передала кассиру ООО «Финанс Групп+» Б.11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Н.9 уверенности в сохранности внесенных ею денежных средств, сокрытия совершенного хищения, последней в период с 8 августа 2014 года по 21 ноября 2014 года были выплачены денежные средства в сумме 15 660 рублей под видом процентов по договору процентного займа. Своими преступными действиями ФИО1 и ФИО2 похитили у Н.9 денежные средства в сумме 34340 рублей.</w:t>
      </w:r>
    </w:p>
    <w:p>
      <w:pPr>
        <w:pStyle w:val="Heading3"/>
      </w:pPr>
      <w:r>
        <w:rPr>
          <w:rFonts w:ascii="Times New Roman" w:hAnsi="Times New Roman" w:eastAsia="Times New Roman" w:cs="Times New Roman"/>
          <w:b/>
          <w:i w:val="0"/>
          <w:sz w:val="22"/>
        </w:rPr>
        <w:t>Пункт 141. Правовой анализ</w:t>
      </w:r>
    </w:p>
    <w:p>
      <w:pPr>
        <w:spacing w:after="120" w:before="160"/>
        <w:ind w:firstLine="720"/>
        <w:jc w:val="both"/>
      </w:pPr>
      <w:r>
        <w:rPr>
          <w:rFonts w:ascii="Times New Roman" w:hAnsi="Times New Roman" w:eastAsia="Times New Roman" w:cs="Times New Roman"/>
          <w:b/>
          <w:i w:val="0"/>
          <w:sz w:val="22"/>
        </w:rPr>
        <w:t xml:space="preserve">141. </w:t>
      </w:r>
      <w:r>
        <w:rPr>
          <w:rFonts w:ascii="Times New Roman" w:hAnsi="Times New Roman" w:eastAsia="Times New Roman" w:cs="Times New Roman"/>
          <w:b w:val="0"/>
          <w:i w:val="0"/>
          <w:sz w:val="22"/>
        </w:rPr>
        <w:t>С.11, 13 августа 2014 года, в дневное время, находясь по адресу: &lt;...&gt;, заключил с ООО «Финанс Групп+» в лице директора ФИО2, договор процентного займа № 13 от 13 августа 2014 года о передаче денежных средств в размере 250 000 рублей сроком на шесть месяцев, в соответствии с которым, от имени ООО «Финанс Групп+» С.11 гарантировалась ежемесячная выплата процентов за пользование займом в размере 120% годовых от суммы полученного займа, а также оформил страховой полис № 03264/10-2014 ЗАО «Страховая Компания «Финрос» на период действия договора процентного займа. После чего, С.11 передал кассиру ООО «Финанс Групп+» Б.11 денежные средства в сумме 250 000 рублей в соответствии с заключенным договором процентного займа, денежные средства в сумме 3 000 рублей за страхование вклада, а всего на общую 253 000 рублей. После заключения договора процентного займа, с целью создания у С.11 уверенности в сохранности внесенных им денежных средств, сокрытия совершенного хищения, последнему в период с 13 августа 2014 года по 21 ноября 2014 года были выплачены денежные средства в сумме 43 500 рублей под видом процентов по договору процентного займа. Своими преступными действиями ФИО1 и ФИО2 похитили у С.11 денежные средства в сумме 209500 рублей.</w:t>
      </w:r>
    </w:p>
    <w:p>
      <w:pPr>
        <w:pStyle w:val="Heading3"/>
      </w:pPr>
      <w:r>
        <w:rPr>
          <w:rFonts w:ascii="Times New Roman" w:hAnsi="Times New Roman" w:eastAsia="Times New Roman" w:cs="Times New Roman"/>
          <w:b/>
          <w:i w:val="0"/>
          <w:sz w:val="22"/>
        </w:rPr>
        <w:t>Пункт 142. Правовой анализ</w:t>
      </w:r>
    </w:p>
    <w:p>
      <w:pPr>
        <w:spacing w:after="120" w:before="160"/>
        <w:ind w:firstLine="720"/>
        <w:jc w:val="both"/>
      </w:pPr>
      <w:r>
        <w:rPr>
          <w:rFonts w:ascii="Times New Roman" w:hAnsi="Times New Roman" w:eastAsia="Times New Roman" w:cs="Times New Roman"/>
          <w:b/>
          <w:i w:val="0"/>
          <w:sz w:val="22"/>
        </w:rPr>
        <w:t xml:space="preserve">142. </w:t>
      </w:r>
      <w:r>
        <w:rPr>
          <w:rFonts w:ascii="Times New Roman" w:hAnsi="Times New Roman" w:eastAsia="Times New Roman" w:cs="Times New Roman"/>
          <w:b w:val="0"/>
          <w:i w:val="0"/>
          <w:sz w:val="22"/>
        </w:rPr>
        <w:t>С.7, 15 августа 2014 года, в дневное время, находясь по адресу: &lt;...&gt;, заключил с ООО «Финанс Групп+» в лице директора ФИО2, договора процентного займа: № 14 от 15 августа 2014 года о передаче денежных средств в размере 200 000 рублей сроком на четыре месяца, в соответствии с которым, от имени ООО «Финанс Групп+» С.7 гарантировалась ежемесячная выплата процентов за пользование займом в размере 120% годовых от суммы полученного займа, № 15 от 15 августа 2014 года о передаче денежных средств в размере 200 000 рублей сроком на четыре месяца, в соответствии с которым, от имени ООО «Финанс Групп+» С.7 гарантировалась ежемесячная выплата процентов за пользование займом в размере 120% годовых от суммы полученного займа, № 16 от 15 августа 2014 года о передаче денежных средств в размере 30 000 рублей сроком на четыре месяца, в соответствии с которым, от имени ООО «Финанс Групп+» С.7 гарантировалась ежемесячная выплата процентов за пользование займом в размере 120% годовых от суммы полученного займа. После чего, С.7 передал кассиру ООО «Финанс Групп+» Б.12 денежные средства в сумме 430 000 рублей в соответствии с заключенными договорами процентного займа. Своими преступными действиями ФИО1 и ФИО2 похитили у С.7 денежные средства в сумме 430 000 рублей.</w:t>
      </w:r>
    </w:p>
    <w:p>
      <w:pPr>
        <w:pStyle w:val="Heading3"/>
      </w:pPr>
      <w:r>
        <w:rPr>
          <w:rFonts w:ascii="Times New Roman" w:hAnsi="Times New Roman" w:eastAsia="Times New Roman" w:cs="Times New Roman"/>
          <w:b/>
          <w:i w:val="0"/>
          <w:sz w:val="22"/>
        </w:rPr>
        <w:t>Пункт 143. Правовой анализ</w:t>
      </w:r>
    </w:p>
    <w:p>
      <w:pPr>
        <w:spacing w:after="120" w:before="160"/>
        <w:ind w:firstLine="720"/>
        <w:jc w:val="both"/>
      </w:pPr>
      <w:r>
        <w:rPr>
          <w:rFonts w:ascii="Times New Roman" w:hAnsi="Times New Roman" w:eastAsia="Times New Roman" w:cs="Times New Roman"/>
          <w:b/>
          <w:i w:val="0"/>
          <w:sz w:val="22"/>
        </w:rPr>
        <w:t xml:space="preserve">143. </w:t>
      </w:r>
      <w:r>
        <w:rPr>
          <w:rFonts w:ascii="Times New Roman" w:hAnsi="Times New Roman" w:eastAsia="Times New Roman" w:cs="Times New Roman"/>
          <w:b w:val="0"/>
          <w:i w:val="0"/>
          <w:sz w:val="22"/>
        </w:rPr>
        <w:t>С.4, 18 августа 2014 года, в дневное время, находясь по адресу: &lt;...&gt;, заключила с ООО «Финанс Групп+» в лице директора ФИО2, договор процентного займа № 23 от 18 августа 2014 года о передаче денежных средств в размере 100 000 рублей сроком на один год, в соответствии с которым, от имени ООО «Финанс Групп+» С.4 гарантировалась ежемесячная выплата процентов за пользование займом в размере 144% годовых от суммы полученного займа. После чего, С.4 передала кассиру ООО «Финанс Групп+» Б.12 денежные средства в сумме 100 000 рублей в соответствии с заключенным договором процентного займа. Далее, С.4, 18 сентября 2014 года находясь в дополнительном офисе ООО «Финанс Групп+», расположенном по адресу: &lt;...&gt;, оформила страховой полис № 03271/10-2014 ЗАО «Страховая Компания «Финрос» на период действия договора процентного займа № 23 от 18 августа 2014 года, после чего передала менеджеру ООО «Финанс Групп+», денежные средства в сумме 2 000 рублей за страхование вклада. Кроме того, С.4, будучи убежденной в надежности деятельности ООО «Финанс Групп+», 18 октября 2014 года, в дневное время, находясь по адресу: &lt;...&gt;, заключила с ООО «Финанс Групп+» в лице директора ФИО2, договор процентного займа № 106 от 18 октября 2014 года о передаче денежных средств в размере 100 000 рублей сроком на шесть месяцев, в соответствии с которым, от имени ООО «Финанс Групп+» С.4 гарантировалась ежемесячная выплата процентов за пользование займом в размере 120% годовых от суммы полученного займа. После чего, С.4 передала кассиру ООО «Финанс Групп+» Б.13 денежные средства в сумме 100 000 рублей в соответствии с заключенным договором процентного займа № 106 от 18 октября 2014 года. После заключения договора процентного займа, с целью создания у С.4 уверенности в сохранности внесенных ею денежных средств, сокрытия совершенного хищения, последней в период с 18 августа 2014 года по 21 ноября 2014 года были выплачены денежные средства в сумме 40 020 рублей под видом процентов по договорам процентного займа. Своими преступными действиями ФИО1 и ФИО2 похитили у С.4 денежные средства в сумме 161980 рублей.</w:t>
      </w:r>
    </w:p>
    <w:p>
      <w:pPr>
        <w:pStyle w:val="Heading3"/>
      </w:pPr>
      <w:r>
        <w:rPr>
          <w:rFonts w:ascii="Times New Roman" w:hAnsi="Times New Roman" w:eastAsia="Times New Roman" w:cs="Times New Roman"/>
          <w:b/>
          <w:i w:val="0"/>
          <w:sz w:val="22"/>
        </w:rPr>
        <w:t>Пункт 144. Правовой анализ</w:t>
      </w:r>
    </w:p>
    <w:p>
      <w:pPr>
        <w:spacing w:after="120" w:before="160"/>
        <w:ind w:firstLine="720"/>
        <w:jc w:val="both"/>
      </w:pPr>
      <w:r>
        <w:rPr>
          <w:rFonts w:ascii="Times New Roman" w:hAnsi="Times New Roman" w:eastAsia="Times New Roman" w:cs="Times New Roman"/>
          <w:b/>
          <w:i w:val="0"/>
          <w:sz w:val="22"/>
        </w:rPr>
        <w:t xml:space="preserve">144. </w:t>
      </w:r>
      <w:r>
        <w:rPr>
          <w:rFonts w:ascii="Times New Roman" w:hAnsi="Times New Roman" w:eastAsia="Times New Roman" w:cs="Times New Roman"/>
          <w:b w:val="0"/>
          <w:i w:val="0"/>
          <w:sz w:val="22"/>
        </w:rPr>
        <w:t>П.12, 22 августа 2014 года, в дневное время, находясь по адресу: &lt;...&gt;, заключила с ООО «Финанс Групп+» в лице директора ФИО2, договор процентного займа № 29 от 22 августа 2014 года о передаче денежных средств в размере 200 000 рублей сроком на четыре месяца, в соответствии с которым, от имени ООО «Финанс Групп+» П.12 гарантировалась ежемесячная выплата процентов за пользование займом в размере 120% годовых от суммы полученного займа. После чего, П.12 передала кассиру ООО «Финанс Групп+» Б.12 денежные средства в сумме 200 000 рублей в соответствии с заключенным договором процентного займа. Своими преступными действиями ФИО1 и ФИО2 похитили у П.12 денежные средства в сумме 200 000 рублей.</w:t>
      </w:r>
    </w:p>
    <w:p>
      <w:pPr>
        <w:pStyle w:val="Heading3"/>
      </w:pPr>
      <w:r>
        <w:rPr>
          <w:rFonts w:ascii="Times New Roman" w:hAnsi="Times New Roman" w:eastAsia="Times New Roman" w:cs="Times New Roman"/>
          <w:b/>
          <w:i w:val="0"/>
          <w:sz w:val="22"/>
        </w:rPr>
        <w:t>Пункт 145. Правовой анализ</w:t>
      </w:r>
    </w:p>
    <w:p>
      <w:pPr>
        <w:spacing w:after="120" w:before="160"/>
        <w:ind w:firstLine="720"/>
        <w:jc w:val="both"/>
      </w:pPr>
      <w:r>
        <w:rPr>
          <w:rFonts w:ascii="Times New Roman" w:hAnsi="Times New Roman" w:eastAsia="Times New Roman" w:cs="Times New Roman"/>
          <w:b/>
          <w:i w:val="0"/>
          <w:sz w:val="22"/>
        </w:rPr>
        <w:t xml:space="preserve">145. </w:t>
      </w:r>
      <w:r>
        <w:rPr>
          <w:rFonts w:ascii="Times New Roman" w:hAnsi="Times New Roman" w:eastAsia="Times New Roman" w:cs="Times New Roman"/>
          <w:b w:val="0"/>
          <w:i w:val="0"/>
          <w:sz w:val="22"/>
        </w:rPr>
        <w:t>С.9, 22 августа 2014 года, в дневное время, находясь по адресу: &lt;...&gt;, заключила с ООО «Финанс Групп+» в лице директора ФИО2, договор процентного займа № 30 от 22 августа 2014 года о передаче денежных средств в размере 200 000 рублей сроком на один год, в соответствии с которым, от имени ООО «Финанс Групп+» С.9 гарантировалась ежемесячная выплата процентов за пользование займом в размере 168% годовых от суммы полученного займа, а также оформила страховой полис № 03263/10-2014 ЗАО «Страховая Компания «Финрос» на период действия договора процентного займа. После чего, С.9 передала кассиру ООО «Финанс Групп+» Б.12 денежные средства в сумме 200 000 рублей в соответствии с заключенным договором процентного займа, денежные средства в сумме 4 000 рублей за страхование вкладов, а всего на общую сумму 204 000 рублей. Кроме того, С.9, будучи убежденной в надежности деятельности ООО «Финанс Групп+», 22 октября 2014 года, в дневное время, находясь по адресу: &lt;...&gt;, заключила с ООО «Финанс Групп+» в лице директора ФИО2, договор процентного займа № 116 от 22 октября 2014 года о передаче денежных средств в размере 70 000 рублей сроком на два месяца, в соответствии с которым, от имени ООО «Финанс Групп+» С.9 гарантировалась ежемесячная выплата процентов за пользование займом в размере 96% годовых от суммы полученного займа. После чего, С.9 передала кассиру ООО «Финанс Групп+» Б.13 денежные средства в сумме 70 000 рублей в соответствии с заключенным договором процентного займа. Далее, С.9, 23 октября 2014 года находясь в дополнительном офисе ООО «Финанс Групп+», расположенном по адресу: &lt;...&gt;, оформила страховой полис № 03093/10-2014 ЗАО «Страховая Компания «Финрос» на период действия договора процентного займа № 116 от 22 октября 2014 года, после чего, передала менеджеру ООО «Финанс Групп+» денежные средства в сумме 1 400 рублей за страхование вклада. После заключения договора процентного займа, с целью создания у С.9 уверенности в сохранности внесенных ею денежных средств, сокрытия совершенного хищения, последней в период с 22 августа 2014 года по 21 ноября 2014 года были выплачены денежные средства в сумме 48 720 рублей под видом процентов по договорам процентного займа. Своими преступными действиями ФИО1 и ФИО2 похитили у С.9 денежные средства в сумме 226680 рублей.</w:t>
      </w:r>
    </w:p>
    <w:p>
      <w:pPr>
        <w:pStyle w:val="Heading3"/>
      </w:pPr>
      <w:r>
        <w:rPr>
          <w:rFonts w:ascii="Times New Roman" w:hAnsi="Times New Roman" w:eastAsia="Times New Roman" w:cs="Times New Roman"/>
          <w:b/>
          <w:i w:val="0"/>
          <w:sz w:val="22"/>
        </w:rPr>
        <w:t>Пункт 146. Правовой анализ</w:t>
      </w:r>
    </w:p>
    <w:p>
      <w:pPr>
        <w:spacing w:after="120" w:before="160"/>
        <w:ind w:firstLine="720"/>
        <w:jc w:val="both"/>
      </w:pPr>
      <w:r>
        <w:rPr>
          <w:rFonts w:ascii="Times New Roman" w:hAnsi="Times New Roman" w:eastAsia="Times New Roman" w:cs="Times New Roman"/>
          <w:b/>
          <w:i w:val="0"/>
          <w:sz w:val="22"/>
        </w:rPr>
        <w:t xml:space="preserve">146. </w:t>
      </w:r>
      <w:r>
        <w:rPr>
          <w:rFonts w:ascii="Times New Roman" w:hAnsi="Times New Roman" w:eastAsia="Times New Roman" w:cs="Times New Roman"/>
          <w:b w:val="0"/>
          <w:i w:val="0"/>
          <w:sz w:val="22"/>
        </w:rPr>
        <w:t>С.14, 25 августа 2014 года, в дневное время, находясь по адресу: &lt;...&gt;, заключил с ООО «Финанс Групп+» в лице директора ФИО2, договора процентного займа № 33 от 25 августа 2014 года о передаче денежных средств в размере 600 000 рублей сроком на один год, в соответствии с которым, от имени ООО «Финанс Групп+» С.14 гарантировалась ежемесячная выплата процентов за пользование займом в размере 168% годовых от суммы полученного займа. После чего, С.14 передал кассиру ООО «Финанс Групп+» Б.11 денежные средства в сумме 600 000 рублей в соответствии с заключенным договором процентного займа. После заключения договора процентного займа, с целью создания у С.14 уверенности в сохранности внесенных им денежных средств, сокрытия совершенного хищения, последнему в период с 25 августа 2014 года по 21 ноября 2014 года были выплачены денежные средства в сумме 146 160 рублей под видом процентов по договору процентного займа. Своими преступными действиями ФИО1 и ФИО2 похитили у С.14 денежные средства в сумме 453840 рублей.</w:t>
      </w:r>
    </w:p>
    <w:p>
      <w:pPr>
        <w:pStyle w:val="Heading3"/>
      </w:pPr>
      <w:r>
        <w:rPr>
          <w:rFonts w:ascii="Times New Roman" w:hAnsi="Times New Roman" w:eastAsia="Times New Roman" w:cs="Times New Roman"/>
          <w:b/>
          <w:i w:val="0"/>
          <w:sz w:val="22"/>
        </w:rPr>
        <w:t>Пункт 147. Правовой анализ</w:t>
      </w:r>
    </w:p>
    <w:p>
      <w:pPr>
        <w:spacing w:after="120" w:before="160"/>
        <w:ind w:firstLine="720"/>
        <w:jc w:val="both"/>
      </w:pPr>
      <w:r>
        <w:rPr>
          <w:rFonts w:ascii="Times New Roman" w:hAnsi="Times New Roman" w:eastAsia="Times New Roman" w:cs="Times New Roman"/>
          <w:b/>
          <w:i w:val="0"/>
          <w:sz w:val="22"/>
        </w:rPr>
        <w:t xml:space="preserve">147. </w:t>
      </w:r>
      <w:r>
        <w:rPr>
          <w:rFonts w:ascii="Times New Roman" w:hAnsi="Times New Roman" w:eastAsia="Times New Roman" w:cs="Times New Roman"/>
          <w:b w:val="0"/>
          <w:i w:val="0"/>
          <w:sz w:val="22"/>
        </w:rPr>
        <w:t>О.10, 27 августа 2014 года, в дневное время, находясь по адресу: &lt;...&gt;, заключил с ООО «Финанс Групп+» в лице директора ФИО2, договор процентного займа № 37 от 27 августа 2014 года о передаче денежных средств в размере 300 000 рублей сроком на один год, в соответствии с которым, от имени ООО «Финанс Групп+» О.10 гарантировалась ежемесячная выплата процентов за пользование займом в размере 168% годовых от суммы полученного займа. После чего, О.10 передал кассиру ООО «Финанс Групп+» Б.12 денежные средства в сумме 300 000 рублей в соответствии с заключенным договором процентного займа. Кроме того, О.10, будучи убежденным в надежности деятельности ООО «Финанс Групп+», 15 октября 2014 года, в дневное время, находясь по адресу: &lt;...&gt;, заключил с ООО «Финанс Групп+» в лице директора ФИО2, договор процентного займа № 99 от 15 октября 2014 года о передаче денежных средств в размере 300 000 рублей сроком на один год, в соответствии с которым, от имени ООО «Финанс Групп+» О.10 гарантировалась ежемесячная выплата процентов за пользование займом в размере 168% годовых от суммы полученного займа, а также оформил страховой полис № 03079/10-2014 ЗАО «Страховая Компания «Финрос» на период действия договора процентного займа. После чего, О.10 передал кассиру ООО «Финанс Групп+» Б.13 денежные средства в сумме 300 000 рублей в соответствии с заключенным договором процентного займа, денежные средства в сумме 2 400 рублей за страхование вкладов, а всего на общую 302 400 рублей. После заключения договора процентного займа, с целью создания у О.10 уверенности в сохранности внесенных им денежных средств, сокрытия совершенного хищения, последнему в период с 27 августа 2014 года по 21 ноября 2014 года были выплачены денежные средства в сумме 73 080 рублей под видом процентов по договорам процентного займа. Своими преступными действиями ФИО1 и ФИО2 похитили у О.10 денежные средства в сумме 529320 рублей.</w:t>
      </w:r>
    </w:p>
    <w:p>
      <w:pPr>
        <w:pStyle w:val="Heading3"/>
      </w:pPr>
      <w:r>
        <w:rPr>
          <w:rFonts w:ascii="Times New Roman" w:hAnsi="Times New Roman" w:eastAsia="Times New Roman" w:cs="Times New Roman"/>
          <w:b/>
          <w:i w:val="0"/>
          <w:sz w:val="22"/>
        </w:rPr>
        <w:t>Пункт 148. Правовой анализ</w:t>
      </w:r>
    </w:p>
    <w:p>
      <w:pPr>
        <w:spacing w:after="120" w:before="160"/>
        <w:ind w:firstLine="720"/>
        <w:jc w:val="both"/>
      </w:pPr>
      <w:r>
        <w:rPr>
          <w:rFonts w:ascii="Times New Roman" w:hAnsi="Times New Roman" w:eastAsia="Times New Roman" w:cs="Times New Roman"/>
          <w:b/>
          <w:i w:val="0"/>
          <w:sz w:val="22"/>
        </w:rPr>
        <w:t xml:space="preserve">148. </w:t>
      </w:r>
      <w:r>
        <w:rPr>
          <w:rFonts w:ascii="Times New Roman" w:hAnsi="Times New Roman" w:eastAsia="Times New Roman" w:cs="Times New Roman"/>
          <w:b w:val="0"/>
          <w:i w:val="0"/>
          <w:sz w:val="22"/>
        </w:rPr>
        <w:t>О.4, 27 августа 2014 года, в дневное время, находясь по адресу: &lt;...&gt;, заключила с ООО «Финанс Групп+» в лице директора ФИО2, договор процентного займа № 38 от 27 августа 2014 года о передаче денежных средств в размере 250 000 рублей сроком на один год, в соответствии с которым, от имени ООО «Финанс Групп+» О.4 гарантировалась ежемесячная выплата процентов за пользование займом в размере 168% годовых от суммы полученного займа. После чего, О.4 передала кассиру ООО «Финанс Групп+» Б.12 денежные средства в сумме 250 000 рублей в соответствии с заключенным договором процентного займа. Кроме того, О.4, будучи убежденной в надежности деятельности ООО «Финанс Групп+», 15 октября 2014 года, в дневное время, находясь по адресу: &lt;...&gt;, заключила с ООО «Финанс Групп+» в лице директора ФИО2, договор процентного займа № 98 от 15 октября 2014 года о передаче денежных средств в размере 550 000 рублей сроком на один год, в соответствии с которым, от имени ООО «Финанс Групп+» О.4 гарантировалась ежемесячная выплата процентов за пользование займом в размере 168% годовых от суммы полученного займа, а также оформила страховой полис № 03077/10-2014 ЗАО «Страховая Компания «Финрос» на период действия договора процентного займа. После чего, О.4 передала кассиру ООО «Финанс Групп+» Б.13 денежные средства в сумме 550 000 рублей в соответствии с заключенным договором процентного займа, денежные средства в сумме 6 600 рублей за страхование вкладов, а всего на общую 556 600 рублей. После заключения договора процентного займа, с целью создания у О.4 уверенности в сохранности внесенных ею денежных средств, сокрытия совершенного хищения, последней в период с 27 августа 2014 года по 21 ноября 2014 года были выплачены денежные средства в сумме 30 450 рублей под видом процентов по договорам процентного займа. Своими преступными действиями ФИО1 и ФИО2 похитили у О.4 денежные средства в сумме 776150 рублей.</w:t>
      </w:r>
    </w:p>
    <w:p>
      <w:pPr>
        <w:pStyle w:val="Heading3"/>
      </w:pPr>
      <w:r>
        <w:rPr>
          <w:rFonts w:ascii="Times New Roman" w:hAnsi="Times New Roman" w:eastAsia="Times New Roman" w:cs="Times New Roman"/>
          <w:b/>
          <w:i w:val="0"/>
          <w:sz w:val="22"/>
        </w:rPr>
        <w:t>Пункт 149. Правовой анализ</w:t>
      </w:r>
    </w:p>
    <w:p>
      <w:pPr>
        <w:spacing w:after="120" w:before="160"/>
        <w:ind w:firstLine="720"/>
        <w:jc w:val="both"/>
      </w:pPr>
      <w:r>
        <w:rPr>
          <w:rFonts w:ascii="Times New Roman" w:hAnsi="Times New Roman" w:eastAsia="Times New Roman" w:cs="Times New Roman"/>
          <w:b/>
          <w:i w:val="0"/>
          <w:sz w:val="22"/>
        </w:rPr>
        <w:t xml:space="preserve">149. </w:t>
      </w:r>
      <w:r>
        <w:rPr>
          <w:rFonts w:ascii="Times New Roman" w:hAnsi="Times New Roman" w:eastAsia="Times New Roman" w:cs="Times New Roman"/>
          <w:b w:val="0"/>
          <w:i w:val="0"/>
          <w:sz w:val="22"/>
        </w:rPr>
        <w:t>О.6, 29 августа 2014 года, в дневное время, находясь по адресу: &lt;...&gt;, заключил с ООО «Финанс Групп+» в лице директора ФИО2, договор процентного займа № 40 от 29 августа 2014 года о передаче денежных средств в размере 300 000 рублей сроком на один год, в соответствии с которым, от имени ООО «Финанс Групп+» О.6 гарантировалась ежемесячная выплата процентов за пользование займом в размере 168% годовых от суммы полученного займа. После чего, О.6 передал кассиру ООО «Финанс Групп+» Б.11 денежные средства в сумме 300 000 рублей в соответствии с заключенным договором процентного займа. После заключения договора процентного займа, с целью создания у О.6 уверенности в сохранности внесенных им денежных средств, сокрытия совершенного хищения, последнему в период с 29 августа 2014 года по 21 ноября 2014 года были выплачены денежные средства в сумме 73 080 рублей под видом процентов по договору процентного займа. Своими преступными действиями ФИО1 и ФИО2 похитили у О.6 денежные средства в сумме 226920 рублей.</w:t>
      </w:r>
    </w:p>
    <w:p>
      <w:pPr>
        <w:pStyle w:val="Heading3"/>
      </w:pPr>
      <w:r>
        <w:rPr>
          <w:rFonts w:ascii="Times New Roman" w:hAnsi="Times New Roman" w:eastAsia="Times New Roman" w:cs="Times New Roman"/>
          <w:b/>
          <w:i w:val="0"/>
          <w:sz w:val="22"/>
        </w:rPr>
        <w:t>Пункт 150. Правовой анализ</w:t>
      </w:r>
    </w:p>
    <w:p>
      <w:pPr>
        <w:spacing w:after="120" w:before="160"/>
        <w:ind w:firstLine="720"/>
        <w:jc w:val="both"/>
      </w:pPr>
      <w:r>
        <w:rPr>
          <w:rFonts w:ascii="Times New Roman" w:hAnsi="Times New Roman" w:eastAsia="Times New Roman" w:cs="Times New Roman"/>
          <w:b/>
          <w:i w:val="0"/>
          <w:sz w:val="22"/>
        </w:rPr>
        <w:t xml:space="preserve">150. </w:t>
      </w:r>
      <w:r>
        <w:rPr>
          <w:rFonts w:ascii="Times New Roman" w:hAnsi="Times New Roman" w:eastAsia="Times New Roman" w:cs="Times New Roman"/>
          <w:b w:val="0"/>
          <w:i w:val="0"/>
          <w:sz w:val="22"/>
        </w:rPr>
        <w:t>П.4, 30 августа 2014 года, в дневное время, находясь по адресу: &lt;...&gt;, заключила с ООО «Финанс Групп+» в лице директора ФИО2, договора процентного займа: № 43 от 30 августа 2014 года о передаче денежных средств в размере 600 000 рублей сроком на один год, в соответствии с которым, от имени ООО «Финанс Групп+» П.4 гарантировалась ежемесячная выплата процентов за пользование займом в размере 168% годовых от суммы полученного займа, № 44 от 30 августа 2014 года о передаче денежных средств в размере 50 000 рублей сроком на четыре месяца, в соответствии с которым, от имени ООО «Финанс Групп+» П.4 гарантировалась ежемесячная выплата процентов за пользование займом в размере 120% годовых от суммы полученного займа. После чего, П.4 передала кассиру ООО «Финанс Групп+» Б.12 денежные средства в сумме 650 000 рублей в соответствии с заключенными договорами процентного займа. После заключения договора процентного займа, с целью создания у П.4 уверенности в сохранности внесенных ею денежных средств, сокрытия совершенного хищения, последней в период с 30 августа 2014 года по 21 ноября 2014 года были выплачены денежные средства в сумме 146 160 рублей под видом процентов по договорам процентного займа. Своими преступными действиями ФИО1 и ФИО2 похитили у П.4 денежные средства в сумме 503840 рублей.</w:t>
      </w:r>
    </w:p>
    <w:p>
      <w:pPr>
        <w:pStyle w:val="Heading3"/>
      </w:pPr>
      <w:r>
        <w:rPr>
          <w:rFonts w:ascii="Times New Roman" w:hAnsi="Times New Roman" w:eastAsia="Times New Roman" w:cs="Times New Roman"/>
          <w:b/>
          <w:i w:val="0"/>
          <w:sz w:val="22"/>
        </w:rPr>
        <w:t>Пункт 151. Правовой анализ</w:t>
      </w:r>
    </w:p>
    <w:p>
      <w:pPr>
        <w:spacing w:after="120" w:before="160"/>
        <w:ind w:firstLine="720"/>
        <w:jc w:val="both"/>
      </w:pPr>
      <w:r>
        <w:rPr>
          <w:rFonts w:ascii="Times New Roman" w:hAnsi="Times New Roman" w:eastAsia="Times New Roman" w:cs="Times New Roman"/>
          <w:b/>
          <w:i w:val="0"/>
          <w:sz w:val="22"/>
        </w:rPr>
        <w:t xml:space="preserve">151. </w:t>
      </w:r>
      <w:r>
        <w:rPr>
          <w:rFonts w:ascii="Times New Roman" w:hAnsi="Times New Roman" w:eastAsia="Times New Roman" w:cs="Times New Roman"/>
          <w:b w:val="0"/>
          <w:i w:val="0"/>
          <w:sz w:val="22"/>
        </w:rPr>
        <w:t>С.3, 31 августа 2014 года, в дневное время, находясь по адресу: &lt;...&gt;, заключил с ООО «Финанс Групп+» в лице директора ФИО2, договор процентного займа № 48 от 31 августа 2014 года о передаче денежных средств в размере 200 000 рублей сроком на один год, в соответствии с которым, от имени ООО «Финанс Групп+» С.3 гарантировалась ежемесячная выплата процентов за пользование займом в размере 168% годовых от суммы полученного займа. После чего, С.3 передал кассиру ООО «Финанс Групп+» Б.12 денежные средства в сумме 200 000 рублей в соответствии с заключенным договором процентного займа. После заключения договора процентного займа, с целью создания у С.3 уверенности в сохранности внесенных им денежных средств, сокрытия совершенного хищения, последней в период с 31 августа 2014 года по 21 ноября 2014 года были выплачены денежные средства в сумме 48 720 рублей под видом процентов по договору процентного займа. Своими преступными действиями ФИО1 и ФИО2 похитили у С.3 денежные средства в сумме 151280 рублей.</w:t>
      </w:r>
    </w:p>
    <w:p>
      <w:pPr>
        <w:pStyle w:val="Heading3"/>
      </w:pPr>
      <w:r>
        <w:rPr>
          <w:rFonts w:ascii="Times New Roman" w:hAnsi="Times New Roman" w:eastAsia="Times New Roman" w:cs="Times New Roman"/>
          <w:b/>
          <w:i w:val="0"/>
          <w:sz w:val="22"/>
        </w:rPr>
        <w:t>Пункт 152. Правовой анализ</w:t>
      </w:r>
    </w:p>
    <w:p>
      <w:pPr>
        <w:spacing w:after="120" w:before="160"/>
        <w:ind w:firstLine="720"/>
        <w:jc w:val="both"/>
      </w:pPr>
      <w:r>
        <w:rPr>
          <w:rFonts w:ascii="Times New Roman" w:hAnsi="Times New Roman" w:eastAsia="Times New Roman" w:cs="Times New Roman"/>
          <w:b/>
          <w:i w:val="0"/>
          <w:sz w:val="22"/>
        </w:rPr>
        <w:t xml:space="preserve">152. </w:t>
      </w:r>
      <w:r>
        <w:rPr>
          <w:rFonts w:ascii="Times New Roman" w:hAnsi="Times New Roman" w:eastAsia="Times New Roman" w:cs="Times New Roman"/>
          <w:b w:val="0"/>
          <w:i w:val="0"/>
          <w:sz w:val="22"/>
        </w:rPr>
        <w:t>С.6, заблуждаясь относительно действительных намерений финансового менеджера ФИО1, директора ООО «Финанс Групп+» ФИО2, 31 августа 2014 года, в дневное время, находясь по адресу: &lt;...&gt;, заключил с ООО «Финанс Групп+» в лице директора ФИО2, договор процентного займа № 46 от 31 августа 2014 года о передаче денежных средств в размере 50 000 рублей сроком на шесть месяцев, в соответствии с которым, от имени ООО «Финанс Групп+» С.6 гарантировалась ежемесячная выплата процентов за пользование займом в размере 120% годовых от суммы полученного займа, а также оформил страховой полис № 03267/10-2014 ЗАО «Страховая Компания «Финрос» на период действия договора процентного займа. После чего, С.6 передал кассиру ООО «Финанс Групп+» Б.13 денежные средства в сумме 50 000 рублей в соответствии с заключенным договором процентного займа, денежные средства в сумме 1 000 рублей за страхование вклада, а всего на общую сумму 51 000 рублей. После заключения договора процентного займа, с целью создания у С.6 уверенности в сохранности внесенных им денежных средств, сокрытия совершенного хищения, последней в период с 31 августа 2014 года по 21 ноября 2014 года были выплачены денежные средства в сумме 4 350 рублей под видом процентов по договору процентного займа. Своими преступными действиями ФИО1 и ФИО2 похитили у С.6 денежные средства в сумме 46650 рублей.</w:t>
      </w:r>
    </w:p>
    <w:p>
      <w:pPr>
        <w:pStyle w:val="Heading3"/>
      </w:pPr>
      <w:r>
        <w:rPr>
          <w:rFonts w:ascii="Times New Roman" w:hAnsi="Times New Roman" w:eastAsia="Times New Roman" w:cs="Times New Roman"/>
          <w:b/>
          <w:i w:val="0"/>
          <w:sz w:val="22"/>
        </w:rPr>
        <w:t>Пункт 153. Правовой анализ</w:t>
      </w:r>
    </w:p>
    <w:p>
      <w:pPr>
        <w:spacing w:after="120" w:before="160"/>
        <w:ind w:firstLine="720"/>
        <w:jc w:val="both"/>
      </w:pPr>
      <w:r>
        <w:rPr>
          <w:rFonts w:ascii="Times New Roman" w:hAnsi="Times New Roman" w:eastAsia="Times New Roman" w:cs="Times New Roman"/>
          <w:b/>
          <w:i w:val="0"/>
          <w:sz w:val="22"/>
        </w:rPr>
        <w:t xml:space="preserve">153. </w:t>
      </w:r>
      <w:r>
        <w:rPr>
          <w:rFonts w:ascii="Times New Roman" w:hAnsi="Times New Roman" w:eastAsia="Times New Roman" w:cs="Times New Roman"/>
          <w:b w:val="0"/>
          <w:i w:val="0"/>
          <w:sz w:val="22"/>
        </w:rPr>
        <w:t>С., 15 сентября 2014 года, в дневное время, находясь по адресу: &lt;...&gt;, заключил с ООО «Финанс Групп+» в лице директора ФИО2, договор процентного займа № 60 от 15 сентября 2014 года о передаче денежных средств в размере 100 000 рублей сроком на один год, в соответствии с которым, от имени ООО «Финанс Групп+» С. гарантировалась ежемесячная выплата процентов за пользование займом в размере 144% годовых от суммы полученного займа. После чего, С. передал кассиру ООО «Финанс Групп+» Б.13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С. уверенности в сохранности внесенных им денежных средств, сокрытия совершенного хищения, последнему в период с 15 сентября 2014 года по 21 ноября 2014 года были выплачены денежные средства в сумме 20 880 рублей под видом процентов по договору процентного займа. Своими преступными действиями ФИО1 и ФИО2 похитили у С. денежные средства в сумме 79120 рублей.</w:t>
      </w:r>
    </w:p>
    <w:p>
      <w:pPr>
        <w:pStyle w:val="Heading3"/>
      </w:pPr>
      <w:r>
        <w:rPr>
          <w:rFonts w:ascii="Times New Roman" w:hAnsi="Times New Roman" w:eastAsia="Times New Roman" w:cs="Times New Roman"/>
          <w:b/>
          <w:i w:val="0"/>
          <w:sz w:val="22"/>
        </w:rPr>
        <w:t>Пункт 154. Правовой анализ</w:t>
      </w:r>
    </w:p>
    <w:p>
      <w:pPr>
        <w:spacing w:after="120" w:before="160"/>
        <w:ind w:firstLine="720"/>
        <w:jc w:val="both"/>
      </w:pPr>
      <w:r>
        <w:rPr>
          <w:rFonts w:ascii="Times New Roman" w:hAnsi="Times New Roman" w:eastAsia="Times New Roman" w:cs="Times New Roman"/>
          <w:b/>
          <w:i w:val="0"/>
          <w:sz w:val="22"/>
        </w:rPr>
        <w:t xml:space="preserve">154. </w:t>
      </w:r>
      <w:r>
        <w:rPr>
          <w:rFonts w:ascii="Times New Roman" w:hAnsi="Times New Roman" w:eastAsia="Times New Roman" w:cs="Times New Roman"/>
          <w:b w:val="0"/>
          <w:i w:val="0"/>
          <w:sz w:val="22"/>
        </w:rPr>
        <w:t>С.13, 17 сентября 2014 года, в дневное время, находясь по адресу: &lt;...&gt;, заключил с ООО «Финанс Групп+» в лице директора ФИО2, договор процентного займа № 62 от 17 сентября 2014 года о передаче денежных средств в размере 100 000 рублей сроком на один год, в соответствии с которым, от имени ООО «Финанс Групп+» С.13 гарантировалась ежемесячная выплата процентов за пользование займом в размере 144% годовых от суммы полученного займа. После чего, С.13 передал кассиру ООО «Финанс Групп+» Б.13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С.13 уверенности в сохранности внесенных им денежных средств, сокрытия совершенного хищения, последнему в период с 17 сентября 2014 года по 21 ноября 2014 года были выплачены денежные средства в сумме 20 880 рублей под видом процентов по договору процентного займа. Своими преступными действиями ФИО1 и ФИО2 похитили у С.13 денежные средства в сумме 79120 рублей.</w:t>
      </w:r>
    </w:p>
    <w:p>
      <w:pPr>
        <w:pStyle w:val="Heading3"/>
      </w:pPr>
      <w:r>
        <w:rPr>
          <w:rFonts w:ascii="Times New Roman" w:hAnsi="Times New Roman" w:eastAsia="Times New Roman" w:cs="Times New Roman"/>
          <w:b/>
          <w:i w:val="0"/>
          <w:sz w:val="22"/>
        </w:rPr>
        <w:t>Пункт 155. Правовой анализ</w:t>
      </w:r>
    </w:p>
    <w:p>
      <w:pPr>
        <w:spacing w:after="120" w:before="160"/>
        <w:ind w:firstLine="720"/>
        <w:jc w:val="both"/>
      </w:pPr>
      <w:r>
        <w:rPr>
          <w:rFonts w:ascii="Times New Roman" w:hAnsi="Times New Roman" w:eastAsia="Times New Roman" w:cs="Times New Roman"/>
          <w:b/>
          <w:i w:val="0"/>
          <w:sz w:val="22"/>
        </w:rPr>
        <w:t xml:space="preserve">155. </w:t>
      </w:r>
      <w:r>
        <w:rPr>
          <w:rFonts w:ascii="Times New Roman" w:hAnsi="Times New Roman" w:eastAsia="Times New Roman" w:cs="Times New Roman"/>
          <w:b w:val="0"/>
          <w:i w:val="0"/>
          <w:sz w:val="22"/>
        </w:rPr>
        <w:t>С.2, 17 сентября 2014 года, в дневное время, находясь по адресу: &lt;...&gt;, заключила с ООО «Финанс Групп+» в лице директора ФИО2, договора процентного займа: № 63 от 17 сентября 2014 года о передаче денежных средств в размере 200 000 рублей сроком на шесть месяцев, в соответствии с которым, от имени ООО «Финанс Групп+» С.2 гарантировалась ежемесячная выплата процентов за пользование займом в размере 120% годовых от суммы полученного займа, № 64 от 17 сентября 2014 года о передаче денежных средств в размере 200 000 рублей сроком на шесть месяцев, в соответствии с которым, от имени ООО «Финанс Групп+» С.2 гарантировалась ежемесячная выплата процентов за пользование займом в размере 120% годовых от суммы полученного займа. После чего, С.2 передала кассиру ООО «Финанс Групп+» Б.13 денежные средства в сумме 400 000 рублей в соответствии с заключенными договорами процентного займа. Кроме того, С.2, будучи убежденной в надежности деятельности ООО «Финанс Групп+», 24 октября 2014 года, в дневное время, находясь по адресу: &lt;...&gt;, заключила с ООО «Финанс Групп+» в лице директора ФИО2, договор процентного займа № 118 от 24 октября 2014 года о передаче денежных средств в размере 100 000 рублей сроком на два месяца, в соответствии с которым, от имени ООО «Финанс Групп+» С.2 гарантировалась ежемесячная выплата процентов за пользование займом в размере 96% годовых от суммы полученного займа. После чего, С.2 передала кассиру ООО «Финанс Групп+» Б.12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С.2 уверенности в сохранности внесенных ею денежных средств, сокрытия совершенного хищения, последней в период с 17 сентября 2014 года по 21 ноября 2014 года были выплачены денежные средства в сумме 69 600 рублей под видом процентов по договорам процентного займа. Своими преступными действиями ФИО1 и ФИО2 похитили у С.2 денежные средства в сумме 430400 рублей.</w:t>
      </w:r>
    </w:p>
    <w:p>
      <w:pPr>
        <w:pStyle w:val="Heading3"/>
      </w:pPr>
      <w:r>
        <w:rPr>
          <w:rFonts w:ascii="Times New Roman" w:hAnsi="Times New Roman" w:eastAsia="Times New Roman" w:cs="Times New Roman"/>
          <w:b/>
          <w:i w:val="0"/>
          <w:sz w:val="22"/>
        </w:rPr>
        <w:t>Пункт 156. Правовой анализ</w:t>
      </w:r>
    </w:p>
    <w:p>
      <w:pPr>
        <w:spacing w:after="120" w:before="160"/>
        <w:ind w:firstLine="720"/>
        <w:jc w:val="both"/>
      </w:pPr>
      <w:r>
        <w:rPr>
          <w:rFonts w:ascii="Times New Roman" w:hAnsi="Times New Roman" w:eastAsia="Times New Roman" w:cs="Times New Roman"/>
          <w:b/>
          <w:i w:val="0"/>
          <w:sz w:val="22"/>
        </w:rPr>
        <w:t xml:space="preserve">156. </w:t>
      </w:r>
      <w:r>
        <w:rPr>
          <w:rFonts w:ascii="Times New Roman" w:hAnsi="Times New Roman" w:eastAsia="Times New Roman" w:cs="Times New Roman"/>
          <w:b w:val="0"/>
          <w:i w:val="0"/>
          <w:sz w:val="22"/>
        </w:rPr>
        <w:t>Н.10, 17 сентября 2014 года, в дневное время, находясь по адресу: &lt;...&gt;, заключил с ООО «Финанс Групп+» в лице директора ФИО2, договор процентного займа № 66 от 17 сентября 2014 года о передаче денежных средств в размере 60 000 рублей сроком на шесть месяцев, в соответствии с которым, от имени ООО «Финанс Групп+» Н.10 гарантировалась ежемесячная выплата процентов за пользование займом в размере 120% годовых от суммы полученного займа. После чего, Н.10 передал кассиру ООО «Финанс Групп+» Б.13 денежные средства в сумме 60 000 рублей в соответствии с заключенным договором процентного займа. После заключения договора процентного займа, с целью создания у Н.10 уверенности в сохранности внесенных им денежных средств, сокрытия совершенного хищения, последнему в период с 17 сентября 2014 года по 21 ноября 2014 года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Н.10 денежные средства в сумме 49560 рублей.</w:t>
      </w:r>
    </w:p>
    <w:p>
      <w:pPr>
        <w:pStyle w:val="Heading3"/>
      </w:pPr>
      <w:r>
        <w:rPr>
          <w:rFonts w:ascii="Times New Roman" w:hAnsi="Times New Roman" w:eastAsia="Times New Roman" w:cs="Times New Roman"/>
          <w:b/>
          <w:i w:val="0"/>
          <w:sz w:val="22"/>
        </w:rPr>
        <w:t>Пункт 157. Правовой анализ</w:t>
      </w:r>
    </w:p>
    <w:p>
      <w:pPr>
        <w:spacing w:after="120" w:before="160"/>
        <w:ind w:firstLine="720"/>
        <w:jc w:val="both"/>
      </w:pPr>
      <w:r>
        <w:rPr>
          <w:rFonts w:ascii="Times New Roman" w:hAnsi="Times New Roman" w:eastAsia="Times New Roman" w:cs="Times New Roman"/>
          <w:b/>
          <w:i w:val="0"/>
          <w:sz w:val="22"/>
        </w:rPr>
        <w:t xml:space="preserve">157. </w:t>
      </w:r>
      <w:r>
        <w:rPr>
          <w:rFonts w:ascii="Times New Roman" w:hAnsi="Times New Roman" w:eastAsia="Times New Roman" w:cs="Times New Roman"/>
          <w:b w:val="0"/>
          <w:i w:val="0"/>
          <w:sz w:val="22"/>
        </w:rPr>
        <w:t>П.11, 18 сентября 2014 года, в дневное время, находясь по адресу: &lt;...&gt;, заключила с ООО «Финанс Групп+» в лице директора ФИО2, договор процентного займа № 68 от 18 сентября 2014 года о передаче денежных средств в размере 200 000 рублей сроком на один год, в соответствии с которым, от имени ООО «Финанс Групп+» П.11 гарантировалась ежемесячная выплата процентов за пользование займом в размере 168% годовых от суммы полученного займа. После чего, П.11 передала кассиру ООО «Финанс Групп+» Б.13 денежные средства в сумме 200 000 рублей в соответствии с заключенным договором процентного займа. После заключения договора процентного займа, с целью создания у П.11 уверенности в сохранности внесенных ею денежных средств, сокрытия совершенного хищения, последней в период с 18 сентября 2014 года по 21 ноября 2014 года были выплачены денежные средства в сумме 48 720 рублей под видом процентов по договору процентного займа. Своими преступными действиями ФИО1 и ФИО2 похитили у П.11 денежные средства в сумме 151280 рублей.</w:t>
      </w:r>
    </w:p>
    <w:p>
      <w:pPr>
        <w:pStyle w:val="Heading3"/>
      </w:pPr>
      <w:r>
        <w:rPr>
          <w:rFonts w:ascii="Times New Roman" w:hAnsi="Times New Roman" w:eastAsia="Times New Roman" w:cs="Times New Roman"/>
          <w:b/>
          <w:i w:val="0"/>
          <w:sz w:val="22"/>
        </w:rPr>
        <w:t>Пункт 158. Правовой анализ</w:t>
      </w:r>
    </w:p>
    <w:p>
      <w:pPr>
        <w:spacing w:after="120" w:before="160"/>
        <w:ind w:firstLine="720"/>
        <w:jc w:val="both"/>
      </w:pPr>
      <w:r>
        <w:rPr>
          <w:rFonts w:ascii="Times New Roman" w:hAnsi="Times New Roman" w:eastAsia="Times New Roman" w:cs="Times New Roman"/>
          <w:b/>
          <w:i w:val="0"/>
          <w:sz w:val="22"/>
        </w:rPr>
        <w:t xml:space="preserve">158. </w:t>
      </w:r>
      <w:r>
        <w:rPr>
          <w:rFonts w:ascii="Times New Roman" w:hAnsi="Times New Roman" w:eastAsia="Times New Roman" w:cs="Times New Roman"/>
          <w:b w:val="0"/>
          <w:i w:val="0"/>
          <w:sz w:val="22"/>
        </w:rPr>
        <w:t>П.2 22 сентября 2014 года, в дневное время, находясь по адресу: &lt;...&gt;, заключила с ООО «Финанс Групп+» в лице директора ФИО2, договор процентного займа № 74 от 22 сентября 2014 года о передаче денежных средств в размере 150 000 рублей сроком на два месяца, в соответствии с которым, от имени ООО «Финанс Групп+» П.2 гарантировалась ежемесячная выплата процентов за пользование займом в размере 96% годовых от суммы полученного займа. После чего, П.2 передала кассиру ООО «Финанс Групп+» Б.13 денежные средства в сумме 150 000 рублей в соответствии с заключенным договором процентного займа. Кроме того, П.2, будучи убежденной в надежности деятельности ООО «Финанс Групп+», 10 октября 2014 года, в дневное время, находясь по адресу: &lt;...&gt;, заключила с ООО «Финанс Групп+» в лице директора ФИО2, договор процентного займа № 92 от 10 октября 2014 года о передаче денежных средств в размере 260 000 рублей сроком на один год, в соответствии с которым, от имени ООО «Финанс Групп+» П.2 гарантировалась ежемесячная выплата процентов за пользование займом в размере 168% годовых от суммы полученного займа. После чего, П.2 передала кассиру ООО «Финанс Групп+» Б.13 денежные средства в сумме 260 000 рублей в соответствии с заключенным договором процентного займа. После заключения договора процентного займа, с целью создания у П.2 уверенности в сохранности внесенных ею денежных средств, сокрытия совершенного хищения, последней в период с 22 сентября 2014 года по 21 ноября 2014 года были выплачены денежные средства в сумме 31 668 рублей под видом процентов по договорам процентного займа. Своими преступными действиями ФИО1 и ФИО2 похитили у П.2 денежные средства в сумме 378332 рублей.</w:t>
      </w:r>
    </w:p>
    <w:p>
      <w:pPr>
        <w:pStyle w:val="Heading3"/>
      </w:pPr>
      <w:r>
        <w:rPr>
          <w:rFonts w:ascii="Times New Roman" w:hAnsi="Times New Roman" w:eastAsia="Times New Roman" w:cs="Times New Roman"/>
          <w:b/>
          <w:i w:val="0"/>
          <w:sz w:val="22"/>
        </w:rPr>
        <w:t>Пункт 159. Правовой анализ</w:t>
      </w:r>
    </w:p>
    <w:p>
      <w:pPr>
        <w:spacing w:after="120" w:before="160"/>
        <w:ind w:firstLine="720"/>
        <w:jc w:val="both"/>
      </w:pPr>
      <w:r>
        <w:rPr>
          <w:rFonts w:ascii="Times New Roman" w:hAnsi="Times New Roman" w:eastAsia="Times New Roman" w:cs="Times New Roman"/>
          <w:b/>
          <w:i w:val="0"/>
          <w:sz w:val="22"/>
        </w:rPr>
        <w:t xml:space="preserve">159. </w:t>
      </w:r>
      <w:r>
        <w:rPr>
          <w:rFonts w:ascii="Times New Roman" w:hAnsi="Times New Roman" w:eastAsia="Times New Roman" w:cs="Times New Roman"/>
          <w:b w:val="0"/>
          <w:i w:val="0"/>
          <w:sz w:val="22"/>
        </w:rPr>
        <w:t>П.15, 3 октября 2014 года, в дневное время, находясь по адресу: &lt;...&gt;, заключил с ООО «Финанс Групп+» в лице директора ФИО2, договор процентного займа № 83 от 03 октября 2014 года о передаче денежных средств в размере 120 000 рублей сроком на два месяца, в соответствии с которым, от имени ООО «Финанс Групп+» П.15 гарантировалась ежемесячная выплата процентов за пользование займом в размере 96% годовых от суммы полученного займа. После чего, П.15 передал кассиру ООО «Финанс Групп+» Б.12 денежные средства в сумме 120 000 рублей в соответствии с заключенным договором процентного займа. Своими преступными действиями ФИО1 и ФИО2 похитили у П.15 денежные средства в сумме 120 000 рублей.</w:t>
      </w:r>
    </w:p>
    <w:p>
      <w:pPr>
        <w:pStyle w:val="Heading3"/>
      </w:pPr>
      <w:r>
        <w:rPr>
          <w:rFonts w:ascii="Times New Roman" w:hAnsi="Times New Roman" w:eastAsia="Times New Roman" w:cs="Times New Roman"/>
          <w:b/>
          <w:i w:val="0"/>
          <w:sz w:val="22"/>
        </w:rPr>
        <w:t>Пункт 160. Правовой анализ</w:t>
      </w:r>
    </w:p>
    <w:p>
      <w:pPr>
        <w:spacing w:after="120" w:before="160"/>
        <w:ind w:firstLine="720"/>
        <w:jc w:val="both"/>
      </w:pPr>
      <w:r>
        <w:rPr>
          <w:rFonts w:ascii="Times New Roman" w:hAnsi="Times New Roman" w:eastAsia="Times New Roman" w:cs="Times New Roman"/>
          <w:b/>
          <w:i w:val="0"/>
          <w:sz w:val="22"/>
        </w:rPr>
        <w:t xml:space="preserve">160. </w:t>
      </w:r>
      <w:r>
        <w:rPr>
          <w:rFonts w:ascii="Times New Roman" w:hAnsi="Times New Roman" w:eastAsia="Times New Roman" w:cs="Times New Roman"/>
          <w:b w:val="0"/>
          <w:i w:val="0"/>
          <w:sz w:val="22"/>
        </w:rPr>
        <w:t>О.8, 4 октября 2014 года, в дневное время, находясь по адресу: &lt;...&gt;, заключил с ООО «Финанс Групп+» в лице директора ФИО2, договор процентного займа № 84 от 04 октября 2014 года о передаче денежных средств в размере 100 000 рублей сроком на два месяца, в соответствии с которым, от имени ООО «Финанс Групп+» О.8 гарантировалась ежемесячная выплата процентов за пользование займом в размере 96% годовых от суммы полученного займа. После чего, О.8 передал кассиру ООО «Финанс Групп+» Б.12 денежные средства в сумме 100 000 рублей в соответствии с заключенным договором процентного займа. Кроме того, О.8, будучи убежденным в надежности деятельности ООО «Финанс Групп+», 7 ноября 2014 года, в дневное время, находясь по адресу: &lt;...&gt;, заключил с ООО «Финанс Групп+» в лице директора ФИО2, договор процентного займа № 138 от 7 ноября 2014 года о передаче денежных средств в размере 100 000 рублей сроком на два месяца, в соответствии с которым, от имени ООО «Финанс Групп+» О.8 гарантировалась ежемесячная выплата процентов за пользование займом в размере 96% годовых от суммы полученного займа. После чего, О.8 передал кассиру ООО «Финанс Групп+» Б.12 денежные средства в сумме 100 000 рублей в соответствии с заключенным договором процентного займа. Своими преступными действиями ФИО1 и ФИО2 похитили у О.8 денежные средства в сумме 200 000 рублей.</w:t>
      </w:r>
    </w:p>
    <w:p>
      <w:pPr>
        <w:pStyle w:val="Heading3"/>
      </w:pPr>
      <w:r>
        <w:rPr>
          <w:rFonts w:ascii="Times New Roman" w:hAnsi="Times New Roman" w:eastAsia="Times New Roman" w:cs="Times New Roman"/>
          <w:b/>
          <w:i w:val="0"/>
          <w:sz w:val="22"/>
        </w:rPr>
        <w:t>Пункт 161. Правовой анализ</w:t>
      </w:r>
    </w:p>
    <w:p>
      <w:pPr>
        <w:spacing w:after="120" w:before="160"/>
        <w:ind w:firstLine="720"/>
        <w:jc w:val="both"/>
      </w:pPr>
      <w:r>
        <w:rPr>
          <w:rFonts w:ascii="Times New Roman" w:hAnsi="Times New Roman" w:eastAsia="Times New Roman" w:cs="Times New Roman"/>
          <w:b/>
          <w:i w:val="0"/>
          <w:sz w:val="22"/>
        </w:rPr>
        <w:t xml:space="preserve">161. </w:t>
      </w:r>
      <w:r>
        <w:rPr>
          <w:rFonts w:ascii="Times New Roman" w:hAnsi="Times New Roman" w:eastAsia="Times New Roman" w:cs="Times New Roman"/>
          <w:b w:val="0"/>
          <w:i w:val="0"/>
          <w:sz w:val="22"/>
        </w:rPr>
        <w:t>О.1, 8 октября 2014 года, в дневное время, находясь по адресу: &lt;...&gt;, заключил с ООО «Финанс Групп+» в лице директора ФИО2, договор процентного займа № 88 от 08 октября 2014 года о передаче денежных средств в размере 50 000 рублей сроком на один год, в соответствии с которым, от имени ООО «Финанс Групп+» О.1 гарантировалась ежемесячная выплата процентов за пользование займом в размере 144% годовых от суммы полученного займа. После чего, О.1 передал кассиру ООО «Финанс Групп+» Б.12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О.1 уверенности в сохранности внесенных им денежных средств, сокрытия совершенного хищения, последнему в период с 08 октября 2014 года по 21 ноября 2014 года были выплачены денежные средства в сумме 5 220 рублей под видом процентов по договору процентного займа. Своими преступными действиями ФИО1 и ФИО2 похитили у О.1 денежные средства в сумме 44780 рублей.</w:t>
      </w:r>
    </w:p>
    <w:p>
      <w:pPr>
        <w:pStyle w:val="Heading3"/>
      </w:pPr>
      <w:r>
        <w:rPr>
          <w:rFonts w:ascii="Times New Roman" w:hAnsi="Times New Roman" w:eastAsia="Times New Roman" w:cs="Times New Roman"/>
          <w:b/>
          <w:i w:val="0"/>
          <w:sz w:val="22"/>
        </w:rPr>
        <w:t>Пункт 162. Правовой анализ</w:t>
      </w:r>
    </w:p>
    <w:p>
      <w:pPr>
        <w:spacing w:after="120" w:before="160"/>
        <w:ind w:firstLine="720"/>
        <w:jc w:val="both"/>
      </w:pPr>
      <w:r>
        <w:rPr>
          <w:rFonts w:ascii="Times New Roman" w:hAnsi="Times New Roman" w:eastAsia="Times New Roman" w:cs="Times New Roman"/>
          <w:b/>
          <w:i w:val="0"/>
          <w:sz w:val="22"/>
        </w:rPr>
        <w:t xml:space="preserve">162. </w:t>
      </w:r>
      <w:r>
        <w:rPr>
          <w:rFonts w:ascii="Times New Roman" w:hAnsi="Times New Roman" w:eastAsia="Times New Roman" w:cs="Times New Roman"/>
          <w:b w:val="0"/>
          <w:i w:val="0"/>
          <w:sz w:val="22"/>
        </w:rPr>
        <w:t>С.5, 10 октября 2014 года, в дневное время, находясь по адресу: &lt;...&gt;, заключила с ООО «Финанс Групп+» в лице директора ФИО2, договор процентного займа № 91 от 10 октября 2014 года о передаче денежных средств в размере 200 000 рублей сроком на один год, в соответствии с которым, от имени ООО «Финанс Групп+» С.5 гарантировалась ежемесячная выплата процентов за пользование займом в размере 168% годовых от суммы полученного займа. После чего, С.5 передала кассиру ООО «Финанс Групп+» Б.13 денежные средства в сумме 200 000 рублей в соответствии с заключенным договором процентного займа. После заключения договора процентного займа, с целью создания у С.5 уверенности в сохранности внесенных ею денежных средств, сокрытия совершенного хищения, последней в период с 10 октября 2014 года по 21 ноября 2014 года были выплачены денежные средства в сумме 24 360 рублей под видом процентов по договору процентного займа. Своими преступными действиями ФИО1 и ФИО2 похитили у С.5 денежные средства в сумме 175640 рублей.</w:t>
      </w:r>
    </w:p>
    <w:p>
      <w:pPr>
        <w:pStyle w:val="Heading3"/>
      </w:pPr>
      <w:r>
        <w:rPr>
          <w:rFonts w:ascii="Times New Roman" w:hAnsi="Times New Roman" w:eastAsia="Times New Roman" w:cs="Times New Roman"/>
          <w:b/>
          <w:i w:val="0"/>
          <w:sz w:val="22"/>
        </w:rPr>
        <w:t>Пункт 163. Правовой анализ</w:t>
      </w:r>
    </w:p>
    <w:p>
      <w:pPr>
        <w:spacing w:after="120" w:before="160"/>
        <w:ind w:firstLine="720"/>
        <w:jc w:val="both"/>
      </w:pPr>
      <w:r>
        <w:rPr>
          <w:rFonts w:ascii="Times New Roman" w:hAnsi="Times New Roman" w:eastAsia="Times New Roman" w:cs="Times New Roman"/>
          <w:b/>
          <w:i w:val="0"/>
          <w:sz w:val="22"/>
        </w:rPr>
        <w:t xml:space="preserve">163. </w:t>
      </w:r>
      <w:r>
        <w:rPr>
          <w:rFonts w:ascii="Times New Roman" w:hAnsi="Times New Roman" w:eastAsia="Times New Roman" w:cs="Times New Roman"/>
          <w:b w:val="0"/>
          <w:i w:val="0"/>
          <w:sz w:val="22"/>
        </w:rPr>
        <w:t>П.1, 11 октября 2014 года, в дневное время, находясь по адресу: &lt;...&gt;, заключила с ООО «Финанс Групп+» в лице директора ФИО2, договор процентного займа № 96 от 11 октября 2014 года о передаче денежных средств в размере 100 000 рублей сроком на один год, в соответствии с которым, от имени ООО «Финанс Групп+» П.1 гарантировалась ежемесячная выплата процентов за пользование займом в размере 144% годовых от суммы полученного займа. После чего, П.1 передала кассиру ООО «Финанс Групп+» Б.13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П.1 уверенности в сохранности внесенных ею денежных средств, сокрытия совершенного хищения, последней в период с 11 октября 2014 года по 21 ноября 2014 года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П.1 денежные средства в сумме 89560 рублей.</w:t>
      </w:r>
    </w:p>
    <w:p>
      <w:pPr>
        <w:pStyle w:val="Heading3"/>
      </w:pPr>
      <w:r>
        <w:rPr>
          <w:rFonts w:ascii="Times New Roman" w:hAnsi="Times New Roman" w:eastAsia="Times New Roman" w:cs="Times New Roman"/>
          <w:b/>
          <w:i w:val="0"/>
          <w:sz w:val="22"/>
        </w:rPr>
        <w:t>Пункт 164. Правовой анализ</w:t>
      </w:r>
    </w:p>
    <w:p>
      <w:pPr>
        <w:spacing w:after="120" w:before="160"/>
        <w:ind w:firstLine="720"/>
        <w:jc w:val="both"/>
      </w:pPr>
      <w:r>
        <w:rPr>
          <w:rFonts w:ascii="Times New Roman" w:hAnsi="Times New Roman" w:eastAsia="Times New Roman" w:cs="Times New Roman"/>
          <w:b/>
          <w:i w:val="0"/>
          <w:sz w:val="22"/>
        </w:rPr>
        <w:t xml:space="preserve">164. </w:t>
      </w:r>
      <w:r>
        <w:rPr>
          <w:rFonts w:ascii="Times New Roman" w:hAnsi="Times New Roman" w:eastAsia="Times New Roman" w:cs="Times New Roman"/>
          <w:b w:val="0"/>
          <w:i w:val="0"/>
          <w:sz w:val="22"/>
        </w:rPr>
        <w:t>П.3, 13 октября 2014 года, в дневное время, находясь по адресу: &lt;...&gt;, заключила с ООО «Финанс Групп+» в лице директора ФИО2, договор процентного займа № 97 от 13 октября 2014 года о передаче денежных средств в размере 100 000 рублей сроком на один год, в соответствии с которым, от имени ООО «Финанс Групп+» П.3 гарантировалась ежемесячная выплата процентов за пользование займом в размере 144% годовых от суммы полученного займа. После чего, П.3 передала кассиру ООО «Финанс Групп+» Б.12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П.3 уверенности в сохранности внесенных ею денежных средств, сокрытия совершенного хищения, последней в период с 13 октября 2014 года по 21 ноября 2014 года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П.3 денежные средства в сумме 89560 рублей.</w:t>
      </w:r>
    </w:p>
    <w:p>
      <w:pPr>
        <w:pStyle w:val="Heading3"/>
      </w:pPr>
      <w:r>
        <w:rPr>
          <w:rFonts w:ascii="Times New Roman" w:hAnsi="Times New Roman" w:eastAsia="Times New Roman" w:cs="Times New Roman"/>
          <w:b/>
          <w:i w:val="0"/>
          <w:sz w:val="22"/>
        </w:rPr>
        <w:t>Пункт 165. Правовой анализ</w:t>
      </w:r>
    </w:p>
    <w:p>
      <w:pPr>
        <w:spacing w:after="120" w:before="160"/>
        <w:ind w:firstLine="720"/>
        <w:jc w:val="both"/>
      </w:pPr>
      <w:r>
        <w:rPr>
          <w:rFonts w:ascii="Times New Roman" w:hAnsi="Times New Roman" w:eastAsia="Times New Roman" w:cs="Times New Roman"/>
          <w:b/>
          <w:i w:val="0"/>
          <w:sz w:val="22"/>
        </w:rPr>
        <w:t xml:space="preserve">165. </w:t>
      </w:r>
      <w:r>
        <w:rPr>
          <w:rFonts w:ascii="Times New Roman" w:hAnsi="Times New Roman" w:eastAsia="Times New Roman" w:cs="Times New Roman"/>
          <w:b w:val="0"/>
          <w:i w:val="0"/>
          <w:sz w:val="22"/>
        </w:rPr>
        <w:t>О.9, 15 октября 2014 года, в дневное время, находясь по адресу: &lt;...&gt;, заключила с ООО «Финанс Групп+» в лице директора ФИО2, договор процентного займа № 100 от 15 октября 2014 года о передаче денежных средств в размере 100 000 рублей сроком на один год, в соответствии с которым, от имени ООО «Финанс Групп+» О.9 гарантировалась ежемесячная выплата процентов за пользование займом в размере 144% годовых от суммы полученного займа. После чего, О.9 передала кассиру ООО «Финанс Групп+» Б.13 денежные средства в сумме 100 000 рублей в соответствии с заключенным договором процентного займа. После заключения договора процентного займа, с целью создания у О.9 уверенности в сохранности внесенных ею денежных средств, сокрытия совершенного хищения, последней в период с 15 октября 2014 года по 21 ноября 2014 года были выплачены денежные средства в сумме 10 440 рублей под видом процентов по договору процентного займа. Своими преступными действиями ФИО1 и ФИО2 похитили у О.9 денежные средства в сумме 89560 рублей.</w:t>
      </w:r>
    </w:p>
    <w:p>
      <w:pPr>
        <w:pStyle w:val="Heading3"/>
      </w:pPr>
      <w:r>
        <w:rPr>
          <w:rFonts w:ascii="Times New Roman" w:hAnsi="Times New Roman" w:eastAsia="Times New Roman" w:cs="Times New Roman"/>
          <w:b/>
          <w:i w:val="0"/>
          <w:sz w:val="22"/>
        </w:rPr>
        <w:t>Пункт 166. Правовой анализ</w:t>
      </w:r>
    </w:p>
    <w:p>
      <w:pPr>
        <w:spacing w:after="120" w:before="160"/>
        <w:ind w:firstLine="720"/>
        <w:jc w:val="both"/>
      </w:pPr>
      <w:r>
        <w:rPr>
          <w:rFonts w:ascii="Times New Roman" w:hAnsi="Times New Roman" w:eastAsia="Times New Roman" w:cs="Times New Roman"/>
          <w:b/>
          <w:i w:val="0"/>
          <w:sz w:val="22"/>
        </w:rPr>
        <w:t xml:space="preserve">166. </w:t>
      </w:r>
      <w:r>
        <w:rPr>
          <w:rFonts w:ascii="Times New Roman" w:hAnsi="Times New Roman" w:eastAsia="Times New Roman" w:cs="Times New Roman"/>
          <w:b w:val="0"/>
          <w:i w:val="0"/>
          <w:sz w:val="22"/>
        </w:rPr>
        <w:t>Б.14, 16 октября 2014 года, в дневное время, находясь по адресу: &lt;...&gt;, заключила с ООО «Финанс Групп+» в лице директора ФИО2, договора процентного займа: № 103 от 16 октября 2014 года о передаче денежных средств в размере 500 000 рублей сроком на один год, в соответствии с которым, от имени ООО «Финанс Групп+» Б.14 гарантировалась ежемесячная выплата процентов за пользование займом в размере 168% годовых от суммы полученного займа, № 104 от 16 октября 2014 года о передаче денежных средств в размере 500 000 рублей сроком на один год, в соответствии с которым, от имени ООО «Финанс Групп+» Б.14 гарантировалась ежемесячная выплата процентов за пользование займом в размере 168% годовых от суммы полученного займа. После чего, Б.14 передала кассиру ООО «Финанс Групп+» Б.12 денежные средства в сумме 1 000 000 рублей в соответствии с заключенными договорами процентного займа. После заключения договора процентного займа, с целью создания у Б.14 уверенности в сохранности внесенных ею денежных средств, сокрытия совершенного хищения, последней в период с 16 октября 2014 года по 21 ноября 2014 года были выплачены денежные средства в сумме 121 800 рублей под видом процентов по договорам процентного займа. Своими преступными действиями ФИО1 и ФИО2 похитили у Б.14 денежные средства в сумме 878200 рублей.</w:t>
      </w:r>
    </w:p>
    <w:p>
      <w:pPr>
        <w:pStyle w:val="Heading3"/>
      </w:pPr>
      <w:r>
        <w:rPr>
          <w:rFonts w:ascii="Times New Roman" w:hAnsi="Times New Roman" w:eastAsia="Times New Roman" w:cs="Times New Roman"/>
          <w:b/>
          <w:i w:val="0"/>
          <w:sz w:val="22"/>
        </w:rPr>
        <w:t>Пункт 167. Правовой анализ</w:t>
      </w:r>
    </w:p>
    <w:p>
      <w:pPr>
        <w:spacing w:after="120" w:before="160"/>
        <w:ind w:firstLine="720"/>
        <w:jc w:val="both"/>
      </w:pPr>
      <w:r>
        <w:rPr>
          <w:rFonts w:ascii="Times New Roman" w:hAnsi="Times New Roman" w:eastAsia="Times New Roman" w:cs="Times New Roman"/>
          <w:b/>
          <w:i w:val="0"/>
          <w:sz w:val="22"/>
        </w:rPr>
        <w:t xml:space="preserve">167. </w:t>
      </w:r>
      <w:r>
        <w:rPr>
          <w:rFonts w:ascii="Times New Roman" w:hAnsi="Times New Roman" w:eastAsia="Times New Roman" w:cs="Times New Roman"/>
          <w:b w:val="0"/>
          <w:i w:val="0"/>
          <w:sz w:val="22"/>
        </w:rPr>
        <w:t>Б.15, 22 октября 2014 года, в дневное время, находясь по адресу: &lt;...&gt;, заключила с ООО «Финанс Групп+» в лице директора ФИО2, договор процентного займа № 115 от 22 октября 2014 года о передаче денежных средств в размере 100 000 рублей сроком на два месяца, в соответствии с которым, от имени ООО «Финанс Групп+» Б.15 гарантировалась ежемесячная выплата процентов за пользование займом в размере 96% годовых от суммы полученного займа. После чего, Б.15 передала кассиру ООО «Финанс Групп+» Б.13 денежные средства в сумме 100 000 рублей в соответствии с заключенным договором процентного займа. Своими преступными действиями ФИО1 и ФИО2 похитили у Б.15 денежные средства в сумме 100 000 рублей.</w:t>
      </w:r>
    </w:p>
    <w:p>
      <w:pPr>
        <w:pStyle w:val="Heading3"/>
      </w:pPr>
      <w:r>
        <w:rPr>
          <w:rFonts w:ascii="Times New Roman" w:hAnsi="Times New Roman" w:eastAsia="Times New Roman" w:cs="Times New Roman"/>
          <w:b/>
          <w:i w:val="0"/>
          <w:sz w:val="22"/>
        </w:rPr>
        <w:t>Пункт 168. Правовой анализ</w:t>
      </w:r>
    </w:p>
    <w:p>
      <w:pPr>
        <w:spacing w:after="120" w:before="160"/>
        <w:ind w:firstLine="720"/>
        <w:jc w:val="both"/>
      </w:pPr>
      <w:r>
        <w:rPr>
          <w:rFonts w:ascii="Times New Roman" w:hAnsi="Times New Roman" w:eastAsia="Times New Roman" w:cs="Times New Roman"/>
          <w:b/>
          <w:i w:val="0"/>
          <w:sz w:val="22"/>
        </w:rPr>
        <w:t xml:space="preserve">168. </w:t>
      </w:r>
      <w:r>
        <w:rPr>
          <w:rFonts w:ascii="Times New Roman" w:hAnsi="Times New Roman" w:eastAsia="Times New Roman" w:cs="Times New Roman"/>
          <w:b w:val="0"/>
          <w:i w:val="0"/>
          <w:sz w:val="22"/>
        </w:rPr>
        <w:t>П.9, 21 октября 2014 года, в дневное время, находясь по адресу: &lt;...&gt;, заключил с ООО «Финанс Групп+» в лице директора ФИО2, договор процентного займа № 109 от 21 октября 2014 года о передаче денежных средств в размере 50 000 рублей сроком на один год, в соответствии с которым, от имени ООО «Финанс Групп+» П.9 гарантировалась ежемесячная выплата процентов за пользование займом в размере 144% годовых от суммы полученного займа. После чего, П.9 передал кассиру ООО «Финанс Групп+» Б.12 денежные средства в сумме 50 000 рублей в соответствии с заключенным договором процентного займа. Далее, П.9, 21 ноября 2014 года находясь в дополнительном офисе ООО «Финанс Групп+», расположенном по адресу: &lt;...&gt;, оформил страховой полис № 03115/10-2014 ЗАО «Страховая Компания «Финрос» на период действия договора процентного займа № 109 от 21 октября 2014 года, после чего передал кассиру ООО «Финанс Групп+» денежные средства в сумме 1 000 рублей за страхование вклада. После заключения договора процентного займа, с целью создания у П.9 уверенности в сохранности внесенных им денежных средств, сокрытия совершенного хищения, последнему в период с 21 октября 2014 года по 21 ноября 2014 года были выплачены денежные средства в сумме 5 220 рублей под видом процентов по договору процентного займа. Своими преступными действиями ФИО1 и ФИО2 похитили у П.9 денежные средства в сумме 45780 рублей.</w:t>
      </w:r>
    </w:p>
    <w:p>
      <w:pPr>
        <w:pStyle w:val="Heading3"/>
      </w:pPr>
      <w:r>
        <w:rPr>
          <w:rFonts w:ascii="Times New Roman" w:hAnsi="Times New Roman" w:eastAsia="Times New Roman" w:cs="Times New Roman"/>
          <w:b/>
          <w:i w:val="0"/>
          <w:sz w:val="22"/>
        </w:rPr>
        <w:t>Пункт 169. Правовой анализ</w:t>
      </w:r>
    </w:p>
    <w:p>
      <w:pPr>
        <w:spacing w:after="120" w:before="160"/>
        <w:ind w:firstLine="720"/>
        <w:jc w:val="both"/>
      </w:pPr>
      <w:r>
        <w:rPr>
          <w:rFonts w:ascii="Times New Roman" w:hAnsi="Times New Roman" w:eastAsia="Times New Roman" w:cs="Times New Roman"/>
          <w:b/>
          <w:i w:val="0"/>
          <w:sz w:val="22"/>
        </w:rPr>
        <w:t xml:space="preserve">169. </w:t>
      </w:r>
      <w:r>
        <w:rPr>
          <w:rFonts w:ascii="Times New Roman" w:hAnsi="Times New Roman" w:eastAsia="Times New Roman" w:cs="Times New Roman"/>
          <w:b w:val="0"/>
          <w:i w:val="0"/>
          <w:sz w:val="22"/>
        </w:rPr>
        <w:t>П.14, 21 октября 2014 года, в дневное время, находясь по адресу: &lt;...&gt;, заключил с ООО «Финанс Групп+» в лице директора ФИО2, договор процентного займа № 110 от 21 октября 2014 года о передаче денежных средств в размере 50 000 рублей сроком на шесть месяцев, в соответствии с которым, от имени ООО «Финанс Групп+» П.14 гарантировалась ежемесячная выплата процентов за пользование займом в размере 120% годовых от суммы полученного займа. После чего, П.14 передал кассиру ООО «Финанс Групп+» Б.12 денежные средства в сумме 50 000 рублей в соответствии с заключенным договором процентного займа. Кроме того, П.14, будучи убежденным в надежности деятельности ООО «Финанс Групп+», 21 ноября 2014 года, в дневное время, находясь по адресу: &lt;...&gt;, заключил с ООО «Финанс Групп+» в лице директора ФИО2, договор процентного займа № 146 от 21 ноября 2014 года о передаче денежных средств в размере 50 000 рублей сроком на шесть месяцев, в соответствии с которым, от имени ООО «Финанс Групп+» П.14 гарантировалась ежемесячная выплата процентов за пользование займом в размере 120% годовых от суммы полученного займа. После чего, П.14 передал кассиру ООО «Финанс Групп+» Б.13 денежные средства в сумме 50 000 рублей в соответствии с заключенным договором процентного займа. После заключения договора процентного займа, с целью создания у П.14 уверенности в сохранности внесенных им денежных средств, сокрытия совершенного хищения, последнему в период с 21 октября 2014 года по 21 ноября 2014 года были выплачены денежные средства в сумме 4 350 рублей под видом процентов по договорам процентного займа. Своими преступными действиями ФИО1 и ФИО2 похитили у П.14 денежные средства в сумме 95650 рублей.</w:t>
      </w:r>
    </w:p>
    <w:p>
      <w:pPr>
        <w:pStyle w:val="Heading3"/>
      </w:pPr>
      <w:r>
        <w:rPr>
          <w:rFonts w:ascii="Times New Roman" w:hAnsi="Times New Roman" w:eastAsia="Times New Roman" w:cs="Times New Roman"/>
          <w:b/>
          <w:i w:val="0"/>
          <w:sz w:val="22"/>
        </w:rPr>
        <w:t>Пункт 170. Правовой анализ</w:t>
      </w:r>
    </w:p>
    <w:p>
      <w:pPr>
        <w:spacing w:after="120" w:before="160"/>
        <w:ind w:firstLine="720"/>
        <w:jc w:val="both"/>
      </w:pPr>
      <w:r>
        <w:rPr>
          <w:rFonts w:ascii="Times New Roman" w:hAnsi="Times New Roman" w:eastAsia="Times New Roman" w:cs="Times New Roman"/>
          <w:b/>
          <w:i w:val="0"/>
          <w:sz w:val="22"/>
        </w:rPr>
        <w:t xml:space="preserve">170. </w:t>
      </w:r>
      <w:r>
        <w:rPr>
          <w:rFonts w:ascii="Times New Roman" w:hAnsi="Times New Roman" w:eastAsia="Times New Roman" w:cs="Times New Roman"/>
          <w:b w:val="0"/>
          <w:i w:val="0"/>
          <w:sz w:val="22"/>
        </w:rPr>
        <w:t>П.13, 21 октября 2014 года, в дневное время, находясь по адресу: &lt;...&gt;, заключил с ООО «Финанс Групп+» в лице директора ФИО2, договор процентного займа № 111 от 21 октября 2014 года о передаче денежных средств в размере 400 000 рублей сроком на один год, в соответствии с которым, от имени ООО «Финанс Групп+» П.13 гарантировалась ежемесячная выплата процентов за пользование займом в размере 168% годовых от суммы полученного займа. После чего, П.13 передал кассиру ООО «Финанс Групп+» Б.12 денежные средства в сумме 400 000 рублей в соответствии с заключенным договором процентного займа. После заключения договора процентного займа, с целью создания у П.13 уверенности в сохранности внесенных им денежных средств, сокрытия совершенного хищения, последнему в период с 21 октября 2014 года по 21 ноября 2014 года были выплачены денежные средства в сумме 48 720 рублей под видом процентов по договору процентного займа. Своими преступными действиями ФИО1 и ФИО2 похитили у П.13 денежные средства в сумме 351280 рублей.</w:t>
      </w:r>
    </w:p>
    <w:p>
      <w:pPr>
        <w:pStyle w:val="Heading3"/>
      </w:pPr>
      <w:r>
        <w:rPr>
          <w:rFonts w:ascii="Times New Roman" w:hAnsi="Times New Roman" w:eastAsia="Times New Roman" w:cs="Times New Roman"/>
          <w:b/>
          <w:i w:val="0"/>
          <w:sz w:val="22"/>
        </w:rPr>
        <w:t>Пункт 171. Правовой анализ</w:t>
      </w:r>
    </w:p>
    <w:p>
      <w:pPr>
        <w:spacing w:after="120" w:before="160"/>
        <w:ind w:firstLine="720"/>
        <w:jc w:val="both"/>
      </w:pPr>
      <w:r>
        <w:rPr>
          <w:rFonts w:ascii="Times New Roman" w:hAnsi="Times New Roman" w:eastAsia="Times New Roman" w:cs="Times New Roman"/>
          <w:b/>
          <w:i w:val="0"/>
          <w:sz w:val="22"/>
        </w:rPr>
        <w:t xml:space="preserve">171. </w:t>
      </w:r>
      <w:r>
        <w:rPr>
          <w:rFonts w:ascii="Times New Roman" w:hAnsi="Times New Roman" w:eastAsia="Times New Roman" w:cs="Times New Roman"/>
          <w:b w:val="0"/>
          <w:i w:val="0"/>
          <w:sz w:val="22"/>
        </w:rPr>
        <w:t>П.10, 25 октября 2014 года, в дневное время, находясь по адресу: &lt;...&gt;, заключила с ООО «Финанс Групп+» в лице директора ФИО2, договор процентного займа № 119 от 25 октября 2014 года о передаче денежных средств в размере 50 000 рублей сроком на шесть месяцев, в соответствии с которым, от имени ООО «Финанс Групп+» П.10 гарантировалась ежемесячная выплата процентов за пользование займом в размере 120% годовых от суммы полученного займа. После чего, П.10., не зная об умысле ФИО1 и ФИО2, направленном на хищение ее денежных средств, передала кассиру ООО «Финанс Групп+» Б.12 денежные средства в сумме 50 000 рублей в соответствии с заключенным договором процентного займа. Своими преступными действиями ФИО1 и ФИО2, похитили у П.10 денежные средства в сумме 50 000 рублей.</w:t>
      </w:r>
    </w:p>
    <w:p>
      <w:pPr>
        <w:pStyle w:val="Heading3"/>
      </w:pPr>
      <w:r>
        <w:rPr>
          <w:rFonts w:ascii="Times New Roman" w:hAnsi="Times New Roman" w:eastAsia="Times New Roman" w:cs="Times New Roman"/>
          <w:b/>
          <w:i w:val="0"/>
          <w:sz w:val="22"/>
        </w:rPr>
        <w:t>Пункт 172. Правовой анализ</w:t>
      </w:r>
    </w:p>
    <w:p>
      <w:pPr>
        <w:spacing w:after="120" w:before="160"/>
        <w:ind w:firstLine="720"/>
        <w:jc w:val="both"/>
      </w:pPr>
      <w:r>
        <w:rPr>
          <w:rFonts w:ascii="Times New Roman" w:hAnsi="Times New Roman" w:eastAsia="Times New Roman" w:cs="Times New Roman"/>
          <w:b/>
          <w:i w:val="0"/>
          <w:sz w:val="22"/>
        </w:rPr>
        <w:t xml:space="preserve">172. </w:t>
      </w:r>
      <w:r>
        <w:rPr>
          <w:rFonts w:ascii="Times New Roman" w:hAnsi="Times New Roman" w:eastAsia="Times New Roman" w:cs="Times New Roman"/>
          <w:b w:val="0"/>
          <w:i w:val="0"/>
          <w:sz w:val="22"/>
        </w:rPr>
        <w:t>С.8, 27 октября 2014 года, в дневное время, находясь по адресу: &lt;...&gt;, заключил с ООО «Финанс Групп+» в лице директора ФИО2, договор процентного займа № 123 от 27 октября 2014 года о передаче денежных средств в размере 200 000 рублей сроком на один год, в соответствии с которым, от имени ООО «Финанс Групп+» С.8 гарантировалась ежемесячная выплата процентов за пользование займом в размере 168% годовых от суммы полученного займа. После чего, С.8 передал кассиру ООО «Финанс Групп+» Б.13 денежные средства в сумме 200 000 рублей в соответствии с заключенным договором процентного займа. Своими преступными действиями ФИО1 и ФИО2 похитили у С.8 денежные средства в сумме 200 000 рублей.</w:t>
      </w:r>
    </w:p>
    <w:p>
      <w:pPr>
        <w:pStyle w:val="Heading3"/>
      </w:pPr>
      <w:r>
        <w:rPr>
          <w:rFonts w:ascii="Times New Roman" w:hAnsi="Times New Roman" w:eastAsia="Times New Roman" w:cs="Times New Roman"/>
          <w:b/>
          <w:i w:val="0"/>
          <w:sz w:val="22"/>
        </w:rPr>
        <w:t>Пункт 173. Правовой анализ</w:t>
      </w:r>
    </w:p>
    <w:p>
      <w:pPr>
        <w:spacing w:after="120" w:before="160"/>
        <w:ind w:firstLine="720"/>
        <w:jc w:val="both"/>
      </w:pPr>
      <w:r>
        <w:rPr>
          <w:rFonts w:ascii="Times New Roman" w:hAnsi="Times New Roman" w:eastAsia="Times New Roman" w:cs="Times New Roman"/>
          <w:b/>
          <w:i w:val="0"/>
          <w:sz w:val="22"/>
        </w:rPr>
        <w:t xml:space="preserve">173. </w:t>
      </w:r>
      <w:r>
        <w:rPr>
          <w:rFonts w:ascii="Times New Roman" w:hAnsi="Times New Roman" w:eastAsia="Times New Roman" w:cs="Times New Roman"/>
          <w:b w:val="0"/>
          <w:i w:val="0"/>
          <w:sz w:val="22"/>
        </w:rPr>
        <w:t>О.3, 27 октября 2014 года, в дневное время, находясь по адресу: &lt;...&gt;, заключила с ООО «Финанс Групп+» в лице директора ФИО2, договор процентного займа № 124 от 27 октября 2014 года о передаче денежных средств в размере 300 000 рублей сроком на четыре месяца, в соответствии с которым, от имени ООО «Финанс Групп+» О.3 гарантировалась ежемесячная выплата процентов за пользование займом в размере 120% годовых от суммы полученного займа. После чего, О.3, не зная об умысле ФИО1 и ФИО2, направленном на хищение ее денежных средств, передала кассиру ООО «Финанс Групп+» Б.13 денежные средства в сумме 300 000 рублей в соответствии с заключенным договором процентного займа. Своими преступными действиями ФИО1 и ФИО2 похитили у О.3 денежные средства в сумме 300 000 рублей.</w:t>
      </w:r>
    </w:p>
    <w:p>
      <w:pPr>
        <w:pStyle w:val="Heading3"/>
      </w:pPr>
      <w:r>
        <w:rPr>
          <w:rFonts w:ascii="Times New Roman" w:hAnsi="Times New Roman" w:eastAsia="Times New Roman" w:cs="Times New Roman"/>
          <w:b/>
          <w:i w:val="0"/>
          <w:sz w:val="22"/>
        </w:rPr>
        <w:t>Пункт 174. Правовой анализ</w:t>
      </w:r>
    </w:p>
    <w:p>
      <w:pPr>
        <w:spacing w:after="120" w:before="160"/>
        <w:ind w:firstLine="720"/>
        <w:jc w:val="both"/>
      </w:pPr>
      <w:r>
        <w:rPr>
          <w:rFonts w:ascii="Times New Roman" w:hAnsi="Times New Roman" w:eastAsia="Times New Roman" w:cs="Times New Roman"/>
          <w:b/>
          <w:i w:val="0"/>
          <w:sz w:val="22"/>
        </w:rPr>
        <w:t xml:space="preserve">174. </w:t>
      </w:r>
      <w:r>
        <w:rPr>
          <w:rFonts w:ascii="Times New Roman" w:hAnsi="Times New Roman" w:eastAsia="Times New Roman" w:cs="Times New Roman"/>
          <w:b w:val="0"/>
          <w:i w:val="0"/>
          <w:sz w:val="22"/>
        </w:rPr>
        <w:t>П.7, 28 октября 2014 года, в дневное время, находясь по адресу: &lt;...&gt;, заключил с ООО «Финанс Групп+» в лице директора ФИО2, договор процентного займа № 125 от 28 октября 2014 года о передаче денежных средств в размере 75 000 рублей сроком на два месяца, в соответствии с которым, от имени ООО «Финанс Групп+» П.7 гарантировалась ежемесячная выплата процентов за пользование займом в размере 96% годовых от суммы полученного займа. После чего, П.7 передал кассиру ООО «Финанс Групп+» Б.12 денежные средства в сумме 75 000 рублей в соответствии с заключенным договором процентного займа. Своими преступными действиями ФИО1 и ФИО2 похитили у П.7 денежные средства в сумме 75 000 рублей.</w:t>
      </w:r>
    </w:p>
    <w:p>
      <w:pPr>
        <w:pStyle w:val="Heading3"/>
      </w:pPr>
      <w:r>
        <w:rPr>
          <w:rFonts w:ascii="Times New Roman" w:hAnsi="Times New Roman" w:eastAsia="Times New Roman" w:cs="Times New Roman"/>
          <w:b/>
          <w:i w:val="0"/>
          <w:sz w:val="22"/>
        </w:rPr>
        <w:t>Пункт 175. Правовой анализ</w:t>
      </w:r>
    </w:p>
    <w:p>
      <w:pPr>
        <w:spacing w:after="120" w:before="160"/>
        <w:ind w:firstLine="720"/>
        <w:jc w:val="both"/>
      </w:pPr>
      <w:r>
        <w:rPr>
          <w:rFonts w:ascii="Times New Roman" w:hAnsi="Times New Roman" w:eastAsia="Times New Roman" w:cs="Times New Roman"/>
          <w:b/>
          <w:i w:val="0"/>
          <w:sz w:val="22"/>
        </w:rPr>
        <w:t xml:space="preserve">175. </w:t>
      </w:r>
      <w:r>
        <w:rPr>
          <w:rFonts w:ascii="Times New Roman" w:hAnsi="Times New Roman" w:eastAsia="Times New Roman" w:cs="Times New Roman"/>
          <w:b w:val="0"/>
          <w:i w:val="0"/>
          <w:sz w:val="22"/>
        </w:rPr>
        <w:t>Н.8, 28 октября 2014 года, в дневное время, находясь по адресу: &lt;...&gt;, заключил с ООО «Финанс Групп+» в лице директора ФИО2, договор процентного займа № 126 от 28 октября 2014 года о передаче денежных средств в размере 200 000 рублей сроком на один год, в соответствии с которым, от имени ООО «Финанс Групп+» Н.8 гарантировалась ежемесячная выплата процентов за пользование займом в размере 168% годовых от суммы полученного займа. После чего, Н.8 передал кассиру ООО «Финанс Групп+» Б.12 денежные средства в сумме 200 000 рублей в соответствии с заключенным договором процентного займа. Далее, Н.8, 30 октября 2014 года находясь в дополнительном офисе ООО «Финанс Групп+», расположенном по адресу: &lt;...&gt;, оформил страховой полис № 03097/10-2014 ЗАО «Страховая Компания «Финрос» на период действия договора процентного займа № 126 от 28 октября 2014 года, после чего передал кассиру ООО «Финанс Групп+» денежные средства в сумме 2 400 рублей за страхование вклада. Своими преступными действиями ФИО1 и ФИО2 похитили у Н.8 денежные средства в сумме 202 400 рублей.</w:t>
      </w:r>
    </w:p>
    <w:p>
      <w:pPr>
        <w:pStyle w:val="Heading3"/>
      </w:pPr>
      <w:r>
        <w:rPr>
          <w:rFonts w:ascii="Times New Roman" w:hAnsi="Times New Roman" w:eastAsia="Times New Roman" w:cs="Times New Roman"/>
          <w:b/>
          <w:i w:val="0"/>
          <w:sz w:val="22"/>
        </w:rPr>
        <w:t>Пункт 176. Правовой анализ</w:t>
      </w:r>
    </w:p>
    <w:p>
      <w:pPr>
        <w:spacing w:after="120" w:before="160"/>
        <w:ind w:firstLine="720"/>
        <w:jc w:val="both"/>
      </w:pPr>
      <w:r>
        <w:rPr>
          <w:rFonts w:ascii="Times New Roman" w:hAnsi="Times New Roman" w:eastAsia="Times New Roman" w:cs="Times New Roman"/>
          <w:b/>
          <w:i w:val="0"/>
          <w:sz w:val="22"/>
        </w:rPr>
        <w:t xml:space="preserve">176. </w:t>
      </w:r>
      <w:r>
        <w:rPr>
          <w:rFonts w:ascii="Times New Roman" w:hAnsi="Times New Roman" w:eastAsia="Times New Roman" w:cs="Times New Roman"/>
          <w:b w:val="0"/>
          <w:i w:val="0"/>
          <w:sz w:val="22"/>
        </w:rPr>
        <w:t>П., 28 октября 2014 года, в дневное время, находясь по адресу: &lt;...&gt;, заключил с ООО «Финанс Групп+» в лице директора ФИО2, договора процентного займа: № 127 от 28 октября 2014 года о передаче денежных средств в размере 200 000 рублей сроком на два месяца, в соответствии с которым, от имени ООО «Финанс Групп+» П. гарантировалась ежемесячная выплата процентов за пользование займом в размере 96% годовых от суммы полученного займа, № 128 от 28 октября 2014 года о передаче денежных средств в размере 180 000 рублей сроком на два месяца, в соответствии с которым, от имени ООО «Финанс Групп+» П. гарантировалась ежемесячная выплата процентов за пользование займом в размере 96% годовых от суммы полученного займа. После чего, П. передал кассиру ООО «Финанс Групп+» Б.12 денежные средства в сумме 380 000 рублей в соответствии с заключенными договорами процентного займа. Своими преступными действиями ФИО1 и ФИО2 похитили у П. денежные средства в сумме 380 000 рублей.</w:t>
      </w:r>
    </w:p>
    <w:p>
      <w:pPr>
        <w:pStyle w:val="Heading3"/>
      </w:pPr>
      <w:r>
        <w:rPr>
          <w:rFonts w:ascii="Times New Roman" w:hAnsi="Times New Roman" w:eastAsia="Times New Roman" w:cs="Times New Roman"/>
          <w:b/>
          <w:i w:val="0"/>
          <w:sz w:val="22"/>
        </w:rPr>
        <w:t>Пункт 177. Правовой анализ</w:t>
      </w:r>
    </w:p>
    <w:p>
      <w:pPr>
        <w:spacing w:after="120" w:before="160"/>
        <w:ind w:firstLine="720"/>
        <w:jc w:val="both"/>
      </w:pPr>
      <w:r>
        <w:rPr>
          <w:rFonts w:ascii="Times New Roman" w:hAnsi="Times New Roman" w:eastAsia="Times New Roman" w:cs="Times New Roman"/>
          <w:b/>
          <w:i w:val="0"/>
          <w:sz w:val="22"/>
        </w:rPr>
        <w:t xml:space="preserve">177. </w:t>
      </w:r>
      <w:r>
        <w:rPr>
          <w:rFonts w:ascii="Times New Roman" w:hAnsi="Times New Roman" w:eastAsia="Times New Roman" w:cs="Times New Roman"/>
          <w:b w:val="0"/>
          <w:i w:val="0"/>
          <w:sz w:val="22"/>
        </w:rPr>
        <w:t>О., 29 октября 2014 года, в дневное время, находясь по адресу: &lt;...&gt;, заключил с ООО «Финанс Групп+» в лице директора ФИО2, договор процентного займа № 129 от 29 октября 2014 года о передаче денежных средств в размере 100 000 рублей сроком на один год, в соответствии с которым, от имени ООО «Финанс Групп+» О. гарантировалась ежемесячная выплата процентов за пользование займом в размере 144% годовых от суммы полученного займа. После чего, О. передал кассиру ООО «Финанс Групп+» Б.12 денежные средства в сумме 100 000 рублей в соответствии с заключенным договором процентного займа. Далее, О., 30 октября 2014 года находясь в дополнительном офисе ООО «Финанс Групп+», расположенном по адресу: &lt;...&gt;, с целью оформления страхового полиса ЗАО «Страховая Компания «Финрос» на период действия договора процентного займа №129 от 29 октября 2014 года, передал кассиру ООО «Финанс Групп+» Б.12 денежные средства в сумме 1 200 рублей за страхование вклада. Своими преступными действиями ФИО1 и ФИО2 похитили у О. денежные средства в сумме 101 200 рублей.</w:t>
      </w:r>
    </w:p>
    <w:p>
      <w:pPr>
        <w:pStyle w:val="Heading3"/>
      </w:pPr>
      <w:r>
        <w:rPr>
          <w:rFonts w:ascii="Times New Roman" w:hAnsi="Times New Roman" w:eastAsia="Times New Roman" w:cs="Times New Roman"/>
          <w:b/>
          <w:i w:val="0"/>
          <w:sz w:val="22"/>
        </w:rPr>
        <w:t>Пункт 178. Правовой анализ</w:t>
      </w:r>
    </w:p>
    <w:p>
      <w:pPr>
        <w:spacing w:after="120" w:before="160"/>
        <w:ind w:firstLine="720"/>
        <w:jc w:val="both"/>
      </w:pPr>
      <w:r>
        <w:rPr>
          <w:rFonts w:ascii="Times New Roman" w:hAnsi="Times New Roman" w:eastAsia="Times New Roman" w:cs="Times New Roman"/>
          <w:b/>
          <w:i w:val="0"/>
          <w:sz w:val="22"/>
        </w:rPr>
        <w:t xml:space="preserve">178. </w:t>
      </w:r>
      <w:r>
        <w:rPr>
          <w:rFonts w:ascii="Times New Roman" w:hAnsi="Times New Roman" w:eastAsia="Times New Roman" w:cs="Times New Roman"/>
          <w:b w:val="0"/>
          <w:i w:val="0"/>
          <w:sz w:val="22"/>
        </w:rPr>
        <w:t>Н.7, 29 октября 2014 года, в дневное время, находясь по адресу: &lt;...&gt;, заключил с ООО «Финанс Групп+» в лице директора ФИО2, договор процентного займа № 130 от 29 октября 2014 года о передаче денежных средств в размере 150 000 рублей сроком на шесть месяцев, в соответствии с которым, от имени ООО «Финанс Групп+» Н.7 гарантировалась ежемесячная выплата процентов за пользование займом в размере 120% годовых от суммы полученного займа. После чего, Н.7 передал кассиру ООО «Финанс Групп+» Б.12 денежные средства в сумме 150 000 рублей в соответствии с заключенным договором процентного займа. Своими преступными действиями ФИО1 и ФИО2 похитили у Н.7 денежные средства в сумме 150 000 рублей.</w:t>
      </w:r>
    </w:p>
    <w:p>
      <w:pPr>
        <w:pStyle w:val="Heading3"/>
      </w:pPr>
      <w:r>
        <w:rPr>
          <w:rFonts w:ascii="Times New Roman" w:hAnsi="Times New Roman" w:eastAsia="Times New Roman" w:cs="Times New Roman"/>
          <w:b/>
          <w:i w:val="0"/>
          <w:sz w:val="22"/>
        </w:rPr>
        <w:t>Пункт 179. Правовой анализ</w:t>
      </w:r>
    </w:p>
    <w:p>
      <w:pPr>
        <w:spacing w:after="120" w:before="160"/>
        <w:ind w:firstLine="720"/>
        <w:jc w:val="both"/>
      </w:pPr>
      <w:r>
        <w:rPr>
          <w:rFonts w:ascii="Times New Roman" w:hAnsi="Times New Roman" w:eastAsia="Times New Roman" w:cs="Times New Roman"/>
          <w:b/>
          <w:i w:val="0"/>
          <w:sz w:val="22"/>
        </w:rPr>
        <w:t xml:space="preserve">179. </w:t>
      </w:r>
      <w:r>
        <w:rPr>
          <w:rFonts w:ascii="Times New Roman" w:hAnsi="Times New Roman" w:eastAsia="Times New Roman" w:cs="Times New Roman"/>
          <w:b w:val="0"/>
          <w:i w:val="0"/>
          <w:sz w:val="22"/>
        </w:rPr>
        <w:t>О.2, 30 октября 2014 года, в дневное время, находясь по адресу: &lt;...&gt;, заключила с ООО «Финанс Групп+» в лице директора ФИО2, договор процентного займа № 131 от 30 октября 2014 года о передаче денежных средств в размере 200 000 рублей сроком на один год, в соответствии с которым, от имени ООО «Финанс Групп+» О.2 гарантировалась ежемесячная выплата процентов за пользование займом в размере 168% годовых от суммы полученного займа. После чего, О.2 передала кассиру ООО «Финанс Групп+» Б.13 денежные средства в сумме 200 000 рублей в соответствии с заключенным договором процентного займа. Далее, О.2, 31 октября 2014 года находясь в дополнительном офисе ООО «Финанс Групп+», расположенном по адресу: &lt;...&gt;, оформила страховой полис № 03098/10-2014 ЗАО «Страховая Компания «Финрос» на период действия договора процентного займа №131 от 30 октября 2014 года, после чего передала кассиру ООО «Финанс Групп+» денежные средства в сумме 2 400 рублей за страхование вклада. Своими преступными действиями ФИО1 и ФИО2 похитили у О.2 денежные средства в сумме 202 400 рублей.</w:t>
      </w:r>
    </w:p>
    <w:p>
      <w:pPr>
        <w:pStyle w:val="Heading3"/>
      </w:pPr>
      <w:r>
        <w:rPr>
          <w:rFonts w:ascii="Times New Roman" w:hAnsi="Times New Roman" w:eastAsia="Times New Roman" w:cs="Times New Roman"/>
          <w:b/>
          <w:i w:val="0"/>
          <w:sz w:val="22"/>
        </w:rPr>
        <w:t>Пункт 180. Правовой анализ</w:t>
      </w:r>
    </w:p>
    <w:p>
      <w:pPr>
        <w:spacing w:after="120" w:before="160"/>
        <w:ind w:firstLine="720"/>
        <w:jc w:val="both"/>
      </w:pPr>
      <w:r>
        <w:rPr>
          <w:rFonts w:ascii="Times New Roman" w:hAnsi="Times New Roman" w:eastAsia="Times New Roman" w:cs="Times New Roman"/>
          <w:b/>
          <w:i w:val="0"/>
          <w:sz w:val="22"/>
        </w:rPr>
        <w:t xml:space="preserve">180. </w:t>
      </w:r>
      <w:r>
        <w:rPr>
          <w:rFonts w:ascii="Times New Roman" w:hAnsi="Times New Roman" w:eastAsia="Times New Roman" w:cs="Times New Roman"/>
          <w:b w:val="0"/>
          <w:i w:val="0"/>
          <w:sz w:val="22"/>
        </w:rPr>
        <w:t>О.5, 30 октября 2014 года, в дневное время, находясь по адресу: &lt;...&gt;, заключила с ООО «Финанс Групп+» в лице директора ФИО2, договор процентного займа № 132 от 30 октября 2014 года о передаче денежных средств в размере 50 000 рублей сроком на шесть месяцев, в соответствии с которым, от имени ООО «Финанс Групп+» О.5 гарантировалась ежемесячная выплата процентов за пользование займом в размере 120% годовых от суммы полученного займа. После чего, О.5 передала кассиру ООО «Финанс Групп+» Б.13 денежные средства в сумме 50 000 рублей в соответствии с заключенным договором процентного займа. Своими преступными действиями ФИО1 и ФИО2 похитили у О.5 денежные средства в сумме 50 000 рублей.</w:t>
      </w:r>
    </w:p>
    <w:p>
      <w:pPr>
        <w:pStyle w:val="Heading3"/>
      </w:pPr>
      <w:r>
        <w:rPr>
          <w:rFonts w:ascii="Times New Roman" w:hAnsi="Times New Roman" w:eastAsia="Times New Roman" w:cs="Times New Roman"/>
          <w:b/>
          <w:i w:val="0"/>
          <w:sz w:val="22"/>
        </w:rPr>
        <w:t>Пункт 181. Правовой анализ</w:t>
      </w:r>
    </w:p>
    <w:p>
      <w:pPr>
        <w:spacing w:after="120" w:before="160"/>
        <w:ind w:firstLine="720"/>
        <w:jc w:val="both"/>
      </w:pPr>
      <w:r>
        <w:rPr>
          <w:rFonts w:ascii="Times New Roman" w:hAnsi="Times New Roman" w:eastAsia="Times New Roman" w:cs="Times New Roman"/>
          <w:b/>
          <w:i w:val="0"/>
          <w:sz w:val="22"/>
        </w:rPr>
        <w:t xml:space="preserve">181. </w:t>
      </w:r>
      <w:r>
        <w:rPr>
          <w:rFonts w:ascii="Times New Roman" w:hAnsi="Times New Roman" w:eastAsia="Times New Roman" w:cs="Times New Roman"/>
          <w:b w:val="0"/>
          <w:i w:val="0"/>
          <w:sz w:val="22"/>
        </w:rPr>
        <w:t>С.1, 31 октября 2014 года, в дневное время, находясь по адресу: &lt;...&gt;, заключила с ООО «Финанс Групп+» в лице директора ФИО2, договор процентного займа № 134 от 31 октября 2014 года о передаче денежных средств в размере 100 000 рублей сроком на один год, в соответствии с которым, от имени ООО «Финанс Групп+» С.1 гарантировалась ежемесячная выплата процентов за пользование займом в размере 144% годовых от суммы полученного займа. После чего, С.1 передала кассиру ООО «Финанс Групп+» Б.13 денежные средства в сумме 100 000 рублей в соответствии с заключенным договором процентного займа. Своими преступными действиями ФИО1 и ФИО2 похитили у С.1 денежные средства в сумме 100 000 рублей.</w:t>
      </w:r>
    </w:p>
    <w:p>
      <w:pPr>
        <w:pStyle w:val="Heading3"/>
      </w:pPr>
      <w:r>
        <w:rPr>
          <w:rFonts w:ascii="Times New Roman" w:hAnsi="Times New Roman" w:eastAsia="Times New Roman" w:cs="Times New Roman"/>
          <w:b/>
          <w:i w:val="0"/>
          <w:sz w:val="22"/>
        </w:rPr>
        <w:t>Пункт 182. Правовой анализ</w:t>
      </w:r>
    </w:p>
    <w:p>
      <w:pPr>
        <w:spacing w:after="120" w:before="160"/>
        <w:ind w:firstLine="720"/>
        <w:jc w:val="both"/>
      </w:pPr>
      <w:r>
        <w:rPr>
          <w:rFonts w:ascii="Times New Roman" w:hAnsi="Times New Roman" w:eastAsia="Times New Roman" w:cs="Times New Roman"/>
          <w:b/>
          <w:i w:val="0"/>
          <w:sz w:val="22"/>
        </w:rPr>
        <w:t xml:space="preserve">182. </w:t>
      </w:r>
      <w:r>
        <w:rPr>
          <w:rFonts w:ascii="Times New Roman" w:hAnsi="Times New Roman" w:eastAsia="Times New Roman" w:cs="Times New Roman"/>
          <w:b w:val="0"/>
          <w:i w:val="0"/>
          <w:sz w:val="22"/>
        </w:rPr>
        <w:t>С.10, 1 ноября 2014 года, в дневное время, находясь по адресу: &lt;...&gt;, заключила с ООО «Финанс Групп+» в лице директора ФИО2, договор процентного займа № 136 от 1 ноября 2014 года о передаче денежных средств в размере 200 000 рублей сроком на один год, в соответствии с которым, от имени ООО «Финанс Групп+» С.10 гарантировалась ежемесячная выплата процентов за пользование займом в размере 168% годовых от суммы полученного займа. После чего, С.10 передала кассиру ООО «Финанс Групп+» Б.12 денежные средства в сумме 200 000 рублей в соответствии с заключенным договором процентного займа. Своими преступными действиями ФИО1 и ФИО2 похитили у С.10 денежные средства в сумме 200 000 рублей.</w:t>
      </w:r>
    </w:p>
    <w:p>
      <w:pPr>
        <w:pStyle w:val="Heading3"/>
      </w:pPr>
      <w:r>
        <w:rPr>
          <w:rFonts w:ascii="Times New Roman" w:hAnsi="Times New Roman" w:eastAsia="Times New Roman" w:cs="Times New Roman"/>
          <w:b/>
          <w:i w:val="0"/>
          <w:sz w:val="22"/>
        </w:rPr>
        <w:t>Пункт 183. Правовой анализ</w:t>
      </w:r>
    </w:p>
    <w:p>
      <w:pPr>
        <w:spacing w:after="120" w:before="160"/>
        <w:ind w:firstLine="720"/>
        <w:jc w:val="both"/>
      </w:pPr>
      <w:r>
        <w:rPr>
          <w:rFonts w:ascii="Times New Roman" w:hAnsi="Times New Roman" w:eastAsia="Times New Roman" w:cs="Times New Roman"/>
          <w:b/>
          <w:i w:val="0"/>
          <w:sz w:val="22"/>
        </w:rPr>
        <w:t xml:space="preserve">183. </w:t>
      </w:r>
      <w:r>
        <w:rPr>
          <w:rFonts w:ascii="Times New Roman" w:hAnsi="Times New Roman" w:eastAsia="Times New Roman" w:cs="Times New Roman"/>
          <w:b w:val="0"/>
          <w:i w:val="0"/>
          <w:sz w:val="22"/>
        </w:rPr>
        <w:t>С.12, 10 ноября 2014 года, в дневное время, находясь по адресу: &lt;...&gt;, заключила с ООО «Финанс Групп+» в лице директора ФИО2, договор процентного займа № 139 от 10 ноября 2014 года о передаче денежных средств в размере 300 000 рублей сроком на один год, в соответствии с которым, от имени ООО «Финанс Групп+» С.12 гарантировалась ежемесячная выплата процентов за пользование займом в размере 168% годовых от суммы полученного займа, а также оформила страховой полис № 03100/10-2014 ЗАО «Страховая Компания «Финрос» на период действия договора процентного займа. После чего, С.12 передала кассиру ООО «Финанс Групп+» Б.11 денежные средства в сумме 300 000 рублей в соответствии с заключенным договором процентного займа, денежные средства в сумме 3 600 рублей за страхование вклада, а всего на общую сумму 303 600 рублей. Своими преступными действиями ФИО1 и ФИО2 похитили у С.12 денежные средства в сумме 303 600 рублей.</w:t>
      </w:r>
    </w:p>
    <w:p>
      <w:pPr>
        <w:pStyle w:val="Heading3"/>
      </w:pPr>
      <w:r>
        <w:rPr>
          <w:rFonts w:ascii="Times New Roman" w:hAnsi="Times New Roman" w:eastAsia="Times New Roman" w:cs="Times New Roman"/>
          <w:b/>
          <w:i w:val="0"/>
          <w:sz w:val="22"/>
        </w:rPr>
        <w:t>Пункт 184. Правовой анализ</w:t>
      </w:r>
    </w:p>
    <w:p>
      <w:pPr>
        <w:spacing w:after="120" w:before="160"/>
        <w:ind w:firstLine="720"/>
        <w:jc w:val="both"/>
      </w:pPr>
      <w:r>
        <w:rPr>
          <w:rFonts w:ascii="Times New Roman" w:hAnsi="Times New Roman" w:eastAsia="Times New Roman" w:cs="Times New Roman"/>
          <w:b/>
          <w:i w:val="0"/>
          <w:sz w:val="22"/>
        </w:rPr>
        <w:t xml:space="preserve">184. </w:t>
      </w:r>
      <w:r>
        <w:rPr>
          <w:rFonts w:ascii="Times New Roman" w:hAnsi="Times New Roman" w:eastAsia="Times New Roman" w:cs="Times New Roman"/>
          <w:b w:val="0"/>
          <w:i w:val="0"/>
          <w:sz w:val="22"/>
        </w:rPr>
        <w:t>О.7, заблуждаясь относительно действительных намерений финансового менеджера ФИО1, директора ООО «Финанс Групп+» ФИО2, 13 ноября 2014 года, в дневное время, находясь по адресу: &lt;...&gt;, заключила с ООО «Финанс Групп+» в лице директора ФИО2, договор процентного займа № 142 от 13 ноября 2014 года о передаче денежных средств в размере 50 000 рублей сроком на шесть месяцев, в соответствии с которым, от имени ООО «Финанс Групп+» О.7 гарантировалась ежемесячная выплата процентов за пользование займом в размере 120% годовых от суммы полученного займа. После чего, О.7 передала кассиру ООО «Финанс Групп+» Б.13 денежные средства в сумме 50 000 рублей в соответствии с заключенным договором процентного займа. Своими преступными действиями ФИО1 и ФИО2 похитили у О.7 денежные средства в сумме 50 000 рублей.</w:t>
      </w:r>
    </w:p>
    <w:p>
      <w:pPr>
        <w:pStyle w:val="Heading3"/>
      </w:pPr>
      <w:r>
        <w:rPr>
          <w:rFonts w:ascii="Times New Roman" w:hAnsi="Times New Roman" w:eastAsia="Times New Roman" w:cs="Times New Roman"/>
          <w:b/>
          <w:i w:val="0"/>
          <w:sz w:val="22"/>
        </w:rPr>
        <w:t>Пункт 185. Выводы</w:t>
      </w:r>
    </w:p>
    <w:p>
      <w:pPr>
        <w:spacing w:after="120" w:before="160"/>
        <w:ind w:firstLine="720"/>
        <w:jc w:val="both"/>
      </w:pPr>
      <w:r>
        <w:rPr>
          <w:rFonts w:ascii="Times New Roman" w:hAnsi="Times New Roman" w:eastAsia="Times New Roman" w:cs="Times New Roman"/>
          <w:b/>
          <w:i w:val="0"/>
          <w:sz w:val="22"/>
        </w:rPr>
        <w:t xml:space="preserve">185. </w:t>
      </w:r>
      <w:r>
        <w:rPr>
          <w:rFonts w:ascii="Times New Roman" w:hAnsi="Times New Roman" w:eastAsia="Times New Roman" w:cs="Times New Roman"/>
          <w:b w:val="0"/>
          <w:i w:val="0"/>
          <w:sz w:val="22"/>
        </w:rPr>
        <w:t>П.5, 14 ноября 2014 года, в дневное время, находясь по адресу: &lt;...&gt;, заключил с ООО «Финанс Групп+» в лице директора ФИО2, договор процентного займа № 143 от 14 ноября 2014 года о передаче денежных средств в размере 400 000 рублей сроком на один год, в соответствии с которым, от имени ООО «Финанс Групп+» П.5 гарантировалась ежемесячная выплата процентов за пользование займом в размере 168% годовых от суммы полученного займа, а также оформил страховой полис № 03113/10-2014 ЗАО «Страховая Компания «Финрос» на период действия договора процентного займа. После чего, П.5 передал кассиру ООО «Финанс Групп+» Б.13 денежные средства в сумме 400 000 рублей в соответствии с заключенным договором процентного займа, денежные средства в сумме 8 000 рублей за страхование вклада, а всего на общую сумму 408 000 рублей. Своими преступными действиями ФИО1 и ФИО2 похитили у П.5 денежные средства в сумме 408 000 рублей.</w:t>
      </w:r>
    </w:p>
    <w:p>
      <w:pPr>
        <w:pStyle w:val="Heading3"/>
      </w:pPr>
      <w:r>
        <w:rPr>
          <w:rFonts w:ascii="Times New Roman" w:hAnsi="Times New Roman" w:eastAsia="Times New Roman" w:cs="Times New Roman"/>
          <w:b/>
          <w:i w:val="0"/>
          <w:sz w:val="22"/>
        </w:rPr>
        <w:t>Пункт 186. Правовой анализ</w:t>
      </w:r>
    </w:p>
    <w:p>
      <w:pPr>
        <w:spacing w:after="120" w:before="160"/>
        <w:ind w:firstLine="720"/>
        <w:jc w:val="both"/>
      </w:pPr>
      <w:r>
        <w:rPr>
          <w:rFonts w:ascii="Times New Roman" w:hAnsi="Times New Roman" w:eastAsia="Times New Roman" w:cs="Times New Roman"/>
          <w:b/>
          <w:i w:val="0"/>
          <w:sz w:val="22"/>
        </w:rPr>
        <w:t xml:space="preserve">186. </w:t>
      </w:r>
      <w:r>
        <w:rPr>
          <w:rFonts w:ascii="Times New Roman" w:hAnsi="Times New Roman" w:eastAsia="Times New Roman" w:cs="Times New Roman"/>
          <w:b w:val="0"/>
          <w:i w:val="0"/>
          <w:sz w:val="22"/>
        </w:rPr>
        <w:t>П.6, 18 ноября 2014 года, в дневное время, находясь по адресу: &lt;...&gt;, заключил с ООО «Финанс Групп+» в лице директора ФИО2, договор процентного займа № 145 от 18 ноября 2014 года о передаче денежных средств в размере 60 000 рублей сроком на шесть месяцев, в соответствии с которым, от имени ООО «Финанс Групп+» П.6 гарантировалась ежемесячная выплата процентов за пользование займом в размере 120% годовых от суммы полученного займа, а также оформил страховой полис № 03114/10-2014 ЗАО «Страховая Компания «Финрос» на период действия договора процентного займа. После чего, П.6 передал кассиру ООО «Финанс Групп+» Б.13 денежные средства в сумме 60 000 рублей в соответствии с заключенным договором процентного займа, денежные средства в сумме 1 200 рублей за страхование вклада, а всего на общую сумму 61 200 рублей. Своими преступными действиями ФИО1 и ФИО2 похитили у П.6 денежные средства в сумме 61 200 рублей. Допрошенный в судебном заседании подсудимый ФИО1 вину не признал, показал, что он работал в ООО «Финанс Групп+» по трудовому договору, пригласило его на работу иное лицо, в дальнейшем директором стал ФИО2, ФИО1 не знал, что деятельность организации незаконна, руководили организаций ФИО2 и иное лицо, ФИО1 только выполнял их указания, деньги отдавал на расчетный счет, иному лицу и ФИО2, на договорах займа ставили факсимиле иного лица, а затем ФИО2 Деньги на выдачу процентов выдывали из полученных денег от граждан, вносивших их по договорам займа. Допрошенный в судебном заседании подсудимый ФИО2 вину не признал, показал, что он был формальным учредителем и директором организации, получая за это фиксированное вознаграждение, фактически руководил всем ФИО1, который и предложил ему эту работу, ФИО1 пользовался его электронной подписью в системе «Банк-Клиент», попросил его сделать факсимиле подписи, которое проставлялось на договорах займа, иное лицо ФИО2 видел только один раз, когда оформлялось внесение изменений в учредительные документы ООО «Финанс Групп+», при этом ФИО1 работал не один, его руковдителем было неизвестное ФИО2 лицо, находящееся в г. Москве. По просьбе ФИО1 ФИО2 попросил своего соседа А. подписать документы, что он якобы получил более 40 миллионов рублей в качестве займа в ООО «Финанс Групп+», фактически он эти деньги не получал. Допрошенный в судебном заседании В.1 показал, что являлся формальным директором в организации, зарегистрированной ФИО1 на него, по просьбе ФИО1 он сделал факсимиле своей подписи, в дальнейшем данную организацию оформили на ФИО2, к деятельности организации отношения не имел. Все допрошенные в судебном заседании потерпевшие, вносившие денежные средства в офис ООО «Финанс Групп+», расположенный в городе Казани, показали, что денежные средства у них принимал либо ФИО1, либо сотрудники ООО «Финанс Групп+», которые также предлагали страховать вклад, договоры были либо уже подписаны, либо на них проставлялось факсимиле. Потерпевший М.13 показал, что деньги у него принимал ФИО2 – 22 октября 2014 года. При этом, потерпевшие В.2, Д.7, Ж.1, З.5, В.3, А.2, Г.4, Л.5 в судебном заседании показали, что ФИО1 объяснял высокие ставки по договору высокодоходным бизнесом, связанным с такси, арендой автомобилей, строительством. Потерпевшая Д.7 показала в судебном заседании, что на дверях офиса ООО «Финанс Групп+» было указано, что организация является КПК – кредитным потребительским кооперативом. Потерпевшая Л.1 в судебном заседании показала, что ФИО2 ей по телефону говорил, что ООО «Финанс Групп+» занимается строительством и арендой автомобилей. Свидетель Б.4 – сотрудник ООО «Финанс Групп+» в судебном заседании показала, что работала в данной организации с апреля по осень 2014 года, иное лицо было директором, у организации было два офиса: в г. Казани и г. Н. Новгород, договоры подписывались с использованием факсимиле, ФИО1 представлялся менеджером, как правило он принимал деньги у граждан, в дальнейшем оказалось, что ООО «Финанс Групп+» не являлось микрофинансовой организацией, займ оформили только один раз по указанию ФИО1, все полученные от граждан деньги забирал ФИО1, несмотря на то, что он не являлся директором. Более того, когда Б.4 узнала о том, что у директора ООО «Финанс Групп+» - иного лица, имеется большая задолженность по алиментам, она сообщила об этом ФИО1 и вскоре директор в организации сменился на ФИО2 По указанию ФИО1, в выдаваемых квитанциях – приходных кассовых ордерах, сотрудники организации, принимавшие деньги от граждан, подписывались под другой фамилией. Свидетель Р.4 в судебном заседании показал, что работал в ООО «Финанс Групп+» - размещал рекламу, один раз выезжал в г. Н. Новгород с ФИО2, который был в это время директором, но указания в основном давал ФИО1, Из оглашенных с согласия сторон показаний свидетелей В.4 Б.12, В.5, Б.11, Б.13 – сотрудников офиса ООО «Финанс Групп+» в г. Н.Новгород, данных ими ходе предварительного расследования, следует, что их непосредственным руководителем был ФИО2, выплаты процентов гражданам выплачивались из тех же денег, что были получены от граждан по заключенным договорам и находящимся в кассе (т.32, л.д. 50-55, 57-62, 66-72, 76-81, 85-90). Из оглашенных с согласия сторон показаний свидетеля В.6 – сотрудника ОАО «Страховая компания «ФИНРОС», данных им ходе предварительного расследования, следует, что с 2014 года в офис ЗАО «Страховая компания «ФИНРОС» стали поступать звонки от граждан, которые сообщали, что ими были заключены договора займа с ООО «Финанс Групп+», и что данные сделки были застрахованы и у них на руках имеются страховые полисы их компании. При проверке данных полисов было установлено, что полисы действительно являются подлинными, однако были выданы страховому агенту ООО «Инвест Рента». По полисам, выданным ООО «Инвест Рента» может пояснить, что данный вид страхования предусматривает наступление страхового случая, при следующих событиях: - неплатежеспособность кредитной организации, используемой кооперативом для размещения своих денежных средств, в том числе на основании договора банковского счета. Данное событие предусматривает, что страховой случай возникает в случае, когда банк, либо иная кредитная организация, в которой хранились денежные средства кооператива (или микрофинансовой организации) признана на основании решения суда банкротом, - стихийное бедствие, как то: пожар, наводнение, землетрясение, взрыв, авария; - наложение ареста на денежные средства кооператива. Банкротство самого кредитного кооператива, либо микрофинансовой организации не является страховым случаем (т.33, л.д.16-17). Следовательно, заключение договоров страхования фактически явилось лишь одним из средств для привлечения как можно большего числа граждан, а не реальной гарантией возврата им денежных средств. Из оглашенных с согласия сторон показаний свидетеля Р.2, данных им в ходе предварительного расследования, следует, что он ездил с ФИО2 и Р.4 открывать офис ООО «Финанс Групп+» в г. Н. Новгород, в дальнейшем по просьбе ФИО2 забирал из офиса деньги и отвозил ФИО2 (т. 32, 165-167, 38 л.д.21-25) Из оглашенных с согласия сторон показаний свидетеля А., данных им в ходе предварительного расследования, следует, что он являлся соседом ФИО2, который осенью 2014 года предложил ему подписать какие-то документы, за что заплатил 5000 рублей. А. подтвердил свою подпись на предъявленных ему копиях договоров денежного займа от 18 сентября 2014 года и 1 октября 2014 года (т.39, л.д. 156). Виновность подсудимых подтверждается исследованными судом копиями договоров займа, графиками платежей, приходно-кассовыми ордерами, копия актов приема-передачи денежных средств от ФИО1 – ФИО2, учредительными документами ООО «Финанс Групп+». В ходе судебного следствия подсудимые не отрицали осуществление самой деятельности ООО «Финанс Групп+», принятие денежных среств от граждан, процедуру оформления документов, размещение рекламы. Совокупность исследованных судом доказательств и их оценка с точки зрения достоверности, относимости с другими доказательствами, допустимости и достаточности позволяют суду сделать вывод, что вина подсудимых в содеянном является установленной. ООО «Финанс Групп+» не являлось финансовой организацией и не имело право принимать вклады как указано в рекламном буклете (т.55, л.д. 70), принимаемые от граждан средства принимались в качестве займа, т.о. займодавцы - клиенты общества были введены в заблуждение путем обмана о деятельности и правовом статусе общества. Никакой деятельности, приносящий прибыль, позволяющей выплачивать высокие проценты по заключенным договорам ООО «Финанс Групп+» не осуществляло, проценты по заключенным договорам выплачивались за счет поступивших от граждан денежных средств, о чем дали показания сотрудники ООО «Финанс Групп+» и сам подсудимый ФИО1 По указанию ФИО1 в квитанциях о внесенных денежных средствах сотрудники организации ставили вымышленные фамилии. Займ организацией был выдан один раз на подставное лицо. Изложенное приводит суд к убеждению о том, что ООО «Финанс Групп+» было создано не в целях осуществления предпринимательской деятельности, а качестве прикрытия при совершении хищений чужого имущества. При этом, суд приходит к выводу о необходимости исключения из предъявленного обвинения квалифицирующих признаков «организованная группа» и «лицом с использованием своего служебного положения» в силу следующего. Согласно части 3 статьи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Об устойчивости и организованности группы свидетельствуют стабильность ее состава и организационных структур, тесная взаимосвязь между членами, согласованность их действий, постоянство форм и методов преступной деятельности. Организованная группа характеризуется наличием организатора и заранее разработанного плана совместной преступной деятельности. Наличие признака устойчивости означает, что участников организованной группы объединяет цель совместного совершения множества преступлений в течение продолжительного периода времени. Однако конкретных и объективных доказательств, подтверждающих совершение подсудимыми ФИО1, ФИО2 и иным лицом преступления именно в составе организованной группы, стороной обвинения не приведено, в ходе предварительного следствия и в судебном заседании подсудимые отрицали совершение преступлений в составе организованной группы. В соответствии с положениями статьи 14 УПК РФ все неустранимые сомнения в виновности обвиняемого толкуются в его пользу. Суд приходит к выводу о том, что обстоятельства совершения преступлений, установленные в судебном заседании свидетельствуют о том, что преступление было совершено ФИО1, ФИО2 и иным лицом группой лиц по предварительному сговору по следующим основаниям. Как показали в судебном заседании сами подсудимые, их незаконные действия были согласованы, роли четко распределены между собой, каждый из подсудимых выполнял строго отведенную ему роль, в своих показаниях и ФИО1 и ФИО2 не отрицают того факта, что роли для совершения преступлений они распределили заранее. Под лицами, использующими свое служебное положение при совершении мошенничества следует понимать либо должностных лиц, постоянно, временно или по специальному полномочию осуществляющих функции представителя власти либо выполняющих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либо лиц, выполняющих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или выполняющих функции единоличного исполнительного органа, члена совета директоров или иного коллегиального исполнительного органа, а также постоянно, временно либо по специальному полномочию выполняющих организационно-распорядительные или административно-хозяйственные функции в этих организациях, созданных и действующих во всех случаях легально, сообразно установленным для них целям и задачам и в соответствии с нормами гражданского законодательства, ни под одну из названных категорий лиц подсудимые не попадают, поскольку, суд признает доказанным, что ООО «Финанс Групп+» была создана с целью незаконного обогащения. Доводы подсудимых ФИО1, ФИО2 о невиновности в инкриминируемом им преступлении, отсутствии сговора на хищение денежных средств, суд отвергает по следующим основаниям. Как потерпевшие по делу, вложившие денежные средства в офисе ООО «Финанс Групп+» в г. Казани, так и сотрудник данного офиса Б.4 показали, что именно ФИО1 реально руководил данным обществом, давал указания сотрудникам, выдавал и принимал денежные средства. Как следует из оглашенных и приведенных выше в приговоре показаний сотрудников ООО «Финанс Групп+» в г. Н. Новгород, ФИО2 руководил офисом в данном городе, он также привлекал клиентов и в офис общества в г. Казани, так, потерпевшая Л.1 в судебном заседании показала, что ФИО2 ей по телефону говорил, что ООО «Финанс Групп+» занимается строительством и арендой автомобилей, как показал в суде свидетель М.13, именно ФИО2 принимал у него денежные средства 22 октября 2014 года. Действия ФИО1 и ФИО2 суд квалифицирует по части 4 статьи 159 УК РФ (в редакции ФЗ от 7 марта 2011 года № 26-ФЗ) – мошенничество, то есть хищение чужого имущества путем обмана, совершенное группой лиц по предарительному сговору, в особо крупном размере. Довод стороны защиты о том, что уголовный закон дополнен статьей 172.2 УК РФ , которая установила ответственность за организацию деятельности по привлечению денежных средств и (или) иного имущества, однако стороной обвинения данный вопрос не разрешался, суд находит не состоятельным, поскольку состав данного преступления имеет иную объективную сторону, тогда как умысел подсудимых был направлен на хищение денежных средств. Хищение денежных средств в виде мошенничества - это форма хищения чужого имущества, отнесенная к преступлениям с материальным составом, в объективную сторону которого, в качестве обязательного признака входят общественно опасные последствия, состоящие в причинении собственнику реального материального ущерба, в связи с чем, поскольку часть вкладчиков ООО «Финанс Групп+» получали начисленные проценты, соглашаясь с доводами защитника, суд исключает, сумму полученных процентов из суммы причиненного ущерба. Подсчет общей суммы ущерба, произведенный судом, является простым математическим действием, не требующий специальных познаний для назначения экспертизы. С учетом исследованных в суде данных о личности подсудимых ФИО1, ФИО2, последовательно дающих в судебном заседании показания, участвующих в прениях, выступающих с последним словом, суд признает их вменяемыми и подлежащими уголовной ответственности и наказанию. При назначении вида и меры наказания суд учитывает характер и степень общественной опасности преступления, и личность виновных, в том числе обстоятельства, смягчающие и отягчающие наказание, а также влияние назначенного наказания на исправление осужденных и на условия жизни их семьи, положения статьи 67 УК РФ . В качестве смягчающих наказание обстоятельств ФИО1 суд учитывает состояние его здоровья и его близких родственников, наличие на иждивении малолетнего ребенка, частичное признание вины в фактических обстоятельствах дела. Обстоятельств, отягчающих наказание ФИО1 не имеется. В качестве смягчающих наказание обстоятельств ФИО2 суд учитывает состояние его здоровья и его близких родственников, наличие на иждивении малолетнего ребенка, активное способствование изобличению и уголовному преследованию других соучастников преступления, частичное признание вины в фактических обстоятельствах дела. Обстоятельством, отягчающим наказание ФИО2 является опасный рецидив, в связи с чем, при назначении наказания подсудимому ФИО2 суд учитывает так же положения частей 1, 2 статьи 68 УК РФ . Учитывая обстоятельства дела, принимая во внимание данные о личности подсудимых, суд считает возможным достижение целей наказания только путем назначения наказания, связанного с временной изоляцией подсудимых от общества с последующим ограничением свободы и назначением штрафа, определяемого судом с учетом положений части 3 статьи 46 УК РФ . Местом отбывания лишения свободы, в соответствии со статьей 58 УК РФ , подсудимому ФИО1 следует назначить исправительную колонию общего режима, ФИО2 исправительную колонию строгого режима. Исключительных обстоятельств, связанных с целью и мотивом совершенного преступления, либо с поведением подсудимых во время совершения преступлений или после его совершения, существенно уменьшающих степень общественной опасности содеянного и дающих основание для применения в отношении подсудимых положений статей 64 УК РФ , изменения в порядке части 6 статьи 15 УК РФ категории преступления, на менее тяжкую, применения положений части 3 статьи 68 УК РФ в отношении подсудимого ФИО2 суд не усматривает, оснований для постановления приговора без назначения наказания или освобождения от наказания, замены наказания в виде лишения свободы принудительными работами в порядке, установленном статьей 53.1 УК РФ так же не имеется. Учитывая, что часть потерпевших по уголовному делу уже обращались в суд с требованиями о взыскании денежных средств, необходимостью в связи с этим, проведения дополнительных расчетов, связанных с гражданскими исками, суд признает за гражданскими истцами право на удовлетворение гражданских исков и передает вопрос о размере возмещения гражданских исков для рассмотрения в порядке гражданского судопроизводства. В силу статьи 132 УПК РФ с подсудимого ФИО2 в доход государства подлежат взысканию процессуальные издержки в размере 24500 рублей, данных об обстоятельствах, являющихся основанием для освобождения его от уплаты процессуальных издержек суду не предоставлено, процессуальных издержек в отношении подсудимого ФИО1 не имеется. Наложенный арест на имущество подсудимых подлежит сохранению до решения вопроса о возможности обращения на него взыскания в порядке исполнения приговора и исполнения гражданских исков. На основании изложенного и руководствуясь статьями 304, 307 - 309 Уголовно-процессуального кодекса Российской Федерации, ПРИГОВОРИЛ: Признать ФИО1 и ФИО2 виновными в совершении преступления, предусмотренного частью 4 статьи 159 УК РФ (в редакции ФЗ от 7 марта 2011 года № 26-ФЗ) и назначить им наказание: ФИО1 в виде лишения свободы сроком на 4 года с отбыванием наказания в исправительной колонии общего режима с ограничением свободы сроком на 1 год 11 месяцев со штрафом в размере 700 000 рублей. В силу статьи 53 УК РФ установить ФИО1 следующие ограничения свободы: - не уходить из места постоянного проживания (пребывания) с 22.00 по 06.00 часов следующего дня, - не выезжать за пределы территории муниципального образования, где осужденный будет проживать после отбывания лишения свободы, - не изменять место жительства (пребывания), место работы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ФИО1 в период ограничения свободы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четыре раза в месяц для регистрации. ФИО2 в виде лишения свободы сроком на 3 года 6 месяцев с отбыванием наказания в исправительной колонии строгого режима с ограничением свободы 1 год 6 месяцев со штрафом в размере 400 000 рублей. В силу статьи 53 УК РФ установить ФИО2 следующие ограничения свободы: - не уходить из места постоянного проживания (пребывания) с 22.00 по 06.00 часов следующего дня, - не выезжать за пределы территории муниципального образования, где осужденный будет проживать после отбывания лишения свободы, - не изменять место жительства (пребывания), место работы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ФИО2 в период ограничения свободы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четыре раза в месяц для регистрации. Меру пресечения ФИО1 и ФИО2 в виде заключения под стражей продлить до вступления приговора в законную силу. Срок наказания исчислять с 28 августа 2017 года. В силу части 3 статьи 72 УК РФ зачесть в срок отбывания наказания ФИО1 срок его содержания под стражей с 28 декабря 2015 года по 27 августа 2017 года, ФИО2 срок его содержания под стражей с 25 декабря 2015 года по 27 августа 2017 года, из расчета один день нахождения под стражей за один день лишения свободы. Признать за гражданскими истцами право на удовлетворение гражданских исков и передать вопрос о размере возмещения гражданских исков для рассмотрения в порядке гражданского судопроизводства. В силу статьи 115 УПК РФ арест на имущество - жилое помещение, площадью 31,9 кв.м., а именно комнаты &lt;номер изъят&gt;, &lt;номер изъят&gt; в &lt;адрес изъят&gt;, где 1/3 доли в праве принадлежит ФИО2, арест на автомобили марки: volkswagen polo, 2014 года выпуска, с г/н &lt;номер изъят&gt;, VIN: &lt;номер изъят&gt;, volkswagen polo, 2014 года выпуска, с г/н &lt;номер изъят&gt;, VIN: &lt;номер изъят&gt;, subaru legacy, 2008 года выпуска, с г/н &lt;номер изъят&gt;, VIN: &lt;номер изъят&gt;, принадлежащие ФИО1 – сохранить до решения вопроса о возможности обращения на него взыскания в порядке исполнения приговора и исполнения гражданских исков. В силу статьи 132 УПК РФ взыскать в доход государства с подсудимого ФИО2 процессуальные издержки в размере 24500 рублей. В силу статьи 81 УПК РФ вещественные доказательства: копии договоров, квитанций, расписок, налоговых деклараций, протоколов общих собраний кооператива, бухгалтерских документов – хранить в уголовном деле. Приговор может быть обжалован в апелляционном порядке в Верховный суд Республики Татарстан в течение 10 суток со дня его провозглашения через Советский районный суд г. Казани, а осужденными, находящимися под стражей, в тот же срок со дня вручения копии приговора, с правом ходатайства о своем участии в рассмотрении уголовного дела судом апелляционной инстанции. Судья С.А. Аптулин Суд: Советский районный суд г. Казани (Республика Татарстан ) (подробнее) Судьи дела: Аптулин С.А. (судья) (подробнее) Судебная практика по: По мошенничеству Судебная практика по применению нормы ст. 159 УК РФ Разбой Судебная практика по применению нормы ст. 162 УК РФ По вымогательству Судебная практика по применению нормы ст. 163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