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исследовании трупа ФИО2 обнаружены следующие повреждения: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заключением дополнительной судебно-медицинской экспертизы № от ДД.ММ.ГГГГ, согласно выводам которой: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протоколом освидетельствования ФИО16 от ДД.ММ.ГГГГ, в ходе которого, у ФИО16 &lt;данные изъяты&gt;. Иных повреждений в ходе осмотра не обнаружено. В ходе освидетельствования у ФИО16 на марлевый тампон получен образец слюны (т.2 л.д. 48-56); заключением эксперта № от ДД.ММ.ГГГГ, согласно которого у ФИО16 обнаружены следующие повреждения: &lt;данные изъяты&gt;- давность около 3-5 суток на момент освидетельствования ДД.ММ.ГГГГ и около 3-4 недель на момент осмотра 02.12.2016, &lt;данные изъяты&gt;- давность около 2-3 недель на момент освидетельствования ДД.ММ.ГГГГ, при осмотре 02.12.2016 не обнаружена. Вышеперечисленные повреждения причинены действиями трения тупого твердого предмета (предметов) и не причинили вреда здоровью (пункт 9 приложения к приказу Минздравсоцразвития РФ от 24.04.2008 №194н «Об утверждении Медицинских критериев определения степени тяжести вреда, причиненного здоровью человека») (т.2 л.д.138-139); иным документом - заявлением ФИО4 от ДД.ММ.ГГГГ, согласно которого он просит принять меры к розыску его брата ФИО2, ДД.ММ.ГГГГ, который ДД.ММ.ГГГГ ушел из дома по адресу: &lt;адрес&gt; и не вернулся (т.1 л.д.175). Согласно протокола выемки от ДД.ММ.ГГГГ в помещении Зареченского МРСО по г.Тула СУ СК России по Тульской области ФИО18 А добровольно выдал пару кроссовок, джемпер («свитер»), в которых находился в момент совершения преступления (т.2 л.д.59-63). Согласно протокола выемки от ДД.ММ.ГГГГ в помещении ГУЗ ТО «&lt;данные изъяты&gt;» изъят образец крови трупа ФИО2 (т.2 л.д.66-70). Согласно протокола выемки от ДД.ММ.ГГГГ в помещении Зареченского МРСО по г.Тула СУ СК России по Тульской области у свидетеля ФИО8 изъяты: свидетельство о регистрации транспортного средства №, паспорт транспортного средства № (т.2 л.д.73-74). Согласно договору купли-продажи от ДД.ММ.ГГГГ продавцом автомобиля марки «&lt;данные изъяты&gt;», цвет &lt;данные изъяты&gt;, ДД.ММ.ГГГГ выпуска является ФИО9, покупателем автомобиля является ФИО12 (т.3 л.д.95). Вина ФИО16 в совершении преступления, предусмотренного п. «в» ч.2 ст. 158 УК РФ , подтверждается следующими доказательствами. Показаниями потерпевшей ФИО5, данными в ходе предварительного следствия и оглашенными на основании ч.1 ст. 281 УПК РФ (т.3 л.д. 41-49,129-132), согласно которым ФИО2 являлся ее мужем, с которым она проживала по адресу: &lt;адрес&gt;. У него было золотое обручальное кольцо, которое он носил на безымянном пальце правой руки, стоимость золотого конца оценивает в &lt;данные изъяты&gt; рублей, и оно для нее представляет материальную ценность. У ФИО2 было несколько автомобилей, последним его автомобилем был «&lt;данные изъяты&gt;» &lt;данные изъяты&gt; цвета, государственного номера «№» и регион №. ФИО2 купил данный автомобиль «&lt;данные изъяты&gt;» у какой-то женщины, примерно 2-3 месяца назад примерно за &lt;данные изъяты&gt; рублей. ФИО2 перед покупкой данного автомобиля продал свой старый автомобиль «&lt;данные изъяты&gt;», ДД.ММ.ГГГГ выпуска, примерно за &lt;данные изъяты&gt; тысяч рублей. С остальной суммой ему кто-то помог, но кто конкретно, он ей не говорил. Примерно с ДД.ММ.ГГГГ он не был трудоустроен, они испытывали нехватку финансовых средств. ФИО2 рассказывал ей о своем знакомом по имени Абдугани, которого она видела несколько раз, обычно, когда ФИО2 довозил её до работы, то с ним в машине тот сидел. Про взаимоотношения ФИО2 и Абдугани она может пояснить, что они общались только по работе и встречались примерно два раза в неделю. ФИО2 познакомился с Абдугани примерно ДД.ММ.ГГГГ. Утром 02 ноября 2016 года, примерно в 10 часов 00 минут, ФИО2 ушел из дома, и вернулся примерно в 19 часов 00 минут. Он занес продукты, и сказав, что скоро вернется, вновь ушел из дома. Когда ФИО2 уходил из дома, то он был одет в &lt;данные изъяты&gt; куртку, свитер &lt;данные изъяты&gt; цвета, &lt;данные изъяты&gt; цвета джинсы, &lt;данные изъяты&gt; кроссовки. Ничего подозрительного в его поведении она не заметила. Вечером того же дня ФИО2 домой не вернулся. Она беспокоилась, звонила ему неоднократно на сотовый телефон, однако трубку никто не брал. Вечером к ней домой приехал брат ФИО2 – ФИО4, который сказал ей, что созванивался с ФИО2 и разговаривал с ним. 03 ноября 2016 года около 04 часов 00 минут телефон ФИО2 был выключен. Это было не похоже на его поведение, так как ФИО2 никогда на столько времени не уходил из дома и не брал телефонную трубку. 04 ноября 2016 года Абдугани приезжал к ней домой и пояснял, что не знает, где находится ФИО2 Вечером 11 ноября 2016 она узнала, что труп ФИО2 нашли где-то в поле. Также ей кто-то сообщил, что к его смерти может быть причастен Абдугани. Где в настоящее время находится автомобиль ФИО2, ей не известно. ФИО2 ей не говорил о том, что кому-то должен денег. ФИО2 говорил ей, что давал на несколько дней свою машину Абдугани. У ФИО2 был нож, который он носил с собой. Нож и газовый балончик он мог возить с собой в машине с целью самообороны. ФИО2 хранил документы в машине в &lt;данные изъяты&gt; небольшой сумке, которую он купил себе в ТРЦ «&lt;данные изъяты&gt;» за &lt;данные изъяты&gt; рублей, и данная сумка представляет для нее материальную ценность. В указанной сумке находились: &lt;данные изъяты&gt;. Также у ФИО2 была банковская пластиковая карта «&lt;данные изъяты&gt;» платежной системы «&lt;данные изъяты&gt;» c номером №, баланс счета на карте был нулевой, и данная карта и нулевой баланс счета для нее никакой материальной ценности не представляет. В сумке ФИО2 также носил с собой солнцезащитные очки, в количестве &lt;данные изъяты&gt; штук, он их купил за &lt;данные изъяты&gt; рублей каждые, и они для нее никакой материальной ценности не представляют. ФИО2 носил джинсы с поясным ремнем, ремень был &lt;данные изъяты&gt; цвета с металлической пряжкой &lt;данные изъяты&gt; цвета. &lt;данные изъяты&gt; куртку ФИО2 выбирал вместе с ней в магазине в ТРЦ «&lt;данные изъяты&gt;», купил он её за &lt;данные изъяты&gt; рублей, куртка представляет для нее материальную ценность, она была хорошая, качественная. У ФИО2 был мобильный телефон марки &lt;данные изъяты&gt;, который стоял &lt;данные изъяты&gt; рублей. В мобильном телефоне была установлена сим-карта оператора сотовой связи «&lt;данные изъяты&gt;», с абонентским номером №, который был зарегистрирован на имя её мужа. Преступными действиями ФИО16, связанными с хищением принадлежащего её супругу имущества, а именно: золотого кольца, стоимость которого оценивает в &lt;данные изъяты&gt; рублей, сумки (барсетки) &lt;данные изъяты&gt; цвета стоимостью &lt;данные изъяты&gt; рублей, куртки &lt;данные изъяты&gt; цвета стоимостью &lt;данные изъяты&gt; рублей, мобильного телефона &lt;данные изъяты&gt; стоимостью &lt;данные изъяты&gt; рублей, её супругу ФИО2 и ей причинен значительный материальный ущерб, в связи с тем, что размер дохода её супруга ФИО2 и её самой, то есть семьи не превышал &lt;данные изъяты&gt; рублей, то есть они испытывали нехватку финансовых средств. При этом в настоящее время она не работает и одна воспитывает их ФИО2 общую дочь – ФИО6, ДД.ММ.ГГГГ рождения. Показаниями потерпевшего ФИО4, данными в ходе предварительного следствия и оглашенными на основании ч.1 ст. 281 УПК РФ (т.3 л.д. 16-19), согласно которым ФИО2 являлся его братом, который проживал по адресу: &lt;адрес&gt;. Со своим братом поддерживал родственные отношения, периодически приезжал к нему в гости. ДД.ММ.ГГГГ ему стало известно от супруги брата, что около 19 часов 00 минут его брат ФИО2 пришел домой, оставил продукты питания, после чего куда-то ушел и больше домой не вернулся, при этом на телефонные звонки тот не отвечал. Он обратился в полицию, где 05 ноября 2016 года написал заявление по факту его пропажи. У ФИО2 в пользовании имелся автомобиль марки &lt;данные изъяты&gt;, &lt;данные изъяты&gt; цвета, ДД.ММ.ГГГГ выпуска, регион №. У ФИО2 имелись при себе все документы на его имя, мобильный телефон «&lt;данные изъяты&gt;». Звонки на телефон ФИО2 перестали проходить 03.11.2016 в 04 часов 00 минут, телефон просто отключился. Показаниями свидетеля ФИО7, данными в ходе предварительного следствия и оглашенными на основании ч.1 ст. 281 УПК РФ (т.3 л.д.1-5), согласно которым она является супругой ФИО16. У него имелся друг по имени ФИО2. Он периодически разговаривал с тем по телефону. ДД.ММ.ГГГГ её супруг подъехал к дому на иностранном автомобиле &lt;данные изъяты&gt; цвета, марки «&lt;данные изъяты&gt;», государственный номер № &lt;данные изъяты&gt; региона. Она удивилась и спросила у него, откуда у него данный автомобиль, который стоит не малых денег, на что ФИО16 ей сказал, что данный автомобиль он приобрел совместно со своим другом по имени ФИО2. 31 октября 2016 года в вечернее время ФИО16 ушел из дома, сказав, что пойдет по делам и вернулся 03 ноября 2016 года в 06 часов 30 минут. 02 ноября 2016 года около 12 часов 00 минут она до него дозвонилась, и он ей сообщил, что придет домой. Она ему сказала, что у нее нет денег для содержания семьи, на что он сказал, что найдет деньги и повесил трубку, в указанный день домой он так и не пришел. 03 ноября 2016 года в 06 часов 30 мину ФИО16 пришел домой, принес продукты питания и передал ей денежные средства в сумме &lt;данные изъяты&gt; рублей. 03 ноября 2016 года около 12 часов 00 минут ФИО16 опять ушел и вернулся домой в этот же день около 19 часов 00 минут, при этом он принес с собой сотовый телефон марки «&lt;данные изъяты&gt;» &lt;данные изъяты&gt; цвета и сказал ей, что данный телефон он приобрел для нее. Она обрадовалась и взяла данный сотовый телефон себе. 5 или 6 ноября 2016 года ФИО16 пришел домой и принес пакет, в котором была сумка (барсетка) &lt;данные изъяты&gt; цвета, в которой находились документы: &lt;данные изъяты&gt; и еще какие-то бумаги. ФИО16 пояснил, что данные предметы принадлежат его другу ФИО2. 08 ноября 2016 года ФИО16 перечислил ей денежные средства в сумме &lt;данные изъяты&gt; рублей и обещал ей перечислить еще. 11 ноября 2016 года ей стало известно от сотрудников полиции, что ФИО16 подозревают в совершении кражи и убийства. В связи с этим она поняла, что сотовый телефон, который ФИО16 ей подарил, он похитил. Предметы и документы, которые ФИО16 принес домой 4-6 ноября 2016 года, хранятся у нее дома по адресу: &lt;адрес&gt;. Показаниями свидетеля ФИО8, данными в судебном заседании, согласно которым он покупает и продает автомобили на авторынке. 03 ноября 2016 года на авторынок приехал ранее неизвестный ему мужчина, как позже узнал ФИО16, на автомобиле марки «&lt;данные изъяты&gt;» &lt;данные изъяты&gt; цвета, регистрационный номер №, регион №. ФИО16 предложил ему купить указанный автомобиль. Он решил осмотреть эту машину и попросил у того документы. ФИО16 передал ему свидетельство о регистрации транспортного средства, оригинал паспорта транспортного средства, где собственником была указана ФИО9 После проверки по сайтам ГИБДД данной машины, он установил, что данный автомобиль не находится в розыске. Также он позвонил ФИО9, которая подтвердила, что ее автомобиль был продан в ДД.ММ.ГГГГ гражданину &lt;данные изъяты&gt;, и она не имеет претензий к данной машине. При осмотре салона автомобиля он увидел, что был сломан замок зажигания. Он спросил у ФИО16, почему сломан замок зажигания, на что тот ответил, что потерял ключи в снегу. Он купил автомобиль у ФИО16 за &lt;данные изъяты&gt; рублей и передал тому деньги, договор купли-продажи не составлялся. Затем он поручил ФИО10 подготовить автомобиль к продаже. ФИО10 помыл снаружи кузов автомобиля, пропылесосил салон и багажник автомобиля. Никаких следов крови, борьбы в автомобиле не обнаружил. Показаниями свидетеля ФИО11 данными в ходе предварительного следствия и оглашенными на основании ч.1 ст. 281 УПК РФ (т.3 л.д.81-84), согласно которым он работает неофициально «перекупщиком» автомобилей на &lt;данные изъяты&gt; авторынке. 03 ноября 2016 года около 17 часов к нему обратился мужчина, который представился ему именем «Абдугани» с просьбой купить у него автомобиль. Он осмотрел «&lt;данные изъяты&gt;», но его комплектация автомобиля не устраивала. Также его смутило отсутствие ключей в замке зажигания, вместо них была вставлена отвертка и была разобрана подруливая панель и из нее торчали провода. Он подумал, что данный автомобиль заинтересует его коллегу – ФИО8 и позвонил тому. ФИО8 решил осмотреть предлагаемый автомобиль, и попросил у Абдугани передать соответствующие документы на автомобиль, тот в свою очередь передал ФИО8 оригинал ПТС и свидетельство о регистрации транспортного средства. ФИО8 некоторое время проверял предлагаемый автомобиль по сайтам ГИБДД, после чего он позвонил бывшей хозяйке данного автомобиля. ФИО8 смутило наличие отвертки в замке зажигания. Абдугани сказал, что потерял ключи от автомобиля, когда «застрял» на автомобиле в снегу &lt;адрес&gt;. Также Абдугани говорил, что автомобиль был куплен в г. &lt;данные изъяты&gt;, и что данный автомобиль был после ДТП. ФИО8 рассчитался с Абдугани, передав &lt;данные изъяты&gt; тысяч рублей. Когда он 03 ноября 2016 года осматривал указанный автомобиль, то ничего подозрительного не заметил, кроме сломанного замка зажигания. Никаких следов крови, борьбы не обнаружил. Показаниями свидетеля ФИО10, данными в судебном заседании, согласно которым он работает неофициально «перекупщиком» автомобилей на &lt;данные изъяты&gt; авторынке по адресу: &lt;адрес&gt;. 04 ноября 2016 года к нему обратился ФИО8, который попросил его подготовить приобретенный им накануне автомобиль «&lt;данные изъяты&gt;» &lt;данные изъяты&gt; цвета, регистрационный номер №, регион №, к продаже. ФИО8 пояснил, что 03 ноября 2016 года за &lt;данные изъяты&gt; рублей приобрел его у гражданина &lt;данные изъяты&gt; национальности. Когда он сел за руль данной машины, то обнаружил, что сломан был замок зажигания. Он отремонтировал замок зажигания машины. Когда он осматривал первоначально данный автомобиль, то в нем никаких следов крови, борьбы, не обнаружил. Показаниями свидетеля ФИО12, данными в ходе предварительного следствия и оглашенными на основании ч.1 ст. 281 УПК РФ (т.3 л.д.70-75), согласно которым он проживает на территории РФ и был знаком с ФИО2, который проживал вместе с супругой по имени &lt;данные изъяты&gt; по адресу: &lt;адрес&gt;, &lt;адрес&gt;. У ФИО2 был друг по имени Абдугани, у которого есть особая примета в виде шрама на правой щеке. У ФИО2 было несколько автомобилей, последний его автомобиль был «&lt;данные изъяты&gt;» &lt;данные изъяты&gt; цвета, государственный регистрационный знак его № регион №. Обстоятельства покупки ФИО2 данной машины были следующие. ДД.ММ.ГГГГ его знакомый &lt;данные изъяты&gt; на сайте «&lt;данные изъяты&gt;» нашел данный автомобиль. Он продавался в каком-то городе, расположенном в &lt;данные изъяты&gt; области. Данный автомобиль был «битый» и стоил около &lt;данные изъяты&gt; рублей. &lt;данные изъяты&gt; решил приобрести данный автомобиль и предложил ему, ФИО2 и ФИО13 поехать в &lt;данные изъяты&gt; область, чтобы купить данный автомобиль. Они поехали в &lt;данные изъяты&gt; область вчетвером на автомобиле ФИО2 – «&lt;данные изъяты&gt;» &lt;данные изъяты&gt; цвета. По приезду в данный город они встретились с молодым человеком, который представился продавцом, пояснил, что автомобиль после ДТП и завести его не получится. Они тогда решили перегнать его на буксире в г. &lt;данные изъяты&gt;. Молодой человек предоставил договор купли-продажи данного транспортного средства. Им совместно с &lt;данные изъяты&gt; было решено вписать его как покупателя данного автомобиля, со стороны продавца в договоре была вписана женщина. Они приобрели автомобиль за &lt;данные изъяты&gt; рублей. Денежные средства ему передал &lt;данные изъяты&gt;, и он фактически являлся покупателем данной машины. Они отогнали купленный автомобиль в г.&lt;данные изъяты&gt; в гараж, при этом документы на автомобиль, а именно паспорт транспортного средства, свидетельство о регистрации транспортного средства, договор купли-продажи автомобиля между ним и бывшей собственницей автомобиля он передал &lt;данные изъяты&gt;. Он и &lt;данные изъяты&gt; восстановили данный автомобиль. ФИО2 решил приобрести «собранный» им и &lt;данные изъяты&gt; автомобиль. &lt;данные изъяты&gt; предложил ФИО2 за него &lt;данные изъяты&gt; рублей. ФИО2 передал &lt;данные изъяты&gt;&lt;данные изъяты&gt; рублей, а потом после продажи своей старой машины, он передал последнему оставшуюся сумму. Откуда у ФИО2 были денежные средства на покупку данной машины, ему неизвестно. &lt;данные изъяты&gt; вместе с автомобилем передал ФИО2 документы на автомобиль, включая заключенный с ним договор купли-продажи автомобиля. ФИО2 пользовался данным автомобилем вместе со своим другом Абдугани. ДД.ММ.ГГГГ он узнал, что ФИО2 куда-то пропал. Впоследствии ему стало известно, что труп последнего был обнаружен недалеко от поселка &lt;данные изъяты&gt; с ножевыми ранениями, и к смерти того может быть причастен Абдугани. Ранее ФИО2 приезжал к нему в сервис. У ФИО2 были складной нож, золотое обручальное кольцо. ФИО2 хранил документы в бардачке машины в &lt;данные изъяты&gt; небольшой сумке, в которой находились паспорт гражданина &lt;данные изъяты&gt; и документы на машину. У ФИО2 в багажнике автомобиля находилось белое полотно, постеленное на пол. Показаниями свидетеля ФИО9 данными в ходе предварительного следствия и оглашенными на основании ч.1 ст. 281 УПК РФ (т.3 л.д.92-94), согласно которым, автомобиль марки «&lt;данные изъяты&gt;» г.р.з. № &lt;данные изъяты&gt; регион был приобретен ею ДД.ММ.ГГГГ. Данный автомобиль она отдала в пользование своему сыну ФИО14, который ДД.ММ.ГГГГ попал на этой машине в аварию. ФИО14 решил продать автомобиль, разместив объявление в интернете. Продажей занимался её сын ФИО14, он встречался с покупателем, продали автомобиль за &lt;данные изъяты&gt; рублей. Она с покупателем не встречалась. Его паспортные данные, согласно договору купли-продажи от ДД.ММ.ГГГГ. &lt;данные изъяты&gt;, паспорт &lt;данные изъяты&gt; №, выдан ДД.ММ.ГГГГ, прописан, &lt;адрес&gt;. Со слов сына известно, что покупатель приезжал также на автомобиле «&lt;данные изъяты&gt;», с покупателем приезжал еще мужчина. ДД.ММ.ГГГГ ей позвонил мужчина, и в ходе разговора спросил, не числится ли автомобиль «&lt;данные изъяты&gt;» в розыске. Она ответила, что она продала автомобиль и сняла с регистрационного учета. Показаниями свидетеля ФИО14, данными в ходе предварительного следствия и оглашенными на основании ч.1 ст. 281 УПК РФ (т.3 л.д.99-101), согласно которым, автомобиль марки «&lt;данные изъяты&gt;» государственный регистрационный знак № &lt;данные изъяты&gt; регион был приобретен его матерью в автосалоне ДД.ММ.ГГГГ. В связи с тем, что мать ездила на другом автомобиле, вышеуказанный автомобиль мать отдала ему в пользование. ДД.ММ.ГГГГ попал на этой машине в аварию: врезался в дерево, и у машины была помята передняя часть. Он решил продать автомобиль, разместив объявление в интернете на сайте «&lt;данные изъяты&gt;». Автомобиль был в неисправном состоянии, он не ездил и не заводился. Цену продажи в объявлении установили &lt;данные изъяты&gt; рублей, продали автомобиль за &lt;данные изъяты&gt; рублей. Продажей непосредственно занимался он, с покупателем встречался также он. Покупателем был мужчина, его паспортные данные, согласно договору купли- продажи от ДД.ММ.ГГГГ &lt;данные изъяты&gt;, паспорт &lt;данные изъяты&gt; №, выдан ДД.ММ.ГГГГ, прописан, &lt;адрес&gt;. Покупатель приезжал также на автомобиле «&lt;данные изъяты&gt;», &lt;данные изъяты&gt; цвета. С покупателем приезжали еще двое мужчин. Покупатель пояснил, что у него на аналогичном автомобиле повреждена задняя часть кузова, и его автомобиль ему нужен в качестве «донора». Мужчины прицепили купленный автомобиль к своему автомобилю, и увезли на буксире. Со слов матери ему известно, что ей ДД.ММ.ГГГГ позвонил мужчина и в ходе разговора спросил, не числится ли автомобиль «&lt;данные изъяты&gt;» в розыске. Мать ответила, что она продала автомобиль и сняла с регистрационного учета. Показаниями свидетеля ФИО3, данными в ходе предварительного следствия и оглашенными на основании ч.1 ст. 281 УПК РФ (т.3 л.д.110-114), согласно которым, у него есть знакомый по имени ФИО16, который к нему обращался за помощью по ремонту автомобиля. У ФИО16 был друг ФИО2, с которым их часто он видел на автомобиле «&lt;данные изъяты&gt;», № регион, &lt;данные изъяты&gt; цвета. Первый раз он увидел ФИО16 на данном автомобиле ДД.ММ.ГГГГ, тот приезжал на данном автомобиле один. ДД.ММ.ГГГГ примерно в 01 час 30 минут ему на сотовый телефон позвонил ФИО16 и попросил приехать и помочь ему завести автомобиль, при этом тот пояснил, что потерял ключи. Когда он спросил, где тот находится, то ФИО16 пояснил, что находится рядом с дорогой, которая ведет на &lt;данные изъяты&gt; в районе ГИБДД через &lt;данные изъяты&gt;. Тогда он ему ответил, что приедет и на своем автомобиле отправился на встречу с ФИО16 Когда он приехал на &lt;данные изъяты&gt; и въехал в какой-то населенный пункт он еще раз позвонил ФИО16 и попросил того выйти ему на встречу. После чего на своем автомобиле съехал с асфальтированной дороги и направился по проселочной дороге, которая была заметена снегом. По данной дороге он ехал примерно около 3-х минут, после чего он увидел ФИО16, стоящего на дороге и позади него была «&lt;данные изъяты&gt;» &lt;данные изъяты&gt; цвета, то есть тот самый автомобиль, на котором он его ранее видел. ФИО16 был один в тот момент и никого с ним не было. Он не стал спрашивать у него почему он находится один в позднее время в поле, так как предполагал, что возможно тот находится тут по своим личным делам. После чего он помог завести ФИО16 автомобиль, сорвав контактную группу и замкнув провода. После чего он и ФИО16 поехали на своих автомобилях в город Тула, чтобы попить кофе возле магазина «&lt;данные изъяты&gt;». Когда он и ФИО16 пили кофе ФИО16 предложил ему съездить с ним в ломбард и сдать золотое кольцо, которое у того было с собой. ФИО16 сказал, что у того нет с собой паспорта, и поэтому не может заложить кольцо. Он согласился ему помочь. Затем он и ФИО16 отправились на автомобиле последнего в ломбард, который расположен возле &lt;данные изъяты&gt;. За сдачу кольца в ломбард приемщица выдала ему на руки &lt;данные изъяты&gt; рублей, которые он отдал ФИО16 За сдачу кольца в ломбард ФИО16 каких-либо денежных средств ему не дал. Данное кольцо было из металла желтого цвета без каких-либо камней и надписей. Потом ФИО16 отвез его обратно и уехал. ФИО16 он видел примерно через пару дней. Тот ему предлагал купить данный автомобиль – «&lt;данные изъяты&gt;» &lt;данные изъяты&gt; цвета за &lt;данные изъяты&gt; рублей, при этом не пояснил, зачем продает данный автомобиль. Данный автомобиль он покупать отказался, так как у него не было денежных средств. Показаниями свидетеля ФИО10, данными в ходе предварительного следствия и оглашенными на основании ч.1 ст. 281 УПК РФ (т.3 л.д.117-122), согласно которым, она работает в должности оценщика ООО «&lt;данные изъяты&gt;». ДД.ММ.ГГГГ в ломбард приходил молодой человек ФИО3, который приносил на оценку обручальное кольцо. Данное обручальное кольцо ею было оценено в &lt;данные изъяты&gt; рублей. После предъявления им паспорта она выдала ему денежные средства в сумме &lt;данные изъяты&gt; рублей за данное кольцо, после чего он ушел. Кроме того, вина подсудимого ФИО16 в совершении преступления, предусмотренного п. «в» ч.2 ст. 158 УК РФ , подтверждается также письменными доказательствами по делу: протоколом осмотра места происшествия от ДД.ММ.ГГГГ, согласно которому, установлено: объектом осмотра является участок местности, расположенный в &lt;данные изъяты&gt; метрах к югу от дома № деревни &lt;данные изъяты&gt; Ленинского района Тульской области, имеющий географические координаты &lt;данные изъяты&gt;, где участвующий в осмотре ФИО16 указал на место с насаждением из кустарников, пояснив, что 02.11.2016 он после убийства ФИО2 спрятал труп последнего на осматриваемом участке местности, предварительно завернув тело в белый материал из ткани. На указанном ФИО16 участке местности был обнаружен труп человека, обернутый в материал из ткани белого цвета, головой обращенный в сторону д. &lt;данные изъяты&gt; Ленинского района Тульской области. На трупе зафиксировано наличие телесных повреждений: &lt;данные изъяты&gt;. На одежде трупа в проекции ран имеются сквозные повреждения и окружающие их участки пропитывания засохшим веществом красно-бурого цвета, похожим на кровь. В дальнейшем в ходе осмотра места происшествия ФИО16 указан участок местности, где между ним и ФИО2 начался конфликт, результатом которого явилось убийство последнего, расположенный на расстоянии &lt;данные изъяты&gt; метров к югу от дома № деревни &lt;данные изъяты&gt; Ленинского района Тульской области, имеющем географические координаты &lt;данные изъяты&gt;. Находясь на оговоренном и указанном ФИО16 участке местности, последний пояснил, что на данном участке местности между ним и ФИО2 произошел конфликт, в ходе которой последний распылил в лицо ФИО16 содержимое газового баллончика, после чего ФИО2 побежал по направлению к деревни &lt;данные изъяты&gt; Ленинского района Тульской области. В дальнейшем ФИО16 указал на участок местности, расположенный на расстоянии &lt;данные изъяты&gt; метров к югу от дома № деревни &lt;данные изъяты&gt; Ленинского района Тульской области, имеющий географические координаты &lt;данные изъяты&gt;, пояснив что данный участок является местом продолжения конфликта, где он настиг ФИО2, после чего подверг последнего избиению, наносил множественные удары ногами и руками в разные участки тела. Затем ФИО16 указывая на участок местности, расположенный на расстоянии &lt;данные изъяты&gt; метрах к югу от дома № деревни &lt;данные изъяты&gt; Ленинского района Тульской области, имеющий географические координаты &lt;данные изъяты&gt;, пояснил, что конфликт между ним и ФИО2 после того, как тот попытался от него скрыться, продолжился в обозначенном им месте, где он настиг ФИО2 продолжил его избиение, наносил удары по голове и туловищу последнего руками и ногами. После чего, сняв с ФИО2 брючный ремень, накинув его на шею последнего, душил его, лишив последнего сознания. В последующем взяв из автомобиля, на котором они совместно с ФИО2 приехали нож и нанес им лежащему на земле ФИО2 неоднократные удары в область &lt;данные изъяты&gt;. Затем ФИО16 решив скрыть следы преступления, приискав в автомобиле белую ткань, обернул тело ФИО19 в нее и переместил тело в близлежащий кустарник, расположенный в &lt;данные изъяты&gt; метрах к югу от дома № деревни &lt;данные изъяты&gt; Ленинского района Тульской области, имеющий географические координаты &lt;данные изъяты&gt; (т.2 д.д.1-12); протоколом осмотра места происшествия от ДД.ММ.ГГГГ, согласно которому, установлено: объектом осмотра является участок местности, расположенный с южной стороны д. &lt;данные изъяты&gt; Ленинского района Тульской области, имеющий географические координаты &lt;данные изъяты&gt;, где как пояснил подозреваемый ФИО16 ДД.ММ.ГГГГ во время конфликта с ФИО2 выбросил на нем газовый баллончик, который был им перед этим подобран после использования его ФИО2 в отношении ФИО16 (т.4 л.д.66-70); протоколом осмотра места происшествия от ДД.ММ.ГГГГ, согласно которому, установлено: объектом осмотра является участок местности, расположенный с южной стороны д. &lt;данные изъяты&gt; Ленинского района Тульской области, имеющий географические координаты &lt;данные изъяты&gt;, где как пояснил подозреваемый ФИО16 02.11.2016 в данном месте он наносил ФИО2 множественные удары руками и ногами, а также душил его ремнем и не менее &lt;данные изъяты&gt; раз ударил ножом. При этом ФИО16 пояснил, что ремень выбросил в сторону от себя, однако направления броска не помнит. (т.4 л.д.71-75); протоколом осмотра места происшествия от ДД.ММ.ГГГГ, согласно которому, установлено: объектом осмотра является участок местности, расположенный на правой части пешеходного моста &lt;данные изъяты&gt; со стороны движения из &lt;данные изъяты&gt; района г. Тулы в &lt;данные изъяты&gt; район г. Тулы в &lt;данные изъяты&gt; метрах от &lt;адрес&gt; и в &lt;данные изъяты&gt; метрах от &lt;адрес&gt;. Участвующий в ходе осмотра места происшествия подозреваемый ФИО16 пояснил, что после убийства ФИО2 орудие преступления – складной нож, он выбросил с проезжей части &lt;данные изъяты&gt; в р. &lt;данные изъяты&gt;. (т.4 л.д.76-82); протоколом выемки от ДД.ММ.ГГГГ, согласно которого у свидетеля ФИО7, 6 была произведена выемка мобильного телефона «&lt;данные изъяты&gt;» (т.2 л.д.16-20); протоколом обыска от ДД.ММ.ГГГГ, согласно которого в квартире № дома № по улице &lt;данные изъяты&gt; города Тулы был произведен обыск, в ходе которого было изъяты: джинсы мужские в количестве &lt;данные изъяты&gt; штук &lt;данные изъяты&gt; цвета, куртка (пуховик) &lt;данные изъяты&gt; цвета, сумка (барсетка), в которой обнаружены: солнцезащитные очки в количестве &lt;данные изъяты&gt; штук; &lt;данные изъяты&gt; (т.2 л.д.23-35); протоколом выемки от ДД.ММ.ГГГГ, согласно которого в помещении ООО «&lt;данные изъяты&gt;», по адресу: &lt;адрес&gt; было изъято золотое кольцо, залоговый билет от ДД.ММ.ГГГГ (содержащий сведения о экспертной оценки золотого кольца похищенного ФИО16 – сумма оценки составляет &lt;данные изъяты&gt; рублей &lt;данные изъяты&gt; копеек) (т.2 л.д. 89-93); протоколом осмотра места происшествия от ДД.ММ.ГГГГ, согласно которого осмотрен автомобиль &lt;данные изъяты&gt;, государственный регистрационный знак №, изъяты три липкие пленки с микрообъектами с переднего пассажирского сиденья, водительского сиденья, заднего дивана и автомобильные коврики (т.2 л.д. 75-85); протоколом осмотра предметов от ДД.ММ.ГГГГ, согласно которому был осмотрен автомобиль &lt;данные изъяты&gt;, государственный регистрационный знак №, изъятый в ходе осмотра места происшествия от ДД.ММ.ГГГГ у свидетеля ФИО8 на территории ООО «&lt;данные изъяты&gt;», по адресу: &lt;адрес&gt; (т.2 л.д.198-200); протоколом осмотра предметов от ДД.ММ.ГГГГ, года согласно которому были осмотрены: мобильный телефон «&lt;данные изъяты&gt;», изъятый в ходе выемки ДД.ММ.ГГГГ у свидетеля ФИО7; сумка (барсетка), в том числе, обнаруженные в ней: солнцезащитные очки в количестве &lt;данные изъяты&gt; штук; &lt;данные изъяты&gt; иным документом - справкой ООО «&lt;данные изъяты&gt;» от ДД.ММ.ГГГГ, согласно которой стоимость смартфона &lt;данные изъяты&gt; на ДД.ММ.ГГГГ составляет &lt;данные изъяты&gt; рублей &lt;данные изъяты&gt; копеек (т.1 л.д. 109); иным документом - справкой ООО «&lt;данные изъяты&gt;» от ДД.ММ.ГГГГ, согласно которой стоимость сумки (барсетки) из материала типа «&lt;данные изъяты&gt;» фирмы «&lt;данные изъяты&gt;» &lt;данные изъяты&gt; рублей; стоимость мужской куртки фирмы «&lt;данные изъяты&gt;» &lt;данные изъяты&gt; рублей. (т.3 л.д. 135). Оценивая в совокупности представленные и исследованные доказательства с точки зрения относимости, допустимости и достоверности, суд приходит к следующему. Суд признает показания потерпевших ФИО5, ФИО4, свидетелей ФИО7, ФИО8, ФИО11, ФИО12, ФИО10, ФИО9, ФИО14, ФИО3, ФИО10 достоверными и допустимыми, так как они последовательны и не содержат существенных противоречий, взаимно дополняют друг друга относительно юридически значимых обстоятельств, согласуются не только между собой, но и с другими исследованными в судебном заседании доказательствами. Оснований для оговора подсудимого лицами, допрошенными в судебном заседании, судом не установлено. В ходе исследования в судебном заседании письменных доказательств по делу установлено, что они получены и оформлены правомочными лицами, в соответствии с нормами уголовно-процессуального законодательства. Каких-либо данных, свидетельствующих о недопустимости их в качестве доказательств, о нарушении прав участников судопроизводства судом не усматривается. Оценивая заключения экспертиз № от ДД.ММ.ГГГГ, № от ДД.ММ.ГГГГ, № от ДД.ММ.ГГГГ, № от ДД.ММ.ГГГГ, суд приходит к выводу, что имеющиеся выводы экспертов в совокупности с иными исследованными в судебном заседании доказательствами, не вызывают сомнений в своей достоверности, поскольку обоснованы, аргументированы и нашли свое подтверждение в ходе судебного следствия. Экспертизы выполнены надлежащими лицами, сомневаться в объективности и компетентности которых оснований не имеется и проведены в соответствии с требованиями уголовно-процессуального законодательства, подтверждаются остальной совокупностью доказательств по делу. Основываясь на установленных обстоятельствах, суд признает их достоверными и допустимыми доказательствами. Оценивая показания подсудимого ФИО16, данные в ходе предварительного следствия в качестве подозреваемого о том, что он кражу имущества ФИО2 совершил на следующий день после убийства, и золотое кольцо в ломбард сдал неизвестный молодой человек, суд не придает им доказательственного значения, поскольку они не подтверждаются доказательствами, положенными в основу приговора. Остальные показания подсудимого ФИО16 об обстоятельствах совершения убийства и кражи суд признает достоверными, поскольку они согласуются с иной совокупностью доказательств, подтверждающей вину подсудимого. Показания подсудимого ФИО16, данные в ходе проверки показаний на месте, суд признает достоверными, а протокол следственного действия допустимым доказательством по делу. О том, что именно ФИО16 совершил инкриминируемое ему преступление свидетельствуют, в том числе его показания, из которых следует, что подсудимый наносил удары руками и ногами по телу потерпевшего, душил того ремнем и наносил удары ножом по телу ФИО2, в результате чего наступила его смерть, при этом иные лица при конфликте не присутствовали. Причинение ФИО16 телесных повреждений потерпевшему также подтверждается заключением экспертизы № от ДД.ММ.ГГГГ, подтвердившей наличие крови ФИО2 на личных вещах подсудимого; заключением экспертизы № от ДД.ММ.ГГГГ, согласно выводов которой, в момент нанесения ФИО2 &lt;данные изъяты&gt; пострадавший не оборонялся. Таким образом, оценивая исследованные в судебном заседании доказательства, суд приходит к убеждению о том, что представленные обвинением доказательства в полной мере отвечают критериям относимости, допустимости и достоверности, а совокупность этих доказательств является достаточной для вывода о виновности подсудимого в совершении каждого преступления, поскольку доказательства не имеют существенных противоречий, дополняют друг друга и конкретизируют обстоятельства произошедшего, а поэтому оснований не доверять этим доказательствам не имеется. С учетом способа и характера локализации причиненных потерпевшему ФИО2 повреждений, а именно нанесение &lt;данные изъяты&gt; ударов ножом в жизненно-важную части тела – в область &lt;данные изъяты&gt;, что повлекло причинение тяжкого вреда здоровью потерпевшего и привело к его смерти, суд приходит к выводу об умысле ФИО16 на лишение жизни ФИО2, при этом подсудимый осознавал общественно-опасный характер своих действий, предвидел общественно-опасные последствия, а именно то, что может причинить потерпевшему телесные повреждения, не совместимые с жизнью, и желал наступления этих последствий. Мотивом убийства является внезапно возникшие личные неприязненные отношения. Также суд считает, что подсудимому по преступлению, предусмотренному п. «в» ч.2 ст. 158 УК РФ , обоснованно вменен квалифицирующий признак кражи «с причинением значительного ущерба гражданину», поскольку из показаний потерпевшей ФИО5 следует, что ее семья испытывала финансовые трудности, &lt;данные изъяты&gt;. Исследовав и оценив доказательства по делу в их совокупности, суд приходит к выводу о подтверждении вины подсудимого ФИО16 в предъявленном ему обвинении и квалифицирует его действия: по ч.1 ст. 105 УК РФ , так как он совершил убийство, то есть умышленное причинение смерти другому человеку; по п. «в» ч.2 ст. 158 УК РФ , так как он совершил кражу, то есть тайное хищение чужого имущества, с причинением значительного ущерба гражданину. &lt;данные изъяты&gt; Оснований сомневаться в правильности выводов экспертов-психиатров не имеется, их выводы суд признает достоверными, и в отношении инкриминируемых ФИО16 деяний считает его вменяемым. При назначении наказания подсудимому в соответствии с ч.3 ст. 60 УК РФ суд учитывает характер и степень общественной опасности содеянного, личность подсудимого, наличие обстоятельств, смягчающих наказание, и обстоятельство, отягчающее наказание, влияние назначаемого наказания на исправление ФИО16 и на условия жизни его семьи, а также состояние здоровья подсудимого. &lt;данные изъяты&gt; Обстоятельствами, смягчающими наказание, ФИО16 суд признаёт по каждому преступлению на основании п.п. «г» и «и» ч.1 ст. 61 УК РФ : &lt;данные изъяты&gt;, явку с повинной (т.1 л.д.182), по преступлению, предусмотренному ч.1 ст. 105 УК РФ , на основании п.п. «з», «и» ч.1 ст. 61 УК РФ : аморальное поведение потерпевшего, явившееся поводом для преступления; активное способствование раскрытию и расследованию преступления, по преступлению, предусмотренному п. «в» ч.2 ст. 158 УК РФ , на основании п. «и» ч.1 ст. 61 УК РФ - активное способствование раскрытию и расследованию преступления, розыску имущества, добытого в результате преступления, и по каждому преступлению на основании ч.2 ст. 61 УК РФ : полное признание вины, раскаяние в содеянном, &lt;данные изъяты&gt; Обстоятельством, отягчающим наказание, предусмотренным п. «а» ч.1 ст. 63 УК РФ , по каждому преступлению суд признает рецидив преступлений, поскольку подсудимый совершил умышленные преступления, имея судимость за ранее совершенное умышленное преступление. Принимая во внимание положения ч.6 ст. 15 УК РФ с учетом фактических обстоятельств совершенного преступления, предусмотренного ч.2 ст. 158 УК РФ , и степени его общественной опасности, суд не находит оснований для изменения категории преступления, за которое ФИО16 осуждается. Оценив изложенные обстоятельства, данные о личности подсудимого, суд находит возможным исправление и перевоспитание ФИО16 только в условиях, связанных с изоляцией от общества, и назначает ему наказание, связанное с лишением свободы по каждому преступлению, и не находит оснований для применения ст.ст. , 73 УК РФ , то есть для назначения более мягкого наказания, чем предусмотрено за совершенные преступления, или же условного осуждения. Наказание подсудимому суд назначает с применением ч.2 ст. 68 УК РФ по каждому преступлению. С учетом обстоятельств дела и данных о личности подсудимого до совершения преступления, суд считает целесообразным не применять к ФИО16 дополнительное наказание в виде ограничения свободы, предусмотренного ч.2 ст. 158 УК РФ и ч.1 ст. 105 УК РФ . Также с учетом характера и степени общественной опасности содеянного, данных о личности подсудимого ФИО16, суд считает необходимым назначить окончательное наказание на основании ч.3 ст. 69 УК РФ путем частичного сложения назначенных наказаний. В соответствии с п.«в» ч.1 ст. 58 УК РФ суд определяет ФИО16 отбывание наказания в исправительной колонии строгого режима, поскольку он осуждается к лишению свободы за совершение особо тяжкого преступления, ранее не отбывавшим лишение свободы. Гражданский иск по делу не заявлен. Судьбу вещественных доказательств суд разрешает в соответствии со ст. 81 УПК РФ . Руководствуясь ст. - , - , - 309 УПК РФ , суд п р и г о в о р и л : признать ФИО16 виновным в совершении преступлений, предусмотренных ч.1 ст. , п. «в» ч.2 ст. 158 УК РФ и назначить ему наказание: по ч.1 ст. 105 УК РФ в виде лишения свободы на срок 11 (одиннадцать) лет; по п. «в» ч.2 ст. 158 УК РФ в виде лишения свободы на срок 2 (два) года. В соответствии с ч.3 ст. 69 УК РФ по совокупности преступлений путём частичного сложения назначенных наказаний, назначить окончательное наказание в виде лишения свободы на срок 12 (двенадцать) лет с отбыванием в исправительной колонии строгого режима. Меру пресечения ФИО16 до вступления приговора в законную силу оставить прежнюю – заключение под стражей с содержанием в ФКУ СИЗО № УФСИН России по Тульской области. Срок отбывания наказания ФИО16 исчислять с 29 августа 2017 года с зачетом в срок отбытия наказания времени предварительного содержания под стражей в период с 11 ноября 2016 года по 28 августа 2017 года включительно. Вещественные доказательства по вступлении приговора в законную силу: - мобильный телефон «&lt;данные изъяты&gt;», золотое кольцо, сумку (барсетку), солнцезащитные очки в количестве &lt;данные изъяты&gt; штук, &lt;данные изъяты&gt; - на имя ФИО2 вернуть ФИО5, хранящиеся в камере хранения вещественных доказательств Зареченского межрайонного следственного отдела по г. Тула следственного управления Следственного комитета Российской Федерации по Тульской области, вернуть ФИО5; - джинсы мужские в количестве &lt;данные изъяты&gt; штук &lt;данные изъяты&gt; цвета, куртку (пуховик) &lt;данные изъяты&gt; цвета, хранящиеся в камере хранения вещественных доказательств Зареченского межрайонного следственного отдела по г. Тула следственного управления Следственного комитета Российской Федерации по Тульской области, вернуть ФИО16; - две светлые дактилоскопические пленки с микрообъектами с правой и левой рук трупа ФИО2; три липкие пленки с микрообъектами с переднего пассажирского сиденья, водительского сиденья, заднего дивана автомобиля &lt;данные изъяты&gt;, хранящиеся в камере хранения вещественных доказательств Зареченского межрайонного следственного отдела по г. Тула следственного управления Следственного комитета Российской Федерации по Тульской области, уничтожить; - залоговый билет, изъятый ДД.ММ.ГГГГ в помещении ООО «&lt;данные изъяты&gt;» по адресу: &lt;адрес&gt;, хранящийся в камере хранения вещественных доказательств Зареченского межрайонного следственного отдела по г. Тула следственного управления Следственного комитета Российской Федерации по Тульской области, вернуть в ООО «&lt;данные изъяты&gt;»; - автомобиль «&lt;данные изъяты&gt;», идентификационный номер (VIN) №, хранящийся на автомобильной стоянке ОП «&lt;данные изъяты&gt;» УМВД России по г. Туле, расположенной по адресу: &lt;адрес&gt;, вернуть ФИО12 Приговор суда может быть обжалован в течение 10 суток со дня его провозглашения, а осужденным, содержащимся под стражей, - в тот же срок с момента получения копии приговора, в судебную коллегию по уголовным делам Тульского областного суда путём подачи апелляционной жалобы или апелляционного представления через Ленинский районный суд Тульской области.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инстанции, о чем ему необходимо указать в подаваемой апелляционной жалобе или в возражениях на жалобу, апелляционное представление, принесенных другими участниками уголовного процесса. Председательствующий Суд: Ленинский районный суд (Тульская область) (подробнее) Судьи дела: Горбатова Т.Е. (судья) (подробнее) Последние документы по делу: Приговор от 8 ноября 2017 г. по делу № 1-76/2017 Приговор от 2 октября 2017 г. по делу № 1-76/2017 Приговор от 28 августа 2017 г. по делу № 1-76/2017 Приговор от 8 августа 2017 г. по делу № 1-76/2017 Приговор от 26 июля 2017 г. по делу № 1-76/2017 Приговор от 16 июля 2017 г. по делу № 1-76/2017 Приговор от 13 июня 2017 г. по делу № 1-76/2017 Приговор от 12 июня 2017 г. по делу № 1-76/2017 Приговор от 3 мая 2017 г. по делу № 1-76/2017 Приговор от 26 апреля 2017 г. по делу № 1-76/2017 Приговор от 25 апреля 2017 г. по делу № 1-76/2017 Приговор от 4 апреля 2017 г. по делу № 1-76/2017 Показать все документы по этому делу Судебная практика по: По делам об убийстве Судебная практика по применению нормы ст. 105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