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Якутск</w:t>
      </w:r>
    </w:p>
    <w:p>
      <w:pPr>
        <w:spacing w:after="200"/>
        <w:jc w:val="center"/>
      </w:pPr>
      <w:r>
        <w:rPr>
          <w:rFonts w:ascii="Times New Roman" w:hAnsi="Times New Roman" w:eastAsia="Times New Roman" w:cs="Times New Roman"/>
          <w:b w:val="0"/>
          <w:i w:val="0"/>
          <w:sz w:val="22"/>
        </w:rPr>
        <w:t>30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Вещество из пакета №, изъятое ____2017, в ходе проведения личного досмотра Н., содержит в своем составе наркотическое средство ___.</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Масса вещества (наркотического средства) из пакета №, изъятого ____2017 в ходе проведения личного досмотра Н., на момент проведения экспертизы составила 0,666 г.</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 основании справки об исследовании №/ф от ____2017, масса наркотического средства из пакета №2, изъятого ____2017 в ходе проведения личного досмотра Н., на момент проведения первоначального исследования составляла 0,686 г. ___ и его производные, за исключением производных, включенных в качестве самостоятельных позиций в перечень, включены в Перечень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____1998 № и являются наркотическими средствами (Список I). (в редакции Постановления Правительства от ____2017 №) Согласно Постановлению Правительства РФ № от ____2012 «Об утверждении значительного, крупного и особо крупного размеров наркотических средств и психотропных веществ, а так 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 , 228.1 и , 229.1 УК РФ », наркотические средства ___ и его производные весом от 0,2 грамма до 1 грамма относятся к значительному размеру. (в редакции Постановления Правительства от ____2017 №). Так, наркотическое средство ___, весом 0,686 гр. относится к значительному размеру. Он же, ____ 2017 года в период времени с 02 часов до 04 часов, находясь возле ____, будучи в состоянии алкогольного опьянения, увидев припаркованный возле указанного дома автомобиль марки ___ с государственным регистрационным знаком ___, без цели хищения, решил совершить угон данного автомобиля, с целью покататься. Во исполнение своего преступного умысла, он, с целью покататься, подошел к припаркованному возле указанного дома автомобилю марки ___ с государственным регистрационным знаком ___, и, воспользовавшись тем, что задняя дверца не заперта, проник в салон автомобиля, где обрезал имевшимся при себе ножом провода зажигания и, замкнув их, осуществил запуск двигателя, и выехал со двора ____, тем самым несовершеннолетний ФИО3, с целью покататься, умышленно, неправомерно, без цели хищения завладел автомобилем марки ___ с государственным регистрационным знаком ___, принадлежащим П. Он же, ____ 2017 года в период времени с 21 часа до 21 часа 30 минут, находясь в помещении магазина «Евросеть», расположенного по адресу: ____«А», увидев приоткрытую витрину, из корыстных побуждений, с целью незаконного обогащения, решил совершить тайное хищение чужого имущества. Во исполнение своего преступного умысла, он, находясь в помещении магазина «Евросеть», из корыстных побуждений, с целью незаконного обогащения, убедившись, что за его преступными действиями никто не наблюдает, осознавая преступный характер своих действий, путем свободного доступа, умышленно тайно похитил из витрины сотовый телефон марки ___», стоимостью 7 176 рублей 30 копеек, принадлежащий ООО «___» причинив тем самым ООО ___» материальный ущерб на сумму 7 176 рублей 30 копеек. С похищенным имуществом Н. скрылся с места совершения преступления и распорядился им по своему усмотрению. Подсудимый Н виновным себя признал полностью и на основании ст. 51 Конституции РФ отказался от дачи показаний, в связи с этим государственным обвинителем были оглашены его показания, данные им в ходе предварительного следствия, где будучи допрошенным в качестве подозреваемого, обвиняемого показал, что ____ 2016 года он зашел в подъезд дома по ____. Номер дома, а также подъезд он не помнит. На 1 этаже в подъезде он попросил у девочки славянской внешности (О.) сотовый телефон, чтобы позвонить, на что она отдала ему сотовый телефон марки «___», белого цвета. Он сделал вид, что звонит, а сам решил украсть этот телефон, чтобы в дальнейшем самому пользоваться им, так как у него не было своего сотового телефона. Сделав вид, что разговаривает, он вышел из подъезда. Похищенным сотовым телефоном он пользовался до января 2017 года. В середине января 2017 года он с помощью таксиста сдал указанный сотовый телефон в ломбард. За телефон он получил 3500 рублей, которые потратил на свои нужды. ____ 2017 года вечером он находился на площади Победы по ____, был один, возле мемориала, где «вечный огонь» стояли две девочки лет 13- 14, славянской внешности. Он попросил сотовый телефон у одной из девочек, чтобы позвонить. Девочка ему отдала сотовый телефон марки «___» темного цвета с сенсорным экраном, без чехла. Он, взяв телефон, сделал вид, что звонит, на самом деле он, увидев у нее телефон, решил украсть его, так как своего телефона у него нет. Он, забрав телефон убежал, слышал как девочки кричали ему, чтобы он вернул телефон. На ____ возле «___» к нему подъехали сотрудники полиции на служебной машине и поймали его. В машине были девочки, которые опознали его, он сразу вернул сотовый телефон девочке. ____ 2017 года, находясь у себя дома по адресу: ____, около 20 часов он решил приобрести для личного употребления наркотическое средство «___». Знает, что наркотики запрещены законом. Он позвонил своему знакомому ФИО9 и попросил его приехать. Когда тот приехал около 20 часов 30 минут на своей машине, он попросил его повозить по нескольким адресам, при этом ему не говорил, что собирается приобрести наркотики. Находясь в машине возле своего дома, он одолжил у ФИО9 телефон, и в ходе переписки в приложении «___» с интернет магазином «___» он заказал наркотик «___». В ответ пришло сообщение с указанием цены в размере 2 000 рублей за приобретаемый наркотик и номер счета «___», которой необходимо пополнить. Переписка заняла около 40 минут. Для этого около 22 часов оплату в размере 2000 рублей он внес через терминал, расположенный в магазине «___» по ____ несколько минут пришло сообщение с адресом места нахождения наркотика, а именно, внутри шлакоблока на полу слева от домофонной двери в первом подъезде ____. Он с ФИО9 поехали на указанный адрес. Он забрал пакетик зеленого цвета с веществом внутри отверстия шлакоблока у домофонной двери в первом подъезде ____ и положил его в карман своей куртки. После того как вышел с наркотиком и сел в салон автомобиля, его задержали сотрудники полиции, которые при 2 мужчинах изъяли наркотик и упаковали его в пакет. В составленном протоколе он поставил подписи, также расписались другие. Он пояснил, что купил наркотик для личного употребления. ____ 2017 года около 17 часов к нему домой пришел знакомый А., с которым они пошли на площадь Победы. Там они встретили друзей Ы., Л., Э и девушку по имени Х. Все пошли гулять по городу, заходили в магазин покупали спиртное, распивали его в подъезде одного из домов на 202 микрорайоне. После этого гуляли по городу. Около 03 часов ночи они зашли в подъезд ____. Далее он и Д пошли в туалет. Выйдя из подъезда, увидели автомашину УАЗ. Он дернул ручку задней двери, и она открылась. Он решил угнать машину, чтобы покататься. Через заднюю дверь он залез в салон машины. Затем имевшимся при себе ножом обрезал провода замка зажигания и, замкнув провода, завел двигатель. Д отговаривал его угонять машину, но он его не стал слушать. После этого он и Д пошли звать всех остальных. Они зашли в подъезд и предложили поехать покататься. Сначала ребята отказывались, а потом согласились. Он сел за руль машины. Д сел на переднее пассажирское сиденье. Ы, Л, Э и Х, зашли в салон через заднюю дверь и сели на кресла. Он поехал в сторону ____, на перекрестке улиц ____ и ____ повернул направо и поехал в сторону улицы ____. Потом он поехал ставить машину на место, а остальные вышли из машины. ____ 2017 года он гулял по городу, смотрел магазины и примерно около 21 часа вечера зашел в магазин «___», который расположен по ____, рядом с площадью Ленина. В магазине он смотрел витрину, где стояли телефоны и заметил, что раздвижная дверца витрины приоткрыта. У него возник умысел на хищение телефона, чтобы в дальнейшем продать, так как денег на свои личные нужды не было. Он, осмотревшись по сторонам, убедился, что работники магазина заняты другими покупателями, за его действиями никто не наблюдает, и он взял из витрины телефон в корпусе белого цвета, положил во внутренний карман пуховика и вышел из магазина. Телефон был марки «___», корпус белого цвета, сенсорный, среднего размера, модель не помнит. Решил телефон сдать в ломбард «___» по ____. Увидев возле ломбарда, сбоку машину иностранного производства он подошел к машине, попросил водителя машины сдать в ломбард телефон, при этом сказал, что свой паспорт дома забыл. Водитель согласился, и сам он в ломбард не стал заходить, просто стоял на улице и ждал его. Через некоторое время водитель вышел, и передал 2500 рублей, из них 500 рублей он передал водителю за оказанную услугу. Вырученные деньги в сумме 2000 рублей он потратил на свои личные нужды. Данные оглашенные показания подсудимый Н полностью подтвердил. Виновность подсудимого Н подтверждается следующими доказательствами. По 1 эпизоду. Государственным обвинителем с согласия сторон были оглашены показания не явившихся в судебное заседание потерпевшей, свидетелей, которые в ходе предварительного следствия показали: Потерпевшая Ш о том, что ____ 2016 года около 11 часов ее дочь О пошла гулять. Она вернулась около 13 часов со слезами на глазах, рассказала, что какой-то незнакомый парень, когда она с подругой Е. находились на 1 этаже, во втором подъезде их дома, попросил сотовый телефон, чтобы позвонить. После этого парень незаметно вышел с подъезда и не вернулся. Со слов дочери данный парень был славянской внешности, на вид 17-19 лет, высокий, худощавый. Похищенный сотовый телефон марки «___», она приобрела ____ 2016 года за 10 990 рублей, на телефон были установлены защитное стекло, стоимостью 590 рублей, карта памяти «___», стоимостью 1350 рублей. Также на телефоне был силиконовый чехол розового цвета с изображением чеширского кота, стоимостью 390 рублей. В сотовый телефон была вставлена сим-карта оператора сотовый связи ПАО «___» с абонентским номером ___, без стоимости. Таким образом ей причинен значительный материальный ущерб на сумму 13 320 рублей. Так как она в настоящее время нигде не работает, на иждивении находится малолетняя дочь, проживают на зарплату супруга, который зарабатывает ежемесячно 25 000 рублей. Несовершеннолетняя ФИО4 о том, что ____ 2016 года около 11 часов с подругой Е., поиграв на улице решили пойти в подъезд ее дома и погреться. На крыльце подъезда увидела парня славянской внешности, на вид около 17- 19 лет, высокий, худощавый. Она с Е прошли в подъезд, стояли грелись, а Н остался стоять возле подъезда. В это время она услышала, как Н. нажимает кнопки домофона, затем подошёл к окну и постучал. Они открыли ему дверь. Далее, Н. прошел в подъезд, начал ходить туда- сюда, потом спросил у них: «Есть телефон позвонить?». Она отдала ему свой сотовый телефон. Н., взяв ее сотовый телефон, начал кому-то звонить, о чем-то разговаривал. В это время Е показывала ей на своем сотовом телефоне фотографии и она отвлеклась на минуту. Потом она увидела, что Н. уже нет в подъезде. Она поискала Н на улице, после чего вернулась домой и рассказала о случившемся маме. Во время очной ставки с несовершеннолетним обвиняемым Н несовершеннолетний свидетель О дала аналогичные показания. Несовершеннолетний обвиняемый Н. показания несовершеннолетнего свидетеля ФИО4 полностью подтвердил. Несовершеннолетняя Е о том, что когда заходили в подъезд дома О они увидели парня славянской внешности. По его просьбе они открыли ему дверь. Они сидели на подоконнике и играли на ее сотовом телефоне. Н подошел к ним и попросил у них телефон, чтобы сделать звонок. О. передала Н. свой сотовый телефон. Н разговаривал по телефону около 05 минут. Далее он подошел к двери и начал его открывать-закрывать, играть кнопкой вызова. При этом от места, где они сидели, домофонной двери не было видно. В один момент она поняла, что звук сигнала домофонной двери пропал. Они подошли к двери, но Н там уже не было. Во время очной ставки с несовершеннолетним обвиняемым Н несовершеннолетний свидетель Е дала аналогичные показания, несовершеннолетний обвиняемый Н полностью подтвердил показания несовершеннолетнего свидетеля О. Вина подсудимого несовершеннолетнего Н также подтверждается следующими изученными в ходе судебного заседания доказательствами: Заявлением Ш., где она просит привлечь к ответственности неустановленное лицо, которое, находясь на 1 этаже второго подъезда ____ в период времени с 11 часов до 13 часов ____ 2016 года похитило у ее малолетней дочери принадлежащий ей сотовый телефон марки «___», стоимостью 10 990 рублей, с защитным стеклом, стоимостью 590 рублей, картой памяти, стоимостью 1 350 рублей, силиконовым чехлом, стоимостью 800 рублей. Протоколом осмотра места происшествия, помещение первого этажа второго подъезда ____. В ходе осмотра места происшествия изьяты окурок сигареты, фрагмент следа обуви на темной дактопленке, приложенными к протоколу фототаблицей. Постановлением о производстве выемки. Протоколом выемки у потерпевшей ФИО5 копии товарного чека от ____ 2016 года, копии кассового чека от ____.2016, копии фрагмента коробки сотового телефона. Протоколом их осмотра, постановлением о признании их вещественными доказательствами и приобщении к материалам уголовного дела. Справкой о стоимости, согласно которой по состоянию на ____ 2016 года стоимость сотового телефона модели «___» составляла 11 990 рублей, стоимость защитного стекла составляло 790 рублей, стоимость карты памяти «___» составляло 1 990 рублей, стоимость силиконового чехла составляло 390 рублей. По 2 эпизоду. Потерпевшая З показала, что ____ 2017 года, ее дочь Ксения после обеда пошла погулять на площадь Победы. Около 21 часа дочка позвонила ей и сказала, что незнакомый мужчина попросил у нее сотовый телефон позвонить, якобы потерялся ребенок, потом мужчина с телефоном убежал в сторону дамбы. Они попытались догнать его, но потом обратились в полицию. С сотрудниками полиции стали ездить по этому району, увидели и задержали Н на ул. ____. Был похищен сотовый телефон марки «___», в похищенный сотовый телефон была вставлена сим-карта оператора сотовой связи «___» с абонентским номером ___, без стоимости. Она приобретала сотовый телефон марки «___» за 11990 рублей, а пленку «___» за 399 рублей. Ей причинен материальный ущерб в сумме 12389 рублей. Телефон Н сразу вернул. Государственным обвинителем с согласия сторон были оглашены показания не явившихся в судебное заседание свидетелей, которые в ходе предварительного следствия показали: - несовершеннолетняя З о том, что 25 января 2017 года около 19 часов она с З пошли погулять на площадь Победы. Около 19 часов 25 минут к ним подошел незнакомый мужчина, который попросил телефон, чтобы позвонить. Она дала ему свой телефон «___». Мужчина стал кому- то звонить, но потом убежал с ее телефоном. Они побежали следом, и потом попросили прохожего позвонить в полицию. С приехавшими сотрудниками полиции они стали ездить по улицам и увидели похожего мужчину. Сотрудники полиции задержали этого мужчину, который вернул ей телефон. Во время очной ставки с несовершеннолетним обвиняемым Н несовершеннолетний свидетель З. дала аналогичные показания. Несовершеннолетний обвиняемый Н полностью подтвердил показания свидетеля. - Ч., полицейский- водитель ОБППСП МУ МВД России «Якутское» о том, что ____ он совместно с инспектором Щ дежурили на маршруте «___» (автопатруль). В 19 часов 50 минут поступило сообщение о том, что на пл. Победы возле вечного огня у несовершеннолетней З открыто похитили сотовый телефон «___», серого цвета, в совершении указанного преступления подозревается мужчина, который убежал в сторону ТЭЦ. Они сразу же выехали на пл. Победы прибыв на место, Щ пошел отрабатывать дворы близлежащих домов, а он вместе с З и ее подругой поехали по ____, ____, ____, ____ с целью опознания подозреваемого лица. Примерно в 21 час 30 минут между домами №№ и 6 по ____ был замечен подходящий под описание З мужчина в камуфляжной куртке. Он подойдя к нему попросил его пройти к служебному автомобилю. При этом он заметил, что у мужчины в руках находится сотовый телефон серого цвета. Мужчина говорил, что он вернет телефон и просил, чтобы его отпустили. Подойдя к автомобилю, мужчина открыл заднюю дверь и бросил на руки З сотовый телефон. Данный сотовый телефон был марки «___». Также мужчина попросил у нее прощения, после чего попытался уйти. Мужчина был доставлен в отдел полиции. Вина подсудимого несовершеннолетнего Н также подтверждается следующими изученными в ходе судебного заседания доказательствами: Заявлением З., где она просит привлечь к уголовной ответственности неустановленное лицо, которое ____2017 в период времени с 20 до 21 часа, находясь на пл. Победы по ____ открыто, без применения насилия похитило у её дочери сотовый телефон марки «___» стоимостью 11 990 рублей. Протоколом осмотра места происшествия площадь Победы, расположенная по ____. Во время осмотра места происшествия путем масштабного фотографирования изъят след обуви. Приложенными к протоколу фототаблицами. Постановлением о производстве выемки, протоколом выемки у потерпевшей З. сотовый телефон «___» с защитной пленкой, кассовый чек, коробка на сотовый телефон. Протоколом осмотра изъятых предметов, документов. Постановлением о признании их вещественными доказательствами и приобщении их к материалам уголовного дела. Согласно справке о стоимости от ____2017, по состоянию на ____ 2017 года стоимость сотового телефона «___» составляла 12 299 рублей, стоимость пленки ___ составляла 459 рублей. По 3 эпизоду. Свидетели Ц., З показали, что они ____ 2017 года около 23 часов участвовали в ходе личного досмотра понятыми. На первом этаже находились несколько мужчин, среди которых находился задержанный парень славянской внешности. Сотрудник полиции разъяснил всем права и обязанности, затем пояснил, что сейчас будет произведен личный досмотр задержанного парня. В ходе личного досмотра задержанного парня в левом переднем наружном кармане его куртки был обнаружен и изъят сотовый телефон в корпусе темного цвета марки «___». Далее в правом переднем наружном кармане были обнаружен и изъят полимерный пакет зеленого цвета, в котором находилось кристаллообразное вещество светлого цвета, а также чек оплаты услуг. Изъятые предметы сотрудник полиции упаковал в разные пакеты, после чего опечатал их и сделал на них пояснительные надписи. Затем они расписались на пояснительных надписях. При этом был составлен протокол личного досмотра, с которым все ознакомились и расписались в них. Государственным обвинителем с согласия сторон были оглашены показания не явившихся в судебное заседание свидетелей, которые в ходе предварительного следствия показали: - Я., оперуполномоченный отдела № УНК МВД по РС (Я) о том, что ____ 2017 года поступила оперативная информация о том, что Н незаконно приобретает, хранит и потребляет наркотические средства синтетического происхождения. С целью задержания данного гражданина сотрудниками отдела № УНК МВД по РС (Я) было принято решение о проведении ОРМ «Наблюдение». ____ он в составе оперативной группы совместно с оперуполномоченным ФИО6, ст.оперуполномоченным ФИО7 и оперуполномоченным по ОВД ФИО8, реализуя полученную информацию, заняли позицию на служебном автомобиле возле ____. Согласно оперативной информации Н. должен был приехать на данный адрес на автомобиле марки «___» под управлением Ф. Около 22 часов 05 минут во двор дома заехал автомобиль марки «___» серого цвета с государственным регистрационным знаком &lt;***&gt;, под управлением ФИО9 ФИО3 находился на заднем пассажирском сиденье автомобиля. Автомобиль, подъехав к первому подъезду дома остановился, вышел Н Он зашел в первый подъезд ____ часов 10 минут Н вышел из подъезда и обратно сел в салон автомобиля. Они подбежали к вышеуказанному автомобилю, открыв двери автомобиляи ФИО9 и ФИО3 представились, что являются сотрудниками полиции. Они сопроводили Н в первый подъезд ____ некоторое время, У. привел понятых. Он всем разъяснил права, объяснил, что сейчас будет произведен досмотр задержанного Н., который подозревается в хранении наркотических средств. Затем он начал проводить досмотр и в период времени с 22 часов 27 минут до 22 часов 42 минуты в ходе досмотра у Н. в левом наружном кармане куртки был обнаружен и изъят сотовый телефон марки «___» в корпусе темного цвета. Далее в наружном кармане куртки были обнаружены и изъяты полимерный пакет зеленого цвета с зажимом, с содержащимся внутри кристаллообразным веществом светлого цвета, а также кассовый чек оплаты «___» на сумму 2000 рублей от ____2017 года. В ходе досмотра задержанный Н пояснил, что содержимое в пакетике является наркотическим средством для личного потребления. Изъятые вещи были упакованы в отдельные полимерные пакеты, горловина которых была прошита нитками черного цвета, концы которой были связаны в узел и склеены бумажной биркой с оттиском печати «Для пакетов № УФСКН РФ по РС (Я)», на них была сделана соответствующая пояснительная надпись, все пакеты были заверены подписями участвующих лиц. Был составлен протокол личного досмотра, в котором все участвующие лица также расписались. В ходе проведения досмотра и по его окончании жалоб и заявлений от участвующих лиц не поступило. Изъятый в ходе личного досмотра ФИО3, полимерный пакет зеленого цвета с зажимом, с содержащимся внутри кристаллообразным веществом светлого цвета в тот же день направлен на исследование в ЭКЦ МВД по РС (Я), в результате которого было установлено, что оно является наркотическим средством. Вина подсудимого несовершеннолетнего Н также подтверждается следующими изученными в ходе судебного заседания доказательствами: Рапортом об обнаружении признаков преступления, согласно которому ____2017 года около 22 часов 10 минут возле ____ в ходе проведения оперативно-розыскных мероприятий направленных на задержание лиц, причастных к незаконному обороту наркотических средств, сотрудниками отдела № УНК МВД по РС (Я) задержана а/м «___» серого цвета с г/н № RUS под управлением Ф., а также в салоне данной автомашины находился Н. В период времени с 22 часов 27 минут по 22 часа 42 минуты в ходе проведения личного досмотра Н. в правом наружном кармане его куртки обнаружен и изъят полимерный пакет зеленого цвета с зажимом, с содержащимся внутри кристаллообразным веществом светлого цвета, предположительно являющимся наркотическим средством синтетического происхождения, общим весом около 0,5 гр. Протоколом осмотра места происшествия тамбура первого подъезда ____. Во время осмотра ничего не изьято. Приложенными к протоколу фототаблицами. Протоколом осмотра места происшествия помещения магазина «___» по адресу: ____. Во время осмотра ничего не изьято. Приложенными к протоколу фототаблицами. Протокол осмотра предметов, в ходе которого осмотрен изъятый у Н пакет с наркотическим средством. Постановлением о признании пакета с наркотическим средством вещественным доказательствами и приобщении его к материалам уголовного дела. Протоколом осмотра документов протокола личного досмотра Н от ____2017 и справка об исследовании ЭКЦ МВД по РС(Я) от ____2017 №/ф Постановлением о признании их вещественными доказательствами и приобщении их к материалам уголовного дела. Протоколом осмотра предметов, документов, в ходе которого осмотрен сотовый телефон «___» и кассовый чек оплаты «___». Осмотром установлено, что при включении телефона на экране отображается графический ключ, в верхней части экрана имеется иконка приложения «___». Кассовый чек оплаты «___» на сумму 2000 рублей, агент: ООО «___»; Адрес: ____; Терминал: ___; Адрес: ____; Дата: ____ 15:53:49; Поставщик: Пополнение ___ Кошелька; принято: 2000 рублей; Зачислено: 2000 рублей; Номер телефона/счета: ___ Код операции: ___. Постановлением о признании их вещественными доказательствами и приобщении их к материалам уголовного дела. Согласно заключению химической судебной экспертизы №/ф от ____ 2017 года: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Вещество из пакета №, изъятое ____2017, в ходе проведения личного досмотра гр. ФИО3, содержит в своем составе наркотическое средство ___.</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Масса вещества (наркотического средства) из пакете №, изъятого ____2017 в ходе проведения личного досмотра Н., на момент проведения экспертизы составила 0,666 г.</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 основании справки об исследовании №/ф от ____2017, масса наркотического средства из пакета №, изъятого ____2017 в ходе проведения личного досмотра гр. ФИО3, на момент проведения первоначального исследования составляла 0,686 г. (том 2 л.д. 283-285) По 4 эпизоду. Государственным обвинителем с согласия сторон были оглашены показания не явившихся в судебное заседание потерпевшего, свидетелей, которые в ходе предварительного следствия показали: - потерпевший ФИО10 о том, что у него имеется автомобиль марки «___» с государственным регистрационным знаком ___, который он ____ 2017 года поставил возле дома ____. Задняя дверь автомобиля не была закрыта на ключ, так как он потерял ключи от замка указанной двери. Никакого охранного устройства на автомобиле не имеется. Он никому управлять своим автомобилем права не давал. Около 23 часов автомобиль стояла на месте. ____ около 10 часов он обнаружил, что обрезаны провода зажигания автомобиля, дверь со стороны водителя не заперта, а просто прикрыта. Он подумал, что пытались угнать машину и обратился в полицию. Потом со слов сотрудников полиции он узнал, что машина угнана в период с 02 часов 57 минут до 03 часов 41 минуты ____ 2017, что это зафиксировала видеокамера во дворе. - несовершеннолетний Д о том, что вечером ____ 2017 года он с Н. распили 2 бутылки пива. Около 02 часов 05 апреля они пошли к М., который проживает в ____. Но тот спал, и находясь во дворе, Н. подошел к автомобилю «___», светлого цвета, дернув за заднюю дверь открыл ее. В это время Ы., Л., Э. и Х зашли обратно в подъезд, так как на улице было холодно. Далее Н. зашел в салон автомобиля и он, увидев, что тот обрывает провода понял, что Н пытается завести автомобиль. Примерно через 10-20 минут Н завел автомобиль и предложил покататься и позвать остальных. Он позвал ребят, которые находились в подъезде. Все сели в салон автомобиля и Костров отьехал. По дороге ФИО11 спросил, не угнан ли автомобиль, на что он сказал, что да, Костров угнал автомобиль. После этого все начали «паниковать». Затем они развернулись и поехали обратно ставить автомобиль на место. Заехав во двор ____, Костров припарковал автомобиль на то же место, откуда он ранее его угнал. - несовершеннолетняя В о том, что ночью ____ она была со своими знакомыми Л Ы., Э., Д. и Н. Около 02 часов они все пошли в сторону ____. Дойдя до указанного дома, они решили погреться в подъезде дома. Когда заходили в подъезд Д. и Н. остались на улице. Примерно через 20 минут Д. и Н. забежали в подъезд дома и сказали, что у них есть машина, предложили им покататься. После этого они вышли на улицу. Подошли к заведенному автомобилю марки «___» светлого цвета, который был припаркован во дворе ____ сели в салон автомобиля, за рулем сел Н. После этого они выехали со двора дома ____. Покатавшись, они поехали в обратном направлении. По дороге они поняли, что автомобиль угнан и сказали парням, чтобы они поставили автомобиль на место. Вина подсудимого несовершеннолетнего Н. также подтверждается следующими изученными в ходе судебного заседания доказательствами: Рапортом об обнаружении признаков преступления, согласно которому от оператора «02» ____2017 поступило сообщение об угоне автомобиля марки «___» с государственным регистрационным знаком ___ принадлежащего П. Протоколом осмотра места происшествия, участка местности возле ____. В ходе осмотра осмотрен автомобиль марки «___» с государственным регистрационным знаком ___, в ходе которого произведен смыв с руля на марлевый тампон, изъяты микрообъекты на светлой дактопленке, следы рук на липкой ленте «скотч». Автомобиль признан и приобщен к уголовному делу в качестве вещественного доказательства. Приложенными к протоколу фототаблицами. Постановлением о производстве выемки, протоколом выемки, в ходе которого у потерпевшего П. изъята копии свидетельства о регистрации ТС серии 1419 № на автомобиль марки «___» с государственным регистрационным знаком ___. Протоколом осмотра документа копии свидетельства о регистрации ТС серии 1419 № на автомобиль марки «___» с государственным регистрационным знаком ___, собственник ТС- П. Постановлением о признании документа вещественным доказательствами и приобщении его к материалам уголовного дела. По 5 эпизоду. Государственным обвинителем с согласия сторон были оглашены показания не явившихся в судебное заседание потерпевшего, свидетелей, которые в ходе предварительного следствия показали: - представитель потерпевшего С., ведущий специалист службы безопасности ООО «Евросеть» о том, что ____ 2017 года директор магазина, расположенного по адресу: ____А, И сообщила ему, что вечером ____ в их магазине произошла кража сотового телефона. Он отдал распоряжение о подготовке справки об ущербе, а также документов на похищенный сотовый телефон. Также распорядился о сохранении видеозаписи для того, чтобы в последующем предоставить ее сотрудникам полиции. В помещении магазина постоянно ведется видеозапись. Позже было установлено, что из магазина был похищен сотовый телефон марки «___», стоимостью 7176 рублей 30 копеек. Ущерб в указанной сумме малозначительным не является. - Ъ продавец магазина ООО «___» расположенного по адресу: ____ о том, что ____ магазин работал до 20 часов, однако в связи с тем, что он оформлял кредит физическому лицу на приобретение сотового телефона магазин фактически работал до 21 часа 30 минут. Второй продавец Б ушла после 20 часов. Около 21 часа 30 минут он закрыл магазин на ключ и уехал домой. 10 апреля около 09 часов он пришел на работу и заметил, что раздвижное стекло витрины, расположенной слева от входа в помещение магазина приоткрыто. Также он заметил, что на витрине не хватает одного сотового телефона марки «___», при этом подставка от сотового телефона находилась на месте. Он спросил у продавца Ь., не брал ли он с витрины сотовый телефон, на что тот ответил, что ничего не брал с витрины. Коробка от сотового телефона «___» лежала на подсобке, то есть его никто не покупал. При просмотре записи от 08 апреля он увидел, что в 22 часа 12 минут неизвестный парень в темной куртке с капюшоном сдвигает стекло витрины, после чего достает оттуда сотовый телефон, кладет в карман и выходит из помещения магазина. Получается, что в тот момент раздвижное стекло витрины не была заперта, чем и воспользовался парень. В это время в торговом зале магазина находится супружеская пара, которая оформляла кредит, а также несколько молодых людей. Время на видеозаписи показывает на 1 час раньше. Вина подсудимого Н также подтверждается следующими изученными в ходе судебного заседания доказательствами: Заявлением И., директора магазина ООО «___» расположенного по адресу: ____, где указано, что неустановленное лицо ____ 2017 года около 21 часа 00 минут похитило телефон марки «___» с витрины магазина. Протоколом осмотра места происшествия магазина «___», расположенного по адресу: ____А. Во время осмотра ничего не изъято. Приложенными к протоколу фототаблицами. Постановлением о производстве выемки. Протоколом выемки, в ходе которой у представителя потерпевшего С изъят CD-R диск с видеозаписью с камер видеонаблюдения в магазине «___» за ____2017. Протоколом осмотра изъятого CD-R диск с видеозаписью. Осмотром установлено, что ____2017 в 22 часа 12 минут 42 секунды в помещение магазина входит парень (Н.) в куртке темного цвета, подходит к витрине, расположенной слева от входа в помещение магазина. В 22 часа 12 минут 50 секунд указанный парень смотрит, оборачивается на продавца, который обслуживает клиентов магазина и сразу же протягивает руку к витрине, после чего через приоткрытое раздвижное стекло витрины, просунув левую руку достает с витрины сотовый телефон белого цвета, расположенный в самом краю, в третьем по счету снизу ряду. Далее в 22 часа 12 минут 53 секунды указанный парень кладет похищенный сотовый телефон в левый карман куртки. Затем в 22 часа 12 минут 56 секунд выходит из помещения торгового зала магазина, уходит с обзора камеры. Видеозапись заканчивается в 22 часа 12 минут 59 секунд ____2017. Постановлением о признании диска вещественным доказательствами и приобщении его к материалам уголовного дела. Согласно справке о стоимости по состоянию на ____ 2017 года закупочная цена на сотовый телефон марки «___» составляла 7599 рублей. Таким образом, приведенная выше совокупность доказательств позволяют суду прийти к выводу о доказанности вины подсудимого Н в совершении преступных действий, как они изложены в описательной части приговора. Вывод суда о причастности Н к совершению предъявленного ему преступлений подтверждаются всеми вышеприведенными показаниями свидетелей, потерпевших, признательными показаниями подсудимого, другими доказательствами по делу в их совокупности. При таких обстоятельствах, суд на основе анализа и оценки всей совокупности доказательств исследованных в суде приходит к выводу о доказанности вины Н в совершении инкриминируемых ему преступлений и не вызывающей сомнений и его действия квалифицирует по ч.2 ст. , ч.1 ст. , ч.1 ст. , ч.1 ст. , ч.1 ст. 158 УК РФ , мошенничество, то есть хищение чужого имущества путем обмана, совершенное с причинением значительного ущерба гражданину; грабеж, то есть открытое хищение чужого имущества; незаконные приобретение и хранение без цели сбыта наркотических средств, в значительном размере; неправомерное завладение автомобилем без цели хищения (угон); кража, то есть тайное хищение чужого имущества. Умысел Н. направленное на совершение кражи подтверждается похищением имущества, осознанием противоправности своих деяний. О корыстном мотиве совершения преступления, свидетельствуют действия подсудимого Н., который после совершения кражи, мошенничества, грабежа распорядился с похищенным чужим имуществом по своему усмотрению. Причинение значительного ущерба при совершении мошенничества подтверждается стоимостью похищенного имущества и материальным положением потерпевшего. Изучение личности подсудимого Н показало, что он ранее не судим, неоднократно привлекался к административной ответственности за совершение мелкого хулиганства, за нарушение Правил ДД, согласно справке- характеристике инспектора ПДН ОП № Н характеризируется отрицательно, указано, что он состоит в профучете в ПДН ОП № с ____ за антиобщественное поведение, воспитывается не полной семье, со стороны матери контроль за сыном не осуществляется, самоустранилась от его воспитания, авторитетом у сына не пользуется. На проводимые профилактические мероприятия должных выводов для себя не делает, продолжает вести антиобщественный образ жизни, не ночует дома, бродяжничает. Администрацией МОБУ «Центр образования» ГО «____» характеризируется также отрицательно, указано что, мать Н уклоняется от своих обязанностей, объясняет это тем, что она не может повлиять на сына, Н по характеру вспыльчивый, на замечания реагирует не всегда адекватно, в общении не всегда вежлив. Имеет склонность к противоправному и антиобщественному поведению, употребляет алкогольные напитки, курит. Согласно заключению судебной психолого- психиатрической комиссии экспертов № от ____2017 Н может осознавать фактический характер и общественную опасность своих действий и руководить ими Подсудимый Н на учете в Якутском республиканском психоневрологическом диспансере, в Якутском республиканском наркологическом диспансере не состоит, ввиду чего суд приходит к выводу, что подсудимый вменяем - осознавал фактический характер и общественную опасность своих действий, руководил ими. Преступление, инкриминируемое Н относится к категории умышленных средней и небольшой тяжести преступлений. С учетом обстоятельств совершенных преступлений, степени их общественной опасности, а также наступивших последствий, личности подсудимого, суд не находит оснований для изменения категории совершенных им преступлений, на менее тяжкое, в соответствии с ч.6 ст. 15 УК РФ . Суд, не может признать имеющиеся у подсудимого совокупность смягчающих наказание обстоятельств исключительными, и применить к ним правила ст. 64 УК РФ , так как цели и мотивы преступления не указывают на существенное уменьшение степени общественной опасности совершенного им преступления. При назначении вида и меры наказания в соответствии с ч. 1 ст. 61 УК РФ суд признает как смягчающие наказание обстоятельства: несовершеннолетний возраст подсудимого, признание им вины, отсутствие судимости, возмещение причиненного ущерба по 2 эпизоду предъявленного ему обвинения, мнение потерпевших П., З., которые претензий к подсудимому не имеют, активное способствование раскрытию и расследованию преступлений. Обстоятельств, отягчающих наказание подсудимого суд по делу не установил. Кроме смягчающих и отсутствие отягчающих наказание обстоятельств, при решении вопроса о назначении подсудимому Н наказания, в соответствии со ст. ст. , 60 УК РФ , суд учитывает обстоятельства, характеризующие личность подсудимого, а также обстоятельства совершения, тяжесть, характер и степень общественной опасности совершенных им преступлений, личность виновного, состояния его здоровья, влияние назначенного наказания на исправление осужденного и на условия его жизни и воспитания. В соответствии с требованиями ст. 89 УК РФ при назначении наказания несовершеннолетнему суд также учитывает условия жизни и воспитания несовершеннолетнего, уровень психического развития, иные особенности личности. Суд не может применить подсудимому положения статей - , 90 УК РФ и статей - 28 УПК РФ , учитывая тяжесть совершенных подсудимым преступлений, их количества и не возмещения ущерба. При таких обстоятельствах суд приходит к выводу, что цели и задачи наказания, предусмотренные ст. ст. , 60 УК РФ , а также исправление подсудимого Н возможно без его временной изоляции от общества, с применением ст. 73 УК РФ и предоставлением ему испытательного срока, в течение которого он должен своим примерным поведением доказать свое исправление, с возложением на него обязанностей. Кроме того, учитывая данные о личности подсудимого, принимая во внимание данные о том, что ФИО3 является лицом ранее не судимым, его несовершеннолетний возраст, исходя из целей назначения наказания, суд считает, что подсудимый ФИО3 не нуждается в дополнительном контроле и считает возможным не назначать ему предусмотренное статьей Уголовного кодекса дополнительное наказание в виде ограничения свободы. Учитывая наличие у него п. «и» ч.1 ст. 61 УК РФ суд при назначении наказания применяет ч. 1 ст. 62 УК РФ . Гражданский иск не заявлен. На основании изложенного и руководствуясь ст.ст. , , - 309 УПК РФ , П Р И Г О В О Р И Л: Признать Н виновным в совершении преступлений предусмотренных ч.2 ст. , ч.1 ст. , ч.1 ст. , ч.1 ст. , ч.1 ст. 158 УК РФ и назначить наказание: - по ч.2 ст. 159 УК РФ - 02 года лишения свободы, без ограничения свободы; - по ч.1 ст. 161 УК РФ - 02 года лишения свободы; - по ч.1 ст. 228 УК РФ - исправительные работы на срок 01 год, с удержанием в доход государства 10% от заработной платы; - по ч.1 ст. 166 УК РФ - 02 года лишения свободы; - по ч.1 ст. 158 УК РФ исправительные работы на срок 01 год, с удержанием в доход государства 10% от заработной платы; Руководствуясь ч. 2 ст. , ст. 71 УК РФ путем приведения трех дней исправительных работ к одному дню лишения свободы, частичного сложения назначенных наказаний, окончательную меру наказания определить 03 года лишения свободы без ограничения свободы На основании ст. 73 УК РФ назначенное Н наказание считать условным с испытательным сроком 03 года. Осужденного обязать встать на учет в специализированный орган ведающий исполнением наказаний, в установленные инспекцией дни проходить регистрацию, не менять постоянное место жительства, учебы, работы без уведомления инспекции по исполнению наказаний, не совершать административные правонарушения. Меру пресечения осужденного Н в виде содержания под стражей отменить. Освободить его из под стражи из зала суда. Гражданский иск не заявлен. Потерпевшим разъяснить их право обращения в суд в порядке гражданского судопроизводства. Приговор может быть обжалован в апелляционном порядке в Верховный Суд Республики Саха (Якутия) в течение 10 суток со дня провозглашения. В случае обжалования приговора разъяснить сторонам право в течение 10 суток со дня провозглашения приговора заявить ходатайство о своём участии при рассмотрении уголовного дела судом апелляционной инстанции. Разъяснить осужденному, что в случае обжалования приговора он вправе ходатайствовать о своем участии в рассмотрении дела судом апелляционной инстанции, имеет право поручить осуществление своей защиты избранному им защитнику либо ходатайствовать перед судом о назначении защитника, право пригласить защитника по своему выбору, отказаться от защитника, ходатайствовать о назначении другого защитника (ст. ч.4 УПК РФ). Разъяснить, что в случае неявки приглашенного защитника в течение 05 суток суд вправе предложить пригласить другого защитника, а в случае отказа - принять меры по назначению защитника по своему усмотрению. При получении копий апелляционных жалоб или представления, затрагивающих интересы осужденного, последний в течение 10 суток вправе заявить ходатайство о своем участии в рассмотрении уголовного дела судом апелляционной инстанции. Председательствующий судья: В.А.Захаров Суд: Якутский городской суд (Республика Саха (Якутия)) (подробнее) Судьи дела: Захаров Виталий Алексеевич (судья) (подробнее) Судебная практика по: По мошенничеству Судебная практика по применению нормы ст. 159 УК РФ По кражам Судебная практика по применению нормы ст. 158 УК РФ По грабежам Судебная практика по применению нормы ст. 161 УК РФ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