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Тюмень</w:t>
      </w:r>
    </w:p>
    <w:p>
      <w:pPr>
        <w:spacing w:after="200"/>
        <w:jc w:val="center"/>
      </w:pPr>
      <w:r>
        <w:rPr>
          <w:rFonts w:ascii="Times New Roman" w:hAnsi="Times New Roman" w:eastAsia="Times New Roman" w:cs="Times New Roman"/>
          <w:b w:val="0"/>
          <w:i w:val="0"/>
          <w:sz w:val="22"/>
        </w:rPr>
        <w:t>30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подпись в строке «Глава Администрации ФИО9» на 5 листе муниципального контракта № 09 от 13.12.2013 на выполнение подрядных работ по сносу непригодного для проживания жилого дома по ул. Школьная, 4 р.п. Богандинский, Тюменского муниципального района – вероятно выполнена ФИО9;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Ответить на вопрос «Кем, ФИО12, либо иным лицом выполнена подпись в строке «Директор ФИО12» на 5 листе муниципального контракта № 09 от 13.12.2013 на выполнение подрядных работ по сносу непригодного для проживания жилого дома по ул. Школьная, 4 р.п. Богандинский, Тюменского муниципального района?»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Подпись в строке «Глава администрации ФИО9» на втором листе Приложения № 1 – техническое задание к муниципальному контракту № 09 от 13.12.2013 на выполнение подрядных работ по сносу непригодного для проживания жилого дома по ул. Школьная, 4 р.п. Богандинский, Тюменского муниципального района – вероятно выполнена ФИО9;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Ответить на вопрос «Кем, ФИО12, либо иным лицом выполнена подпись в строке «Директор ФИО12» на втором листе Приложения № 1 – техническое задание к муниципальному контракту № 09 от 13.12.2013 на выполнение подрядных работ по сносу непригодного для проживания жилого дома по ул. Школьная, 4 р.п. Богандинский, Тюменского муниципального района?»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ФИО12 за 2013 год /т. 1 л.д. 121-121/. Согласно заключению почерковедческой экспертизы № от ДД.ММ.ГГГГ: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подпись в строке «Руководитель учреждения ФИО9» в расшифровке к договору на поставку продукции работ и услуг за счет средств бюджета - вероятно выполнена ФИО9.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Ответить на вопрос «Кем, ФИО12, либо иным лицом выполнены подписи в строке «Руководитель ФИО12», «Бухгалтер ФИО12» в счете на оплату № 52 от ДД.ММ.ГГГГг.?»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Ответить на вопрос «Кем, ФИО12, либо иным лицом выполнены подписи в строке «Руководитель организации или иное уполномоченное лицо ФИО12», «главный бухгалтер или иное уполномоченное лицо ФИО12» в счет-фактуре № от 20.12.2013г.?»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Ответить на вопрос «Кем, ФИО12, либо иным лицом выполнена подпись в строке «Подрядчик: Директор «ТураСтрой» ФИО12» в справке № 1 от 20.12.2013 о стоимости выполненных работ и затрат?»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Подпись в строке «Заказчик: глава МО р.п. Богандинский ФИО9» в справке № 1 от 20.12.2013 о стоимости выполненных работ и затрат – вероятно выполнена ФИО9;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Ответить на вопрос «Кем, ФИО12, либо иным лицом выполнена подпись в строке «Подрядчик: Директор «ТураСтрой» ФИО12» в справке № 2 от 20.12.2013 о стоимости выполненных работ и затрат?»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вопрос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Подпись в строке заказчик: Глава МО р.п. Богандинский ФИО9» в справке № 2 от 20.12.2013 о стоимости выполненных работ и затрат – вероятно выполнена ФИО9;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Ответить на вопрос «Кем, ФИО12, либо иным лицом выполнена подпись в строке «Сдал: ООО «ТураСтрой» Директор ФИО12» на третьем листе акта № 1 от ДД.ММ.ГГГГ о приемке выполненных работ?»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вопрос: «Кем, ФИО12, либо иным лицом выполнена подпись в строке «Сдал: Директор ООО «ТураСтрой» Директор ФИО12» на третьем листе акта № 1 от 20.12.2013 о приемке выполненных работ?» -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Подпись в строке «Принял: Глава МО р.п. Богандинский ФИО9» на третьем листе акта № 1 от 20.12.2013 о приемке выполненных работ – вероятно выполнена ФИО9;</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Ответить на вопрос «Кем, ФИО12, либо иным лицом выполнена подпись в строке «Сдал: ООО «ТураСтрой» Директор ФИО12» на втором листе акта № 2 от 20.12.2013 о приемке выполненных работ?»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Подпись в строке «Принял: Глава МО р.п. Богандинский ФИО9» на втором листе акта № 2 от 20.12.2013 о приемке выполненных работ – вероятно выполнена ФИО9;</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Ответить на вопрос «Кем, ФИО12, либо иным лицом выполнена подпись в строке «Согласовано: Директор ООО «ТураСтрой» ФИО12» на первом листе локального сметного расчета № 1 на снос строения, жилой дом по ул. Школьная, 4?» - не представляется возможным, так как ФИО8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поставленный вопрос необходимо предоставить свободные образцы подписи ФИО1 за 2013 год;</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Подпись в строке «Утверждаю: Глава МО р.п. Богандинский ФИО9» на первом листе локального сметного расчета № 1 на снос строения, жилой дом по ул. Школьная, 4 – вероятно выполнена ФИО9;</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Ответить на вопрос «Кем, ФИО1, либо иным лицом выполнена подпись в строке «Согласовано: Директор ООО «ТураСтрой» ФИО12» на первом листе локального сметного расчета № 2 на снос строения, жилой дом по ул. Школьная, 4?» - не представляется возможным, так как при сравнении исследуемых подписей с экспериментальными образцами подписи ФИО12 (небрежное выполнение экспериментальных образцов подписей) установлены как совпадения, так и различия по некоторым общим и частным признакам, однако объем и значимость их – «ни по одному из сравнений» не достаточны для какого-либо определенного (положительного или отрицательного) вывода. Чтобы ответить на вопрос: «Кем, ФИО12, либо иным лицом выполнена подпись в строке «Согласовано: Директор ООО «ТураСтрой» ФИО12» на первом листе локального сметного расчета № 2 на снос строения, жилой дом по ул. Школьная, 4?» - необходимо предоставить свободные образцы подписи ФИО12 за 2013 год;</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Подпись в строке «Утверждаю: Глава МО р.п. Богандинский ФИО9» на первом листе локального сметного расчета № 2 на снос строения, жилой дом по ул. Школьная, 4 – вероятно выполнена ФИО9 /т. 1 л.д. 137-141/. При этом сами подсудимые ФИО9 и ФИО12 в судебном заседании не отрицали факт заключения между Администрацией муниципального образования р.п. Богандинский и ООО «ТураСтрой» муниципального контракта № 09 от 13.12.2013 и получение на счет ООО «ТураСтрой» за выполненные работы 230 000 рублей, а соответственно и подписание всех необходимых для этого документов. Как следует из заключения почерковедческой экспертизы № 1804 от 21.12.2016:</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Подпись в строке «Глава Администрации ФИО9» в письме от 16.12.2013 № 2029 – вероятно выполнена ФИО9.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Подпись в строке «Глава Администрации ФИО9» в письме от 13.01.2014 № 10 – вероятно выполнена ФИО9 /т. 4 л.д. 154-155/. Согласно предоставленной Филиалом № 6602 ВТБ 24 (ПАО) выписки по расчетному счету № от 04.02.2013 ООО «ТураСтрой», 27.12.2013 от Администрации муниципального образования р.п. Богандинский Тюменского района Тюменской области на расчетный счет ООО «ТураСтрой», поступили денежные средства в сумме 230 000 рублей. Основание платежа муниципальный контракт № 09 от 13.12.2013 за выполнение работ по сносу строения, жилой дом по ул. Школьная, 4. Представленная выписка по счету была осмотрена /т. 4 л.д. 242-248/ и приобщена к материалам уголовного дела /т. 4 л.д. 249-250/. Согласно представленным МИФНС № 14 по Тюменской области копиям регистрационных документов юридического лица, директором ООО «ТураСтрой» с 28.12.2012 является ФИО12 /т. 3 л.д. 134-218/. В судебном заседании по ходатайству стороны защиты в качестве свидетелей были допрошены ФИО40, ФИО41, ФИО42, ФИО28, ФИО43, ФИО24 и ФИО44 Так из показаний свидетеля ФИО40 следует, что в счетной палате он работал с 2001 по декабрь 2015 года. В поселке Богандинский 2 раза была проверка капитального ремонта – в 2013 и в 2015 году. Конкретно по сносу дома 4 по улице Школьной, может пояснить, что сносились аналогичные дома. Точные адреса он не помнит. У других домов сумма на снос была немного меньше чем по Школьной 4, исходя из этого, был сделан вывод, что там было завышение суммы выполненных работ. Проверка выполнения муниципального контракта по сносу ветхого жилья по Школьной 4 проходила следующим образом: после проведения торгов, аукциона, выяснялось, кто победил и на каких основаниях, изучались документы. Когда они выходят на объект, то составляют акт осмотра. А по сносу этих домов никто не выходил, так как не было смысла смотреть чистое поле. Они проверяли контракт удаленно. По сносу домов опрос у людей не проводится, стороны по договору не вызываются. В ходе проведения проверки к ним обращался ФИО1, писал письма о том, что там проходила теплотрасса, бани стояли, стайки, то есть, что были дополнительные постройки, поэтому объем работ был больше. В связи, с чем проводилась проверка в 2015 году, в том числе по сносу ветхого жилья в поселке Богандинский, он не знает. Ему дали распоряжение, аудитор давал конкретные адреса. Свидетель ФИО41 пояснил, что в октябре 2010 года он был избран депутатом в состав Думы муниципального образования поселка Богандинский. После формирования состава Думы, глава Администрации ФИО39 пригласил на встречу с депутатским комплексом, где довел информацию по состоянию дел, с проблемными моментами и перспективами дальнейшего развития. После встречи с главой они сели в автобус и поехали по территории поселка. Когда они посещали объекты жизнеобеспечения, такие, как котельные, то посещали котельную № 3, которая находится на территории застроенной ветхим аварийным жильем. Естественно, как одна из проблем обсуждалась и тематика переселения из аварийного ветхого жилья. Имелись областные, районные программы, в эту программу были включены объекты поселка Богандинский, в том числе по Школьной 4, где имелся сгоревший четырехквартирный дом, а рядом несанкционированно были построены сараи, бани. В ноябре начались работы. Перенос линии передач, связи, демонтаж незаконно подключенных систем водоснабжения. Также там стояли туалеты, вагончик. Как он помнит, там работали КАМАЗы, экскаваторы. Кто был подрядчиком, он не знает, но может подтвердить, что работы там проводились. Когда проводился снос жилья по Школьной 4, строительство нового дома еще не началось, на тот момент готовилась площадка. Сносимый дом был примерно 12 м. на 12 м. Дом был из блоков, имелась кирпичная кладка, частично новые жители делали улучшение, также фанера имелась. Отопление было смешанное – печное и централизованное, к которому можно было подключиться несанкционированно. Контроль использования бюджетных средств оставался за Думой. Глава ежеквартально докладывал им по проводимым мероприятиям, выполнениям бюджета. Также ФИО9 докладывал по расходу денежных средств по улице Школьной, д. 4. Их не смутил тот факт, что бюджетные средства освоены в 2013 году, а снос ветхого жилья произошел раньше, но он понимает, что это не правильно, то есть, местная Дума знала, что в 2010 году снесли дом по Школьной 4, и работу не оплатили. Старый дом сносился в октябрь-ноябрь 2010 года. Снесли все за полторы недели, а строительство нового дома началось примерно в феврале-марте 2011 года. Без оплаты был снесен только дом по ул. Школьной 4, так как была выбрана эта площадка под новое строительство. Именно он не видел, как сносился дом по Школьной 4. В практике имелись случаи, что сначала проводятся работы, а потом оплачивается. Из показаний свидетеля ФИО42 следует, что в Администрации паспортистом она проработала с 1988 года по 2012 год, и последние четыре года до сентября 2016 года она работа специалистом. Она знает дом по Школьной 4, он был ветхий, старый, четырехквартирный барак, который в итоге кто-то поджег. Снесли дом примерно в 2010 году, точное время не помнит. Сносом занимался трактор, также были машины. Возле дома также были старый туалет, сено, домашний скот, свалка. Рядом также стоял магазин. Всего было два вагончика, которые снесли. Кто все сносил ей не известно. Пауза между сносом дома и строительством нового по ее мнению была большая, но сколько по времени, сказать не может. Согласно показаний свидетеля ФИО28 с 01.03.2001 она работает в должности заместителя главы Администрации по социальным вопросам. Дом 4 на улице Школьной в п. Богандинский сгорел еще до ее вступления в должность. Впервые она увидела его в 2005 году, когда вышло Постановление Правительства РФ «О переселении из ветхого аварийного жилья». Им было дано задание на работу по обследованию аварийного жилья. Для этих целей они создали комиссию, в которой она была назначена председателем. Комиссия была общественная, они пошли обходить дома, непригодные для проживания, в том числе дом по Школьной 4. Этот дом представлял из себя сгоревшее здание. Кроме дома, на участке был забор, сараи, бани, какие-то насаждения. В дом не заходили, так как это было опасно, в связи с тем, что он был сильно разрушен. Также на участке были две торговые точки. Один из павильонов был в последующем поврежден огнем, и перестал использоваться. Его владелица передала вагончик подрядчику ФИО7, которая использовала его в качестве бытовки. После приезда губернатора летом 2010 года, началась подготовка площадки для строительства. На участке были обременения в виде линии связи, теплосети, электричества. ФИО7 у нее в кабинете жаловалась, что возникли проблемы с началом строительства из-за того, что нужно сделать перенос сетей. Сколько времени занял перенос сетей, она пояснить не может. Шел разговор, что надо готовить площадку, а для этого сносить дом по Школьной 4, так как он попадает в зону застройки, и нарушаются какие-то нормативы. Потом, на совещании, четко прозвучало, что сносом занималась организация «Тура», но мы в течении 2-3-х лет не могли оплатить, то есть работы выполнялись в долг. ООО «Тауэр» приступило к строительству, когда площадка была частично подготовлена. Точно сказать не может, потому что после того, как появился забор, она туда не заходила. Тот дом, который был снесен по ул. Школьной 4, входил в зону застройки. Сам снос старого дома она не видела. Старый дом снесли, как ей кажется в 2010 или 2011 году. В 2013 году проводился аукцион по сносу большинства домов, этим занималась ФИО18, а она была членом комиссии. На заседании комиссии она не была, ФИО48 к ней пришла уже с протоколом, она ознакомилась и подписала. По ее мнению сотрудники Администрации не могли повлиять на результаты торгов. Основанием для заключения муниципального контракта на дом, который был снесен, послужило несовершенство нашего законодательства, в первую очередь Федерального закона № 44. В связи с существенными противоречиями, по ходатайству государственного обвинителя, согласно ч. 3 ст. 281 УПК РФ , в судебном заседании были оглашены показания свидетеля ФИО28, данные ею 02.12.2016 /т. 2 л.д. 183-186/, из которых следует, что в период времени с марта 2001 года по 19 января 2015 года она была трудоустроена в должности заместителя главы Администрации Богандинского муниципального образования (далее Администрация) по социальным вопросам. В ее обязанности в 2013 году входило образование, здравоохранение, возглавляла комиссию по делам несовершеннолетних, взаимодействовала с органами внутренних дел и религиозными образованиями, и занималась иной социальной работой. В период отсутствия главы Администрации отвечала за обеспечение жизнедеятельности поселка Богандинский. С 2007 года, она являлась председателем межведомственной комиссии по проведению осмотра квартир и домов на предмет фактического проживания граждан, наличие правоустанавливающих документов на занимаемое жилье и признания жилого фонда ветхим, аварийным и непригодным для проживания. С этой целью она совместно с членами комиссии, участковыми и сотрудниками комплексного центра социального обслуживания населения Тюменского района, осуществляли выход в жилища. Это было вызвано, в том числе и тем, что начала действовать федеральная программа по переселению из ветхого и аварийного жилья. Также ими был обследован дом № 4 по ул. Школьной, р.п. Богандинский, Тюменского района, Тюменской области. В этом доме до 2000 года проживало 4 семьи, это был четырехквартирный деревянный дом. На момент проверки дом был значительно уничтожен пожаром. Кровли не было, стены сохранились частично, дом накренился набок. Отопление было печное. Рядом с этим домом имелись две деревянные хозяйственные постройки, там держали скот. По результатам обследования указанного дома было составлено заключение о признании &lt;...&gt; непригодным для проживания, а также составлена справка о техническом состоянии этого дома, что его процент износа в результате пожара составил 90%. Также рядом с &lt;...&gt; р.п. Богандинский стоял металлический контейнер – магазин «Горизонт». Также были обследованы и другие аналогичные дома в р.п. Богандинский, которые были признаны непригодными для проживания. В 2010 году с ООО «Тауэр» был заключен муниципальный контракт на строительство 30-ти квартирного жилого дома на участке, на котором был расположен &lt;...&gt; р.п. Богандинский. Участок строительства был огорожен забором и подготовлена площадка под строительство. Все строения, которые были на этом участке, а именно остатки сгоревшего дома и деревянные постройки – сараи были убраны. Металлический контейнер, в котором был магазин, был вывезен собственником. Кто конкретно разбирал остатки сгоревшего дома и деревянных построек на участке № 4 по ул. Школьной, она не видела, но думает, что это были работники ООО «Тауэр». По крайней мере, она не помнит, чтобы заключались какие-то договоры на снос указанного дома и построек в 2010-2011 г.г. В 2011 году на месте, где раньше находился сгоревший дом № 4 по ул. Школьной, р.п. Богандинский, был построен и введен в эксплуатацию пятиэтажный дом. Его построило ООО «Тауэр». Она также являлась членом аукционной комиссии по заключению муниципальных контрактов. В 2013 году, осенью, проводились аукционы на заключение муниципальных контрактов на снос ветхого жилья. Насколько она помнит, в 2007 году на снос были включены дома по ул. Мира №№ 3,5,7,4,6,8, по ул. Школьной № 2,4,12, по ул. Клубная № 2,2а,3,5, по ул. Спортивная № 16, по ул. Победы № 2,5,7. Она полагает, что за исключением &lt;...&gt; р.п. Богандинский, все эти дома в 2013 году должны были быть включены в аукцион на заключение муниципальных контрактов на снос. Самого заседания аукционной комиссии фактически не было, никаких документов участников, она не видела. Специалист ФИО18 принесла ей на подпись протоколы заседания аукционной комиссии, она их подписала. Кто выиграл аукционы на снос домов в 2013 году, она не помнит. Она с подрядчиками не работала, это не входило в ее компетенцию. В настоящее время, все ветхие дома, которые она перечислила выше, снесены. О том, что на снос &lt;...&gt; р.п. Богандинский в 2013 году был заключен муниципальный контракт, она узнала от сотрудников полиции. По этому поводу она ничего пояснить не может. Этот дом был снесен в 2010 году, что послужило основанием для заключения муниципального контракта на снос уже снесенного дома, она не знает. После оглашения показаний свидетель их подтвердила частично, указав, что по разговорам, ей было известно о том, что сгоревший дом сносил ФИО12, а не ООО «Тауэр», но она этого не видела. Не внесла замечания в протокол допроса, так как перепутала организации. ФИО43, допрошенный в качестве свидетеля, пояснил, что до ноября 2011 года он работал заместителем генерального директора службы заказчиков Тюменского района. Дом по Школьной 4 в п. Богандинский был нежилой, сгоревший, были остатки стен и сгоревшей крыши. Также там остались бани, сараи, туалеты. В апреле 2010 глава района собрал их на этой площадке, где присутствовали он, ФИО39, представитель ЖКХ, глава района – ФИО49, его заместитель. На площадке планировалось строительство 45-ти квартирного жилого дома, но участок был обременен, на нем были кустарники, два магазинчика в виде вагончиков, сгоревший дом с постройками, проходила линия связи, линия электропередач и теплотрасса. На этом собрании обсуждали подготовки площадки и строительство дома. Никакого протокола, по результатам совещание, изготовлено не было. Связисты свою линию должны были перенести, энергетики свою, теплотрассу решили оставить, так как она немного цепляла площадку, кустарники убрало ЖКХ, а дом снесла, по его мнению, фирма «Тура», так как на совещании, как раз присутствовал руководитель «Тура» - ФИО12. Ему предложили в долг снести здание, с последующей оплатой. Такие случаи бывали. Оплату гарантировала Администрация района или МО. Вопрос решался долго. Дом был снесен осенью. Однако он не видел, как фирма ФИО12 сносила дом. ФИО50 ничего не сносила. О сносе дома ему говорил ФИО12. Раньше подписания договора аренды ФИО50 не могла выполнять какие-либо работы на данном участке. На момент, когда ФИО50 подписала договор аренды, участок было освобожден от обременений. Строить новый дом начали в феврале. В связи с существенными противоречиями, по ходатайству государственного обвинителя, согласно ч. 3 ст. 281 УПК РФ , в судебном заседании были оглашены показания свидетеля ФИО43, данные им 14.03.2017 /т. 2 л.д. 205-208/, из которых следует, что в период времени с 2007 года по 2011 год, он работал в Муниципальном Унитарном Предприятии служба заказчика Тюменского района в должности директора. В его обязанности входило контроль за работой ОКСа служба заказчика, контроль за сметным и проектным отделом. Примерно зимой 2010 года, в р.п. Богандинский приехала комиссия Тюменского муниципального района, в составе: главы администрации – ФИО6, генерального директора ООО «ТАУЭР» - ФИО7, его, кроме того, присутствовал глава администрации муниципального образования р.п. Богандинский ФИО9, с целью осмотра земельного участка под строительство многоквартирного жилого дома. В ходе осмотра земельных участков, расположенных в р.п. Богандинский, комиссия остановила свой выбор на земельном участке № 4 по ул. Школьная р.п. Богандинский. На нем располагалось: металлический вагончик – магазин, всего два, один прямо, другой справа, хозяйственные постройки, и одноэтажный сгоревший дом, окна и оконные рамы повреждены, стропила обгорелые, стены снаружи целые, отсутствовала частично крыша. Сгоревший дом представлял собой гору мусора, был ли огорожен участок забором, он не помнит. По данному участку проходила линия электропередач, от котельной, которая располагалась по соседству, а рядом с ней, располагалась электрическая подстанция. После осмотра данного участка, главой Администрации Тюменского муниципального района ФИО49 было принято решение о том, что на данном земельном участке будет построен многоквартирный дом. Была поставлена задача, освободить данный участок, от всех строений и подготовить его под строительство. Данная задача ставилась ФИО9, так как тот был главой Администрации муниципального образования р.п. Богандинский. Никакого протокола по данному совещанию не велось, решение было принято на устной договоренности. Спустя время, ему стало известно, что ФИО9 договорился с ФИО12, который был директором, одной из фирм, с которой работала Администрация муниципального образования р.п. Богандинский, о том, что ФИО12 выполнит работы по сносу дома, подробностей он не знает. Ему об этом известно с чьих то слов, точно не помнит. Кто именно сносил сгоревший дом, разбирал мусор и готовил участок под строительство, ему не известно, знает, что в 2011 году, на этом месте был построен многоквартирный жилой дом, которому был присвоен адрес &lt;...&gt;. Кроме многоквартирного дома, на данном участке располагалась детская площадка и места для парковки. Подготовка земельного участка, переноса линии электропередач службой заказчика не контролировались. С ФИО39 он поддерживал деловые и приятельские отношения до 2015 года, когда работал в ООО «Зодчие». С 2015 года по настоящее время, с ФИО9 он никакие отношения не поддерживает. В какой фирме работал ФИО12, он точно не помнит, но что-то связано с «Турой», он точно не знает. После оглашения показаний свидетель ФИО43 подтвердил показания, данные в суде. Как следует из показаний свидетеля ФИО24, в 2010-2011 годах он являлся директором ООО «Алекс» и заместителем председателя Думы поселка Богандинский. В конце октября 2010 года он подъехал к Администрации, чтобы переговорить с ФИО39. Секретарь сказала, что ФИО39 находится на территории дома по улице Школьной дома 4. Он подъехал по указанному адресу, там находился ФИО39 и ФИО12. Также, на территории стояла техника и шла работа по сносу дома. Когда он подъехал снос дома только начался. Кто именно сносил дом, ему не известно. До сноса по ул. Школьная, 4 находился дом в разрушенном состоянии, после пожара. У дома была провалена крыша, он был разрушен. Также на территории стояли какие-то вагончики, туалеты, стайки. Площадку под строительство расчищали в течении октября, ноября 2010 года. Строительство нового дома началось в начале 2011 года. Свидетель ФИО44 пояснил, что с 2010 по 2012 год он работал в ДРСУ «Тура» в должности прораба и в ходе выполнения своих обязанностей общался с ФИО12. В октябре 2010 года он был в поселок Богандинский и находился с ФИО12 на перекрестке улиц Юбилейной и Рабочей, подъезжали к ЦТП. Он слышал информацию, что там сносился дом. ФИО12 сказал, что ему нужно сходить на объект по ул. Школьной, 4. Ему не было видно дом, который сносился, но он видел там какую-то технику. Он находится у ФИО12 в подчинении. Он не знал, что идет снос дома по Школьной д. 4, так как у него было много своих объектов. ДРСУ «Тура» никогда не было своей техники. Также в судебном заседании, по ходатайству стороны защиты, были исследованы письменные материалы уголовного дала: копия фотографии в т. 1 на л.д. 68, приказ № 00000033 от 14.09.2010 о приеме на работу ФИО3 т. 2 л.д. 91; договор № 17-01/517 от 01.02.2011 безвозмездного срочного пользования земельным участком; ответ счетной палаты Тюменской области № 567 от 22.05.2017 о том, что подтверждение правильности расходования денежных средств по муниципальному контракту № 09 от 13.12.2013 в настоящее время находится на контроле; письмо директора ООО «ТураСтрой» ФИО12 на имя и.о. главы Администрации МО Богандинский № 73 от 15.10.2015; договор уступки права требования от 04.03.2013, заключенный между ООО «ТураСтрой» в лице директора ФИО12 и ФИО12, как физическим лицом, из которого следует, что право требования денежных средств за снос аварийного дома по ул. Школьной, 4 и очистку территории переходит к юридическому лицу. Исследовав материалы уголовного дела, выслушав подсудимых, а также, заслушав показания представителя потерпевшего и свидетелей, суд считает, что вина ФИО9 и ФИО12 по факту хищения путем обмана, денежных средств администрации Тюменского муниципального района доказана полностью. Виновность подсудимых подтверждается доказательствами, представленными стороной обвинения, которые судом признаны относимыми, достоверными и допустимыми, полученными в соответствии с соблюдением требований закона. Оснований для признания доказательств недопустимыми, не имеется. Так из показаний представителя потерпевшего ФИО15, свидетелей ФИО7, ФИО3, ФИО5, ФИО18, ФИО22, ФИО20, ФИО21, данных ими в судебном заседании, показаний свидетелей ФИО27, ФИО45, ФИО30, ФИО34, ФИО38, ФИО8 В.В. и ФИО28, данными ими ходе предварительного следствия и оглашенными в судебном заседании, а также материалов дела, таких, как: протоколы выемок от 02.11.2016, 07.11.2016, 11.11.2016, 06.12.2016, 13.12.2016 и 07.02.2017; протоколы осмотра документов от 26.01.2017, 08.02.2017 и 22.03.2017; заключения экспертов № 1802 от 24.12.2016, № 1803 от 27.12.2016 и № 1804 от 21.12.2016, суд делает однозначный вывод, что именно ФИО9 и ФИО12, действуя умышленно, из корыстных побуждений, в составе группы лиц, по предварительному сговору, используя свои служебные положения – директора ООО «ТураСтрой» и главы Администрации муниципального образования р.п. Богандинский Тюменского района Тюменской области, путем обмана должностных лиц администрации Тюменского муниципального района, в период с апреля 2013 по 27 декабря 2013 года, совершили хищение денежных средств в общей сумме 230 000 рублей, принадлежащих бюджету Администрации Тюменского муниципального района. Последовательность показаний представителя потерпевшего и свидетелей, отсутствие причин для оговора подсудимых и их согласованность с другими доказательствами, свидетельствуют о правдивости показаний указанных лиц, в связи с чем, оснований не доверять им, у суда нет, а поэтому суд берет их за основу. Кроме того, показания представителя потерпевшего и свидетелей согласуются и с показаниями самих подсудимых ФИО9 и ФИО12, данными ими в ходе судебного заседания, в которых они не отрицали факта заключения между ООО «ТураСтрой» и Администрацией муниципального образования р.п. Богандинский в 2013 году муниципального контракта на снос дома по ул. Школьной, 4 р.п. Богандинский и получение за работы 230 000 рублей. Показания свидетелей стороны защиты ФИО40, ФИО41, ФИО42, ФИО43, ФИО24 и ФИО44 не опровергают исследованные судом доказательства, подтверждающие факт совершения подсудимыми преступления, и не свидетельствуют о том, что именно ООО «ТураСтрой» после заключения муниципального контракта в 2013 году выполнили работы по сносу сгоревшего дома. Наоборот указанные свидетели подтвердили, что сгоревший дом был снесен осенью 2010 года, то есть в период заключения Администрацией Тюменского муниципального района, МУП Тюменского муниципального района «Служба заказчика Тюменского района» и ООО «Тауэр» муниципального контракта на строительство 30-квартирного жилого дома на земельном участке № 4 по ул. Школьная р.п. Богандинский Тюменского района Тюменской области. При этом вышеуказанные свидетели стороны защиты не смогли с достоверностью подтвердить факт того, что сгоревший дом сносила организация, возглавляемая подсудимым ФИО12 Их выводы основаны на предположениях. Вместе с тем допрошенные в судебном заседании свидетели ФИО7, ФИО3 и ФИО25 поясняли, что они принимали непосредственное участие в подготовке площадке под строительство дома с использованием техники ООО «Тура». Свидетель ФИО30 и ФИО8 В.В. ответственные от Администрации р.п. Богандинский за благоустройство территории, строительство и ЖКХ также в судебном заседании пояснили, что им ничего не было известно о том, что ФИО12 занимался сносом дома по ул. Школьной, 4, хотя в силу занимаемой должности ФИО30 бы знал об этом. Дом по ул. Школьной, 4 был снесен 2010-2011 годах. При Этом ФИО99. было известно о расчистки территории под строительство дома ООО «Тауэр». При этом суд критически относится к показаниям свидетеля ФИО28, данными ею в судебном заседании, поскольку они противоречивы, и не согласуются и иными исследованными в судебном заседании доказательствами. При этом показания свидетеля ФИО28, которые были даны ею в ходе предварительного следствия, с соблюдением требований уголовно-процессуального закона, после разъяснения прав и предупреждения об уголовной ответственности, последовательны и согласуются с показаниями, как представителя потерпевшего и других свидетелей, представленных стороной обвинения, так и с письменными материалами уголовного дела, в связи с чем, они взяты судом за основу. Суд считает недопустимым доказательством, исследованную в судебном заседании копию фотографии, имеющуюся в т. 1 на л.д. 68, и представленную стороной защиты, поскольку в судебном заседании не было установлено ее происхождение, она не осмотрена и не приобщена к материалам уголовного дела в качестве доказательства. Исследованные в судебном заседании по ходатайству стороны защиты: приказ № 00000033 от 14.09.2010 о приеме на работу ФИО3; договор № 17-01/517 от 01.02.2011; ответ счетной палаты Тюменской области № 567 от 22.05.2017; письмо директора ООО «ТураСтрой» ФИО12 на имя и.о. главы Администрации МО Богандинский № 73 от 15.10.2015; договор уступки права требования от 04.03.2013, заключенный между ООО «ТураСтрой» в лице директора ФИО12 и ФИО12, как физическим лицом, не опровергают версию обвинения о том, что дом сносился ООО «Тауэр». Письмо ООО «ТураСтрой» на имя и.о. главы Администрации МО Богандинский, а также договор уступки права требования от 04.03.2013 создают лишь мнимость правомерности действий ФИО12, а ответ счетной палаты Тюменской области, в котором идет ссылка на ООО «ТураСтрой», основан лишь на имеющихся в их распоряжении документах, в частности контракте № 09 от 13.12.2013. Об умысле ФИО9 и ФИО12 на хищение денежных средств, принадлежащих Администрации Тюменского муниципального района, свидетельствуют действия последних. Так ФИО9 и ФИО12, осознавая общественную опасность и противоправность своих действий, умышленно, договорившись между собой, в силу занимаемых должностей, в 2013 году создали условия, способствующие заключению муниципального контракта № 09 от 13.12.2013 на выполнение подрядных работ по сносу непригодного для проживания жилого дома по ул. Школьной, 4, и получению по контракту 230 000 рублей. При этом подсудимые с достоверностью знали о том, что в 2013 году по вышеуказанному адресу находился введенный в эксплуатацию 30-квартирный жилой дом с облагороженной, прилегающей к нему территорией, и что сносить по адресу: &lt;...&gt;, было нечего. В связи с этим суд находит несостоятельным довод защитника Ракульцева С.Б. об отсутствии у ФИО9 корыстного умысла. Также суд считает надуманной версию защитника Ракульцева С.Б. о том, что на момент заключения муниципального контракта № 09 от 13.12.2013 на выполнение подрядных работ по сносу непригодного для проживания жилого дома по ул. Школьной, 4 ФИО9 не осознавал противоправность своих действий, поскольку на тот момент с ним не была проведена учеба по применению Федерального закона № 44-ФЗ от 05.04.2013 «О Контрактной системе в сфере закупок товаров, работ, услуг, для обеспечения государственных и муниципальных нужд». Так в силу занимаемой должности ФИО9 не мог не знать о незаконности заключения муниципальных контрактов на выполнение работ по несуществующим объектам. О незаконности заключения такого муниципального контракта в судебном заседании поясняли представитель потерпевшего ФИО46 и допрошены по ходатайству стороны защиты свидетели ФИО41 и ФИО24 Доводы подсудимых ФИО12 о том, что работы выполнял он с привлечением сторонней техники и ФИО9 о том, что он просил снести в 2010 году сгоревший дом, по ул. Школьной, 4, р.п. Богандинский, суд расценивает, как способ защиты с целью избежать ответственности за содеянное, поскольку данная версия не подтверждена объективными доказательствами, исследованными в судебном заседании. Данная версия основана на предположениях свидетелей, допрошенных по ходатайству стороны защиты, оценка показаниям которых дана выше. Так в материалах дела отсутствует какая-либо документация, свидетельствующая о договорных отношениях в 2010 году ФИО12 с Администрацией муниципального образования р.п. Богандинский по выполнению работ на ул. Школьной, 4, а также не представлено доказательств, свидетельствующих о привлечении ФИО12 к выполнению работ сторонней техники с оплатой услуг. Отсутствие обременения на ул. Школьной, 4, р.п. Богандинский на 01.02.2011, о чем указывается защитником Хмелевой О.Е., не свидетельствует о том, что дом был снесен осенью 2010 года именно ФИО12 Также суд не может согласиться с доводом защитника Хмелевой О.Е. о том, что никто не имел права сносить сгоревший дом по ул. Школьной, 4, р.п. Богандинский без соответствующего разрешения, поскольку он находился на балансе Администрации, и выполнять какого-либо рода работы на спорном участке без передачи его в аренду. Данная версия опровергается версией самой стороны защиты о том, что дом был снесен в 2010 году ФИО12, при этом в материалах уголовного дела отсутствуют и стороной защиты в судебное заседание не представлены какие-либо документы, свидетельствующие о том, что ФИО12 сносил дом с разрешения Администрации муниципального образования р.п. Богандинский. Суд считает данную версию стороны защиты основанной на предположениях. При этом материалами уголовного дела установлено, что 22.09.2010 ООО «Тауэр» в лице директора ФИО7 и Администрацией Тюменского муниципального района в лице ФИО35 был заключен муниципальный контракт № 4-439/10 на выполнение работ по объекту: «Строительство 30-квартирного жилого дома в п. Богандинский, Тюменского муниципального района». Несостоятельным является довод подсудимого ФИО100. и его защитника о том, что тот не мог повлиять на результаты электронного аукциона. Так в материалах уголовного дела не имеется аукционной документации, свидетельствующей о проведении торгов по заключению муниципального контракта на выполнение подрядных работ по сносу непригодного для проживания жилого дома по ул. Школьной, 4. Кроме того, подсудимый ФИО9 не смог пояснить, с какой целью снос непригодного для проживания жилого дома по ул. Школьной, 4, был выведен в отдельный муниципальный контракт, а не проведен в одном аукционе на снос всех 15 ветхих домов в р.п. Богандинский. Данное обстоятельство свидетельствует о том, что ФИО9 принял непосредственное участие в облегчении победы ООО «ТураСтрой» в проведенных торгах и заключении муниципального контракта № 09 от 13.12.2013. Действия подсудимых ФИО9 и ФИО12, каждого в отдельности, суд квалифицирует по ч. 3 ст. 159 УК РФ – как мошенничество, то есть хищение чужого имущества путем обмана, совершенное группой лиц по предварительному сговору, лицом с использованием своего служебного положения. Квалифицирующий признак преступления «группой лиц по предварительному сговору» нашел свое подтверждение в судебном заседании, так как подсудимые ФИО9 и ФИО12 при совершении преступления действовали согласованно, каждый, выполняя отведенную ему роль, направленную на достижение конечной цели по хищению 230 000 рублей. Указанный вывод основан на исследованных в судебном заседании письменных материалах уголовного дела, а также на показаниях свидетелей, в частности ФИО18 и ФИО21, которые пояснили, что выполняли указания ФИО9 и ФИО12 Также в судебном заседании нашел свое подтверждение квалифицирующий признак преступления «с использованием своего служебного положения». Данный вывод суда основан на том, что ФИО9 в силу занимаемой должности главы Администрации муниципального образования р.п. Богандинский, и возложенных на него обязанностей, а ФИО12, являясь директором ООО «ТураСтрой», обладали организационно-распорядительными и административно-хозяйственными функциями, что следует из исследованных в судебном заседании контракта от 25.01.2010 (приложение к решению Думы Богандинского муниципального образования № д-р от ДД.ММ.ГГГГ), решения Думы Богандинского муниципального образования № от ДД.ММ.ГГГГ и рапоряжения №/К от ДД.ММ.ГГГГ, а также уставов Муниципального образования р.&lt;адрес&gt; Тюменского района Тюменской области и ООО «ТураСтрой». При назначении наказания подсудимому ФИО9, в соответствии с требованиями ст.ст. , 60 УК РФ , суд учитывает общественную опасность содеянного, личность подсудимого, его семейное и материальное положение. ФИО9 совершил преступление, в силу ч. 4 ст. 15 УК РФ , относящееся к категории тяжких. С учетом фактических обстоятельств совершенного преступления и его степени общественной опасности, оснований для снижения категории тяжести данного преступления, в соответствии с требованиями ч. 6 ст. 15 УК РФ , суд не находит. По месту жительства и предыдущей работы ФИО9 характеризуется в целом положительно (т. 4 л.д. 184), также положительно ФИО9 характеризуется и коллегами по работе, которые были допрошены в судебном заседании, на учете &lt;данные изъяты&gt; ФИО9 не состоит (т. 4 л.д. 135, 136), награждался грамотами и благодарностями, а также ведомственными и государственными медалями. Обстоятельством, в силу положений ч. 2 ст. 61 УК РФ смягчающим наказание подсудимого, суд признает награждение государственными и ведомственными медалями за успехи в работе. Обстоятельств, отягчающих наказание подсудимого, предусмотренных ст. 63 УК РФ , судом не установлено. В соответствии с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С учетом обстоятельств совершения преступления, отношения ФИО9 к содеянному, данных о личности подсудимого, влияния назначаемого наказания на исправление подсудимого, условия его жизни, в силу своего внутреннего убеждения, а также для достижения целей назначаемого наказания, суд считает невозможным назначить ФИО9 наказание в виде штрафа и принудительных работ, а потому полагает необходимым и справедливым назначить ФИО9 наказание за совершенное преступление в виде лишения свободы, которое, по мнению суда, будет являться справедливым. При этом, с учетом наличия смягчающего и отсутствия отягчающих наказание обстоятельств, совокупности исследованных в судебном заседании данных, характеризующих личность подсудимого, суд пришел к выводу о возможности исправления подсудимого без реального отбывания наказания в виде лишения свободы. Поэтому наказание подсудимому в виде лишения свободы надлежит назначить с применением ст. 73 УК РФ , условно, установив испытательный срок и возложив на подсудимого ряд обязанностей. При назначении наказания подсудимому суд также учитывает положения ч. 1 ст. 67 УК РФ . В судебном заседании не установлены исключительные обстоятельства, связанные с целями и мотивами преступления, существенно уменьшающие степень его общественной опасности, в связи с чем, оснований для применения положений ст. 64 УК РФ , суд не усматривает. При этом, с учетом данных о личности ФИО9, его семейного и материального положения, имеющегося смягчающего наказание обстоятельства, суд полагает возможным дополнительное наказание в виде штрафа и ограничения свободы подсудимому не назначать. При назначении наказания подсудимому ФИО12, в соответствии с требованиями ст.ст. , 60 УК РФ , суд учитывает общественную опасность содеянного, личность подсудимого, его материальное и семейное положение. ФИО12 совершил преступление, в силу ч. 4 ст. 15 УК РФ , относящееся к категории тяжких. С учетом фактических обстоятельств совершенного преступления и его степени общественной опасности, оснований для снижения категории тяжести данного преступления, в соответствии с требованиями ч. 6 ст. 15 УК РФ , суд не находит. По месту жительства и работы ФИО12 характеризуется в целом положительно (т. 4 л.д. 127), также положительно ФИО12 характеризуется и коллегами по работе, допрошенными в судебном заседании, на учете у врача &lt;данные изъяты&gt; не состоит (т. 4 л.д. 69, 70), привлекался к административной ответственности в области безопасности дорожного движения (т. 4 л.д. 68). Обстоятельством, в силу положений п. «к» ч. 1 ст. 61 УК РФ смягчающим наказание подсудимого, суд признает полное возмещение причиненного преступлением материального ущерба. Обстоятельств, в силу положений ст. 63 УК РФ , отягчающих наказание подсудимого ФИО12, судом не установлено. В соответствии с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С учетом обстоятельств совершенного преступления, отношения ФИО12 к содеянному, данных о личности подсудимого, влияния назначаемого наказания на исправление подсудимого и условия его жизни, в силу своего внутреннего убеждения, а также для достижения целей назначаемого наказания, суд считает невозможным назначить ФИО12 наказание в виде штрафа и принудительных работ, а потому полагает необходимым и справедливым назначить ФИО12 наказание за совершенное преступление в виде лишения свободы, которое, по мнению суда, будет являться справедливым. При этом, с учетом совокупности исследованных в судебном заседании данных, характеризующих личность подсудимого, наличия смягчающего и отсутствия отягчающих наказание обстоятельств, суд пришел к выводу о возможности исправления подсудимого без реального отбывания наказания в виде лишения свободы. Поэтому наказание подсудимому в виде лишения свободы надлежит назначить с применением ст. 73 УК РФ , условно, установив испытательный срок и возложив на подсудимого ряд обязанностей. При назначении наказания подсудимому суд также учитывает положения ч. 1 ст. и ч. 1 ст. 67 УК РФ . В судебном заседании не установлены исключительные обстоятельства, связанные с целями и мотивами преступления, существенно уменьшающие степень его общественной опасности, в связи с чем, оснований для применения положений ст. 64 УК РФ , суд не усматривает. При этом, с учетом данных о личности ФИО12, его семейного и материального положения, имеющегося смягчающего наказание обстоятельства, суд полагает возможным дополнительное наказание в виде штрафа и ограничения свободы подсудимому не назначать. Разрешая вопрос о гражданском иске, суд пришел к следующим выводам. Представителем потерпевшего, в ходе расследования уголовного дела, были заявлены исковые требования о компенсации ФИО9 и ФИО12 причиненного Администрации Тюменского муниципального района материального ущерба в размере 230 000 рублей. Представитель потерпевшего ФИО15 в судебном заседании поддержала заявленные исковые требования. Подсудимые ФИО9 и ФИО12, а также их защитники в судебном заседании с исковыми требованиями не согласились, так как не считали себя виновными в совершении преступления. При этом в рамках гражданского иска 230 000 рублей были ФИО12 возмещены, в счет компенсации причиненного материального ущерба в рамках возникших спорных правоотношений по муниципальному контракту № 09 от 13.12.2013, о чем свидетельствуют приобщенные к его письменному последнему слову копия приходного кассового ордера № 455304 от 24.08.2017 и копия платежного поручения № 455304 от 24.08.2017. В соответствии с ч.ч. 1, 2 ст. Гражданского кодекса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Вместе с тем, в судебном заседании было установлено, что материальный ущерб подсудимым ФИО12 возмещен в полном объеме. Исходя из этого, суд приходит к выводу об отказе в удовлетворении исковых требований представителя потерпевшего, действующего в интересах Администрации Тюменского муниципального района. Также суд считает необходимым отказать в удовлетворении заявленных к подсудимым исковых требований Администрацией муниципального образования р.п. Богандинский, поскольку указанным преступлением материальный ущерб причинен Администрации Тюменского муниципального района. В ходе предварительного следствия на основании разрешения суда был наложен арест на земельный участок кадастровый №, расположенный по адресу: &lt;адрес&gt;, участок №, принадлежащий ФИО12 В соответствии с ч. 9 ст. 115 УПК РФ наложение ареста на имущество отменяется, когда в применении этой меры отпадает необходимость. Как установлено в судебном заседании при рассмотрении уголовного дела и отражено в приговоре, денежные средства в сумме 230 000 рублей были перечислены ФИО12 на счет Администрации Тюменского муниципального района. В связи с тем, что материальный ущерб Администрации был возмещен, суд приходит к выводу о том, что в применении ареста на земельный участок кадастровый № отпала необходимость и его наложение подлежит отмене. Вопрос о вещественных доказательствах разрешить в соответствии со ст. 81 УПК РФ . На основании изложенного и руководствуясь ст.ст. - 309 УПК РФ , суд, П Р И Г О В О Р И Л: ФИО9 признать виновным в совершении преступления, предусмотренного ч. 3 ст. Уголовного кодекса Российской Федерации, и назначить ему наказание в виде лишения свободы сроком на 2 (два) года. В соответствии со ст. 73 УК РФ назначенное наказание в виде лишения свободы считать условным, с испытательным сроком 3 (три) года. Возложить на ФИО9 следующие обязанности: встать на учет в специализированный государственный орган, осуществляющий контроль за поведением условно осужденного; являться на регистрацию в дни, установленные этим органом; не менять постоянного места жительства, без уведомления специализированного государственного органа. Меру пресечения ФИО9 – подписку о невыезде и надлежащем поведении оставить без изменения до вступления приговора в законную силу. ФИО12 признать виновным в совершении преступления, предусмотренного ч. 3 ст. Уголовного кодекса Российской Федерации, и назначить ему наказание в виде лишения свободы сроком на 2 (два) года. В соответствии со ст. 73 УК РФ назначенное наказание в виде лишения свободы считать условным, с испытательным сроком 3 (три) года. Возложить на ФИО12 следующие обязанности: встать на учет в специализированный государственный орган, осуществляющий контроль за поведением условно осужденного; являться на регистрацию в дни, установленные этим органом; не менять постоянного места жительства и работы, без уведомления специализированного государственного органа. Меру пресечения ФИО12 – подписку о невыезде и надлежащем поведении оставить без изменения до вступления приговора в законную силу. Наложение ареста по постановлению Центрального районного суда &lt;адрес&gt; от ДД.ММ.ГГГГ на земельный участок кадастровый №, расположенный по адресу: &lt;адрес&gt;, участок №, принадлежащий ФИО12, с установлением запретов пользоваться и распоряжаться земельным участком – отменить. Гражданские иски представителя потерпевшего Администрации Тюменского муниципального района, а также представителя Администрации муниципального образования р.п. Богандинский оставить без удовлетворения. Вещественные доказательства: платежное поручение № от ДД.ММ.ГГГГ; счет на оплату № от ДД.ММ.ГГГГ; счет фактура № от ДД.ММ.ГГГГ на сумму 230 000 рублей; справку о стоимости выполненных работ № от ДД.ММ.ГГГГ; справку о стоимости выполненных работ и затрат № от ДД.ММ.ГГГГ; акт о приемке выполненных работ № от ДД.ММ.ГГГГ; акт о приемке выполненных работ № от ДД.ММ.ГГГГ; локальный сметный расчет №; локальный сметный расчет №; справку № от ДД.ММ.ГГГГ; заключение о признании жилого помещения непригодным для проживания № от ДД.ММ.ГГГГ; справку о техническом состоянии на ДД.ММ.ГГГГ; расшифровку к договору на поставку работ и услуг за счет средств бюджета на муниципальный контракт № от ДД.ММ.ГГГГ; муниципальный контракт № на выполнение подрядных работ по сносу непригодного для проживания жилого &lt;адрес&gt; р.&lt;адрес&gt; ФИО2 муницпального района от ДД.ММ.ГГГГ; муниципальный контракт № на выполнение работ по объекту: строительство 30-квартирного жилого дома в &lt;адрес&gt;, ФИО2 муниципального района от ДД.ММ.ГГГГ; протокол аукциона № А 36-10-2 от ДД.ММ.ГГГГ; акт приема-передачи в аренду земельного участка к договору № от ДД.ММ.ГГГГ; акт № приемки приемной комиссией от ДД.ММ.ГГГГ; разрешение на ввод объекта в эксплуатацию № RU 72516302-06 от ДД.ММ.ГГГГ; распоряжение № ро от ДД.ММ.ГГГГ; распоряжение № ро от ДД.ММ.ГГГГ «о выделении средств»; пояснительную записку к проекту распоряжения «о выделении средств» на 1 листе; распоряжение № ро от ДД.ММ.ГГГГ «о внесении изменений в распоряжение ФИО10 от ДД.ММ.ГГГГ № ро»; пояснительную записку к проекту распоряжения «О внесении изменений в распоряжение от ДД.ММ.ГГГГ № ро»; письмо в адрес ФИО47 ФИО2 муниципального образования от ДД.ММ.ГГГГ №; платежное поручение № от ДД.ММ.ГГГГ на сумму 230 000 рублей; письмо № от ДД.ММ.ГГГГ ФИО4 Г.Д. с просьбой финансирования работ по сносу непригодных для проживания домов; копию заказа №; копию информации о заключенном контракте от ДД.ММ.ГГГГ; копию решения № по делу № о нарушении законодательства в сфере размещения заказов от ДД.ММ.ГГГГ; копию жалобы на действия заказчика, конкурсной, аукционной комиссии исх. 108 от ДД.ММ.ГГГГ; копию сведений заказа №; копию сведений заказа №; копию сведений заказа №; копию электронной торговой площадки от ДД.ММ.ГГГГ – протокол подведения итогов электронного аукциона; копию электронной торговой площадки от ДД.ММ.ГГГГ – протокол проведения электронного аукциона; копию проекта муниципального контракта на выполнение подрядных работ по сносу непригодных для проживания жилых домов с приложением; копию технического задания на выполнение подрядных работ по сносу непригодных для проживания жилых домов с приложением; копию документации об открытом аукционе в электронной форме № – 13; копию извещения о проведении открытого аукциона в электронной форме №; копию локального сметного расчета жилой дом по &lt;адрес&gt;; копию локального сметного расчета жилой дом по &lt;адрес&gt;.; выписку по операциям по счету ООО «ТураСтрой», содержащуюся на CD-R диске, - хранить ФИО8 уголовном деле. Процессуальных издержек нет. Приговор может быть обжалован в апелляционном порядке в Тюменский областной суд в течение 10 суток со дня его провозглашения путем подачи апелляционной жалобы или апелляционного представления через Центральный районный суд города Тюмени. В случае подачи апелляционных жалоб осужденные вправе в течение 10 суток со дня вручения им копии приговора и в этот же срок со дня вручения им копии апелляционного представления или апелляционной жалобы, затрагивающих их интересы, ходатайствовать о своем участии в рассмотрении уголовного дела судом апелляционной инстанции. Председательствующий А.Д. Ильин Суд: Центральный районный суд г. Тюмени (Тюменская область) (подробнее) Судьи дела: Ильин А.Д. (судья) (подробнее) Последние документы по делу: Приговор от 18 октября 2017 г. по делу № 1-308/2017 Приговор от 29 августа 2017 г. по делу № 1-308/2017 Приговор от 17 июля 2017 г. по делу № 1-308/2017 Приговор от 12 марта 2017 г. по делу № 1-308/2017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