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ФИО1, продолжая реализовывать свой единый преступный умысел, направленный на незаконный сбыт наркотических средств, действуя в составе группы лиц по предварительному сговору с ФИО6, осужденным приговором &lt;данные изъяты&gt; районного суда &lt;адрес&gt; от ДД.ММ.ГГГГ по ст. ст. ч.3- 228.1 ч.3 п. « а, б», ст.ст. ч.1- 228.1 ч.3 п. « а, б» УК РФ, ст. ч.2 УК РФ к 8 годам 1 месяцу лишения свободы с отбыванием наказания в колонии строгого режима, ДД.ММ.ГГГГ до 17 часов 28 минут незаконно передал ФИО6 наркотическое средство &lt;данные изъяты&gt; массой &lt;данные изъяты&gt;., который тот упаковал в бумажный сверток и незаконно хранил в салоне своего автомобиля «&lt;данные изъяты&gt;» государственный номер №, готовясь незаконно сбыть указанное наркотическое средство. Однако, ДД.ММ.ГГГГ, в 17 часов 28 минут возле &lt;данные изъяты&gt; расположенной по адресу: &lt;адрес&gt;&lt;адрес&gt; ФИО6 был задержан сотрудниками ФИО4 России по &lt;адрес&gt; по подозрению в совершении административного правонарушения, и в период времени с 17 часов 28 минут до 18 часов 12 минут при досмотре салона указанного выше автомобиля под водительским креслом был обнаружен и изъят бумажный сверток с наркотическим средством &lt;данные изъяты&gt; постоянной массой &lt;данные изъяты&gt;. Он же, подсудимый ФИО1, продолжая реализовывать свой единый преступный умысел, направленный на незаконный сбыт наркотических средств, действуя в составе группы лиц по предварительному сговору с ФИО6 до 10 часов 50 минут ДД.ММ.ГГГГ незаконно приобрел наркотическое средство &lt;данные изъяты&gt; массой &lt;данные изъяты&gt; которое поместил в стеклянную банку и незаконно хранил в жилище по месту своего фактического проживания по адресу: &lt;адрес&gt;. Однако, ДД.ММ.ГГГГ в период времени с 10 часов 50 минут до 12 часов 00 минут, в ходе проведения сотрудниками ФИО4 России по &lt;адрес&gt; обыска в жилище по месту фактического проживания ФИО1 по адресу: &lt;адрес&gt;, в детской комнате была обнаружена и изъята стеклянная банка, с находящейся внутри измельченной растительной массой зеленого цвета, которая, согласно заключению эксперта является наркотическим средством &lt;данные изъяты&gt; постоянной массой &lt;данные изъяты&gt; Согласно Постановлению Правительства Российской Федерации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Уголовного кодекса Российской Федерации» - &lt;данные изъяты&gt; наркотического средства &lt;данные изъяты&gt; является значительным размером (свыше 6 г.). В судебном заседании подсудимый ФИО1 вину в предъявленном обвинении признал в полном объеме предъявленного обвинения, раскаялся в содеянном и пояснил, что все указанное в обвинительном заключении соответствует действительности, при этом, воспользовавшись ст. 51 Конституции РФ, от дачи показаний отказался. Кроме признания своей вины подсудимым ФИО1, его вина по факту покушения на незаконный сбыт наркотических средств общей массой &lt;данные изъяты&gt; (ДД.ММ.ГГГГ &lt;данные изъяты&gt; ДД.ММ.ГГГГ &lt;данные изъяты&gt;., ДД.ММ.ГГГГ &lt;данные изъяты&gt;.) подтверждается оглашенными и исследованными в суде материалами дела и показаниями свидетелей, данными в ходе следствия и оглашенные в суде с согласия сторон, а именно: - рапортом об обнаружении признаков преступления, из которого следует, что в ходе предварительного расследования по уголовному делу №, установлено, что ДД.ММ.ГГГГ в период времени с 19 часов 54 минут до 23 часов 58 минут Свидетель №1 за &lt;данные изъяты&gt; рублей приобрел у неустановленного следствием лица, два бумажных свертка с наркотическим средством &lt;данные изъяты&gt; общей массой &lt;данные изъяты&gt; ДД.ММ.ГГГГ в период времени с 18 часов 29 минут до 18 часов 43 минут, за &lt;данные изъяты&gt; рублей два бумажных свертка с наркотическим средством &lt;данные изъяты&gt; общей сухой постоянной массой &lt;данные изъяты&gt;&lt;данные изъяты&gt; - рапортом об обнаружении признаков преступления согласно которому в период времени с 21 по ДД.ММ.ГГГГ проведено ОРМ «&lt;данные изъяты&gt;» в отношении неустановленного гражданина по имени ФИО11 в ходе которого ДД.ММ.ГГГГ неустановленный гражданин по имени ФИО11 около 23 часов 58 минут около &lt;адрес&gt; по &lt;адрес&gt;, сбыл Свидетель №2, действующему в рамках ОРМ «&lt;данные изъяты&gt;», за &lt;данные изъяты&gt; рублей два бумажных свертка с наркотическим средством &lt;данные изъяты&gt;, массой &lt;данные изъяты&gt; - постановлением № о проведении ОРМ &lt;данные изъяты&gt; от ДД.ММ.ГГГГ из которого усматривался тот факт, что неустановленный гражданин по имени ФИО11, причастен к незаконному сбыту наркотических средств (том &lt;данные изъяты&gt;); - актом личного досмотра и изъятия от ДД.ММ.ГГГГ из которого следует, что ДД.ММ.ГГГГ с 19 час. 27 мин. до 19 час. 38 мин. оперуполномоченный Свидетель №4 произвел досмотр Свидетель №2, в ходе которого у того наркотических средств и денежных сумм не обнаружено. ( том &lt;данные изъяты&gt;); - актом осмотра, пометки (регистрации) и передачи денежных средств, ценностей и предметов от ДД.ММ.ГГГГ из которого следует, что ДД.ММ.ГГГГ с 19 час. 38 мин. до 19 час. 48 мин. оперуполномоченный Свидетель №4 вручил Свидетель №2 деньги в сумме &lt;данные изъяты&gt; рублей, (том &lt;данные изъяты&gt;); - актом личного досмотра и изъятия от ДД.ММ.ГГГГ, из которого следует, что ДД.ММ.ГГГГ с 19 час. 56 мин. до 20 час. 05 мин. оперуполномоченный Свидетель №4 произвел досмотр Свидетель №2, в ходе которого тот добровольно выдал диктофон &lt;данные изъяты&gt;, (том &lt;данные изъяты&gt;); - актом личного досмотра и изъятия от ДД.ММ.ГГГГ, из которого следует, что ДД.ММ.ГГГГ с 23 час. 35 мин. до 23 час. 45 мин. оперуполномоченный Свидетель №4, произвел досмотр Свидетель №2, наркотических средств и денежных сумм не обнаружено (том &lt;данные изъяты&gt;); - актом осмотра, пометки (регистрации) и передачи денежных средств, ценностей и предметов от ДД.ММ.ГГГГ, из которого следует, что ДД.ММ.ГГГГ с 23 час. 45 мин. до 23 час. 56 мин. оперуполномоченный Свидетель №4 вручил Свидетель №2 диктофон &lt;данные изъяты&gt;, (том &lt;данные изъяты&gt;); - актом наблюдения от ДД.ММ.ГГГГ, из которого следует, что ДД.ММ.ГГГГ в период времени с 19 час. 49 мин. до 23 час. 59 мин. оперуполномоченный Свидетель №4 проводил ОРМ "&lt;данные изъяты&gt;" за ходом проведения ОРМ "&lt;данные изъяты&gt;" (том &lt;данные изъяты&gt;); - актом личного досмотра и изъятия от ДД.ММ.ГГГГ, из которого следует, что ДД.ММ.ГГГГ с 00 час. 00 мин. до 00 час. 10 мин. оперуполномоченный Свидетель №4 произвел досмотр Свидетель №2, в ходе которого последний добровольно выдал: два пакета с измельченной растительной массой, диктофон &lt;данные изъяты&gt;, (том &lt;данные изъяты&gt;); - актом осмотра и прослушивания фонограммы от ДД.ММ.ГГГГ, согласно которому имеется запись разговора от ДД.ММ.ГГГГ между закупщиком ФИО41 и ФИО11 о приобретения &lt;данные изъяты&gt; коробков &lt;данные изъяты&gt; за &lt;данные изъяты&gt; рублей (том &lt;данные изъяты&gt;); - справкой об исследовании № от ДД.ММ.ГГГГ, согласно которой измельченная растительная масса зеленого цвета, первоначальной массой &lt;данные изъяты&gt; добровольно выданная ДД.ММ.ГГГГ Свидетель №2 в ходе ОРМ является наркотическим средством – &lt;данные изъяты&gt; Общая постоянная масса составила &lt;данные изъяты&gt; - протоколом осмотра и прослушивания фонограммы от ДД.ММ.ГГГГ, согласно которому имеется запись проведенного ОРМ ДД.ММ.ГГГГ. и зафиксированы встреча закупщика ФИО42 с ФИО11, в ходе которой закупщик передал ФИО11 &lt;данные изъяты&gt; рублей и получил от ФИО11 наркотическое средство &lt;данные изъяты&gt;, которую добровольно выдал (том &lt;данные изъяты&gt;); - заключением эксперта № от ДД.ММ.ГГГГ, согласно которому измельченная растительная масса зеленого цвета, добровольно выданная ДД.ММ.ГГГГ Свидетель №2 в ходе проведения ОРМ «&lt;данные изъяты&gt;», является наркотическим средством – &lt;данные изъяты&gt; постоянной массой &lt;данные изъяты&gt; Первоначальное количество наркотического средства составляло &lt;данные изъяты&gt; Остаточная масса после проведения экспертизы № от ДД.ММ.ГГГГ составляет &lt;данные изъяты&gt; - протоколом осмотра предметов от ДД.ММ.ГГГГ, согласно которому осмотрены: два пакетика с наркотическим средством &lt;данные изъяты&gt; остаточной массой &lt;данные изъяты&gt;., после проведения экспертизы № от ДД.ММ.ГГГГ остаточная масса составляет &lt;данные изъяты&gt;. ; две бирки,; бирка, которые признаны вещественными доказательствами по делу.(том &lt;данные изъяты&gt;); - показаниями свидетеля ФИО20, оглашенными в судебном заседании с согласия сторон, согласно которым ДД.ММ.ГГГГ он принимал участие в проведении ОРМ «&lt;данные изъяты&gt;» в качестве закупщика. Он позвонил своему знакомому по имени ФИО11, который занимается сбытом &lt;данные изъяты&gt;. В &lt;данные изъяты&gt; часа &lt;данные изъяты&gt; минут в служебном автомобиле, припаркованном напротив кафе «&lt;данные изъяты&gt;», расположенном в &lt;адрес&gt;&lt;адрес&gt;, &lt;адрес&gt; был произведен его личный досмотр, переданы &lt;данные изъяты&gt; руб. и диктофон «&lt;данные изъяты&gt;». Составили документы. Он направился в сторону кафе «&lt;данные изъяты&gt;», к нему подошел ФИО11, он передал ФИО11 &lt;данные изъяты&gt; рублей на &lt;данные изъяты&gt;. ФИО11 пошел вниз по &lt;адрес&gt; в сторону набережной. Он сел в автомобиль, выдал диктофон &lt;данные изъяты&gt; его досмотрели. В 23 часа 45 минут ему позвонил ФИО11 и сказал, что готов отдать два коробка &lt;данные изъяты&gt;. Его досмотрели, ничего запрещенного не обнаружили, выдали диктофон. Он подошел к кафе «&lt;данные изъяты&gt;», подошел ФИО11 и отдал ему два газетных свертка с наркотическим средством &lt;данные изъяты&gt;, которые он добровольно выдал. (том &lt;данные изъяты&gt;); - показаниями свидетеля Свидетель №4, оглашенными в судебном заседании с согласия сторон, согласно которым пояснившего в судебном заседании, что в &lt;данные изъяты&gt; года он принимал участие в ОРМ в отношении мужчины по имени ФИО12, закупщиком был «&lt;данные изъяты&gt;», который созвонился с ФИО12 и договорился приобрести за &lt;данные изъяты&gt; рублей ДД.ММ.ГГГГ, количество наркотика заказывалось посредством отправления СМС сообщения, что означало цифра 1- один коробок, 2 – два коробка &lt;данные изъяты&gt;, и т.д. В ДД.ММ.ГГГГ выехали по адресу &lt;адрес&gt;, досмотрели в автомобиле закупщика, выдали ему предварительно отксерокопированные денежные средства в сумме &lt;данные изъяты&gt; рублей, закупщик зашел во двор домовладения &lt;адрес&gt;&lt;адрес&gt;, после чего из ворот через некоторое время выехал автомобиль ФИО43 &lt;данные изъяты&gt; цвета и поехал в сторону &lt;адрес&gt;, закупщик оставался ждать на улице, через минут 30 автомобиль вернулся обратно, закупщик зашел во двор дома, через некоторое время вернулся, сел к ним в автомобиль и добровольно выдал 2 газетных свертка, в которых была растительная масса и также выдал диктофон. Он также участвовал в задержании ФИО6 в ДД.ММ.ГГГГ года. Оперуполномоченный ФИО44 установил личность ФИО12- это был подсудимый ФИО6. Была оперативная информация, что у ФИО6 имеется при себе наркотическое средство, поэтому было принято решение о его задержании. ФИО6 находился на своем автомобиле на бензозаправке, его задержали, досмотрели его и его автомобиль, в котором под сиденьем обнаружили сверток, при этом ФИО6 сказал, что не знает, откуда этот сверток. Он был освидетельствован, но экспертиза показала, что ФИО6 был трезвым и не находился в состоянии алкогольного либо наркотического опьянения. При проведении первой закупки было зафиксировано, что закупщик созванивался с Свидетель №1, тот звонил ФИО6, личность ФИО6 была установлена ДД.ММ.ГГГГ, после чего был проведено задержание. По месту фактического проживания ФИО6 в ходе обыска был обнаружен только колпачок для курения &lt;данные изъяты&gt;. Впоследствии было установлено, что ФИО6 брал наркотическое средство у &lt;данные изъяты&gt; ФИО54 ФИО1. После того как задержали ФИО6, через некоторое время по месту жительства ФИО1 был проведен обыск, проживающие в домовладении &lt;данные изъяты&gt;, которых было около 10 человек, мешали проведению обыска. В ходе проведенного обыска в дальней комнате на шифоньере, в стоящем там коробке, была обнаружена банка с растительной массой зеленого цвета. При этом ФИО1 ФИО45 а также проживающие в доме &lt;данные изъяты&gt; сказали, что эту банку ему подкинули сотрудники УФСКН. ФИО1 &lt;данные изъяты&gt; был освидетельствован, установлено, что он находился в состоянии наркотического опьянения. В ходе предварительного следствия не смогли установить, где приобретал наркотическое средство ФИО1 ФИО46 С целью изобличения гражданина по имени ФИО11 проводили ОРМ «&lt;данные изъяты&gt;». ДД.ММ.ГГГГ в качестве «закупщика» наркотических средств пригласили Свидетель №2, двух очевидцев, при проведении оперативно-розыскного мероприятия проверочная закупка наркотических средств. Свидетель №5 досмотрел закупщика вручил закупщику диктофон «&lt;данные изъяты&gt;» и деньги в сумме &lt;данные изъяты&gt; рублей. Закупщик вышел из оперативного автомобиля и направился к кафе «&lt;данные изъяты&gt;», нему подошел ФИО11, закупщик передал деньги ФИО11, после закупщик направился в сторону оперативного автомобиля, а ФИО11 пошел вниз по проспекту &lt;адрес&gt;. Закупщик выдал диктофон и пояснил, что передал &lt;данные изъяты&gt; рублей ФИО11 на наркотическое средство «&lt;данные изъяты&gt;». Закупщика досмотрели. В 23 часа 45 минут закупщику позвонил ФИО11, он был готов отдать два коробка &lt;данные изъяты&gt;. Закупщика досмотрели, вручили диктофон. Закупщик вышел из оперативного автомобиля и подошел к кафе «&lt;данные изъяты&gt;», к нему подошел ФИО11 и передал что-то закупщику, ФИО11 направился вниз по проспекту &lt;адрес&gt;, а закупщик сел в оперативный автомобиль и выдал два газетных свертка с &lt;данные изъяты&gt;. Все упаковали, составили документы, в &lt;данные изъяты&gt; МРО УФСКН России по &lt;адрес&gt; осмотрели и прослушали аудиозаписи. В последующем при проведении розыскных мероприятий личность ФИО11 была установлена как Свидетель №1. (том &lt;данные изъяты&gt;); - показаниями свидетеля Свидетель №5 данными в ходе предварительного следствия и оглашенными в судебном заседании с согласия сторон, согласно которым он проходит службу в должности &lt;данные изъяты&gt;. Ему стало известно, что гражданин по имени ФИО11 занимается сбытом наркотического средства &lt;данные изъяты&gt;, было принято решение о проведении в отношении него ОРМ «&lt;данные изъяты&gt;». ДД.ММ.ГГГГ был приглашен качестве «закупщика» наркотических средств – ФИО11 ФИО47 и два парня очевидца. На оперативном автомобиле он, второй сотрудник наркоконтроля, два очевидца и закупщик выехали к дому № по &lt;адрес&gt;. Он досмотрел закупщика, вручил закупщику диктофон «&lt;данные изъяты&gt;» и деньги в сумме &lt;данные изъяты&gt; рублей. Закупщик направился к кафе «&lt;данные изъяты&gt;» расположенное в &lt;адрес&gt; по &lt;адрес&gt;, &lt;адрес&gt;. Через 5 минут к закупщику подошел парень по имени ФИО11, в отношении которого проводилась ОРМ «&lt;данные изъяты&gt;». Закупщик с ним пообщался, передал деньги ФИО11 и направился в оперативный автомобиль, где выдал диктофон «&lt;данные изъяты&gt;» и пояснил, что передал &lt;данные изъяты&gt; рублей ФИО11 на наркотическое средство «&lt;данные изъяты&gt;» и тот позвонит, когда можно будет забрать наркотик. В 23 часа 45 минут закупщику позвонил парень по имени ФИО11, пояснил, что готов отдать &lt;данные изъяты&gt;. Закупщика досмотрели, вручили диктофон «&lt;данные изъяты&gt;» и он подошел к кафе «&lt;данные изъяты&gt;», расположенное по &lt;адрес&gt;&lt;адрес&gt;. К закупщику подошел парень по имени ФИО11, которому тот передал &lt;данные изъяты&gt; рублей, и передал что-то закупщику, они попрощались и закупщик пошел в оперативный автомобиль, выдал два газетных свертка данные свертки у ФИО11 за &lt;данные изъяты&gt; рублей, также закупщик выдал диктофон «&lt;данные изъяты&gt;». Были составлены акты. ДД.ММ.ГГГГ около 17 часов он пригласил понятых, ФИО48 в качестве закупщика наркотического средства у ФИО11, личность которого установлена как Свидетель №1. Около 18 часов на оперативном автомобиле ФИО49 очевидцы и закупщик ФИО11, подъехали к дому № по &lt;адрес&gt;. Закупщика досмотрели, он вручил ФИО50 диктофон и деньги в сумме &lt;данные изъяты&gt; рублей, тот вышел из автомобиля и остановился возле &lt;адрес&gt;&lt;данные изъяты&gt; ФИО36, затем зашел за угол дома и вышел на &lt;адрес&gt;, к нему подъехал автомобиль &lt;данные изъяты&gt; цвета государственный регистрационный номер № регион, оттуда вышел молодой человек, поздоровался с закупщиком и тот что-то передал молодому человеку. Молодой человек по имени ФИО11, личность которого установлена как Свидетель №1. Закупщик отошел от автомобиля а ФИО11 сел в автомобиль и уехал. Личность водителя установлена как Свидетель №6 Через 15 минут к дому № по пр. № подъехал тот же автомобиль. Закупщик сел в салон, через 5 минут вышел из автомобиля и сел в оперативный автомобиль, где добровольно выдал два бумажных свертка с наркотическим средством &lt;данные изъяты&gt;, которую он приобрел у ФИО11 за &lt;данные изъяты&gt; рублей. ДД.ММ.ГГГГ проводилось ОРМ «&lt;данные изъяты&gt;» у парня по имени ФИО12. Закупщик отправил СМС – сообщение на номер с цифрой-2, что означало, что ему нужно купить два коробка &lt;данные изъяты&gt;, ФИО12 сказал, чтобы он приехал к нему домой к 21 часу, в связи с чем закупщик был досмотрен, ему выдали &lt;данные изъяты&gt; рублей, выдали диктофон. Закупщик пошел к дому &lt;адрес&gt;, через некоторое время из ворот дома выехал автомобиль, потом вернулся обратно, через некоторое время закупщик вернулся к их автомобилю и выдал добровольно приобретенные наркотические средства. ДД.ММ.ГГГГ ФИО6 задержали на заправке, в его автомобиле обнаружили газетный сверток с растительной массой. Телефон ФИО6 был поставлен на прослушку, в ходе которой установили, что он приобретает наркотическое средство у ФИО1 ФИО51 ДД.ММ.ГГГГ в ходе обыска по месту жительства ФИО1 в дальней комнате в ящике, стоящем на шифоньере была обнаружена стеклянная банка, в которой находилась растительная масса. При освидетельствовании ФИО1 был в состоянии наркотического опьянения. ФИО1 сказал, что &lt;данные изъяты&gt; рвал и курил ее. (том &lt;данные изъяты&gt;); - показаниями свидетеля ФИО24, данными в ходе предварительного следствия и оглашенными в судебном заседании с согласия сторон, согласно которым ДД.ММ.ГГГГ принимал участия в качестве очевидца при проведении ОРМ &lt;данные изъяты&gt; наркотических средств. В отделе наркоконтроля ему представили «закупщика» – Свидетель №2 После он, второй очевидец, два сотрудника наркоконтроля и закупщик выехали к дому № по проспекту &lt;адрес&gt;. Досмотрели закупщика, вручил закупщику диктофон «&lt;данные изъяты&gt;» и деньги &lt;данные изъяты&gt; рублей. Затем закупщик подошел к кафе «&lt;данные изъяты&gt;», он, еще один очевидец и двое оперативных сотрудников, находились в автомобиле и не теряли из вида закупщика. Через 5 минут к закупщику подошел парень по имени ФИО11. Закупщик передал деньги ФИО11, сел в оперативный автомобиль, выдал диктофон «&lt;данные изъяты&gt;» и пояснил, что передал &lt;данные изъяты&gt; рублей ФИО11 на наркотическое средство «&lt;данные изъяты&gt;» и ФИО11 позвонит, когда можно будет забрать наркотик. В 23 часа 45 минут закупщику позвонил ФИО11 и сообщил, что готов отдать два коробка &lt;данные изъяты&gt;. После этого вручили закупщику диктофон «&lt;данные изъяты&gt;», Возле кафе «&lt;данные изъяты&gt;» к закупщику подошел парень по имени ФИО11 и передал что-то закупщику, они попрощались. Закупщик в автомобиле выдал два газетных свертка с &lt;данные изъяты&gt; и сказал, что приобрел ее у ФИО11 за &lt;данные изъяты&gt; рублей. Также закупщик выдал диктофон «&lt;данные изъяты&gt;». Он участвовал в проверочной закупке ДД.ММ.ГГГГ в качестве понятого, присутствовал второй понятой. Закупщик поехал в &lt;адрес&gt;, сотрудник досмотрел закупщика, запрещенных предметов при нем не было, ему вручили диктофон и денежные средства одну купюрой достоинством &lt;данные изъяты&gt; рублей. Закупщик зашел в какой-то двор, через некоторое время он вернулся к ним в машину и выдал два свертка с растительной массой и диктофон, все упаковали в целлофановые пакеты, закупщик сказал, что купил наркотик у ФИО12, в отделе зафиксировали объяснения. Также он участвовал в задержании ФИО6 на заправке ТНК, ФИО12 был на автомобиле ФИО52, стоял в очереди на заправку, к нему подошли оперативные сотрудники, попросили отъехать в сторону, после чего в его присутствии и присутствии второго понятого был проведен досмотр автомобиля, под водительским сиденьем обнаружили сверток, ФИО6 сказал, что сверток ему не принадлежит. Перед обыском ему предлагали добровольно выдать запрещенные предметы, на что он сказал, что таких у него нет. Он также присутствовал в качестве понятого при проведении обыска по месту жительства ФИО6, присутствовала его жена с ребенком. В ходе обыска нашли порванный лист газеты и колпачок, через который курят &lt;данные изъяты&gt;, ФИО6 сказал, что когда-то курил через него &lt;данные изъяты&gt;. Кроме того он принимал участие в качестве понятого при проведении обыска у &lt;данные изъяты&gt; ФИО1 ФИО53. По прибытию туда проживающим лицам предложили добровольно выдать запрещенные предметы, на что &lt;данные изъяты&gt; сказали, что таких нет. После этого в ходе обыска в одной из комнат, в присутствии его и второго понятого, которые прибыли с оперативными сотрудниками и, двумя понятыми, которые были соседями ФИО1, в ящике, стоящем на шкафу была обнаружена стеклянная банка &lt;данные изъяты&gt; литра в которой находилось вещество растительного происхождения, ее поместили в пакет и опечатали. (том &lt;данные изъяты&gt;); - показаниями свидетеля Свидетель №11, данными в ходе предварительного следствия и оглашенными в судебном заседании с согласия сторон, согласно которым ДД.ММ.ГГГГ около 19 часов 00 минут, он был приглашен в качестве очевидца при проведении ОРМ &lt;данные изъяты&gt;. Ему представили «закупщика» Свидетель №2 Он, второй очевидец, два сотрудника наркоконтроля и закупщик выехали к дому № по &lt;адрес&gt;. Досмотрели закупщика, вручили ему диктофон «&lt;данные изъяты&gt;» в корпусе &lt;данные изъяты&gt; рублей. Закупщик подошел к кафе «&lt;данные изъяты&gt;», к нему подошел молодой парень по имени ФИО11, закупщик передал деньги ФИО11, затем вернулся в оперативный автомобиль, выдал диктофон и пояснил, что передал &lt;данные изъяты&gt; рублей ФИО11 на наркотическое средство «&lt;данные изъяты&gt;» и ФИО11 позвонит. Оперуполномоченный досмотрел закупщика, в 23 часа 45 минут закупщику позвонил ФИО11, пояснил, что готов отдать два коробка &lt;данные изъяты&gt;. Закупщику вручили диктофон и он подошел к кафе под названием «&lt;данные изъяты&gt;», где к нему подошел парень по имени ФИО11, которому были переданы деньги в размере &lt;данные изъяты&gt; рублей, после чего ФИО11 передал что-то закупщику, который пошел к оперативному автомобилю, где выдал два газетных свертка с измельченной растительной массой, пояснив при этом, что это наркотическое средство «&lt;данные изъяты&gt;», которую он приобрел у ФИО11 за &lt;данные изъяты&gt; рублей, также выдал диктофон. Все упаковали и опечатали. (том &lt;данные изъяты&gt;); - показаниями свидетеля Свидетель №1 данными в ходе предварительного следствия и оглашенными в судебном заседании с согласия сторон, согласно которым он иногда употребляет наркотическое средство «&lt;данные изъяты&gt;» путем курения, которое приобретал у знакомого по имени ФИО12, который проживает в районе &lt;адрес&gt;, г. ФИО36 &lt;адрес&gt;. Он опознал по фотографии ФИО12 по характерным чертам лица и узнал, что того фамилия ФИО6. ФИО12 работал в такси «&lt;данные изъяты&gt;», в ходе беседы ФИО12 сообщил, что может помочь в ее приобретении, они начал общаться с ФИО6. Они обменялись номерами мобильных телефонов и в контактах своего мобильного телефона он занёс номер ФИО12, а именно №. Его номер мобильного телефона № и с этого номера он звонил ФИО12, отправлял смс-сообщение или говорил какое количество &lt;данные изъяты&gt; ему нужно, затем ФИО12 перезванивал ему и сообщал о месте встречи. Когда они встречались, он отдавал тому деньги, а тот ему &lt;данные изъяты&gt;. Так, в ДД.ММ.ГГГГ года к нему обратился знакомый &lt;данные изъяты&gt;, фамилию которого он не знает, который попросил его о помощи в приобретении &lt;данные изъяты&gt; для собственного употребления, он решил оказать содействие, он оказал содействие в приобретении «&lt;данные изъяты&gt;» 2 раза, ДД.ММ.ГГГГ и ДД.ММ.ГГГГ в &lt;адрес&gt;: возле кафе «&lt;данные изъяты&gt;» по &lt;адрес&gt; и на пересечении &lt;адрес&gt;&lt;адрес&gt;, в салоне автомобиля знакомого ФИО55, его приятеля. ДД.ММ.ГГГГ к нему обратился знакомый по имени ФИО56 с целью приобрести для того наркотическое средство &lt;данные изъяты&gt; в количестве 2-х коробков по цене &lt;данные изъяты&gt; рублей. Он с ним договорился встретиться около кафе «&lt;данные изъяты&gt;», около 20 часов. Предварительно, он встречался и договорился с ФИО6 о том, что он приобретет у того 2 коробка &lt;данные изъяты&gt; ДД.ММ.ГГГГ около 23 часов 30 минут. После он с полученными деньгами в размере &lt;данные изъяты&gt; рублей пришел к месту встречи с ФИО6 и передал тому деньги в сумме &lt;данные изъяты&gt; рублей, а тот ему передал два свертка из газет с &lt;данные изъяты&gt;. После чего, со свертками он пошел к кафе «&lt;данные изъяты&gt;» передать &lt;данные изъяты&gt; и около 24 часов он отдал тому два свертка с содержимым. (том &lt;данные изъяты&gt;); - рапортом об обнаружении признаков преступления согласно которому на основании постановления № с от ДД.ММ.ГГГГ в &lt;адрес&gt; было проведено ОРМ «&lt;данные изъяты&gt;» в отношении неустановленного гражданина по имени ФИО11, в ходе которого ДД.ММ.ГГГГ гражданин по имени ФИО11 в 18 часов 47 минуты около &lt;адрес&gt; по &lt;адрес&gt;, &lt;адрес&gt; сбыл Свидетель №2 за &lt;данные изъяты&gt; рублей наркотическое средство &lt;данные изъяты&gt; массой &lt;данные изъяты&gt; - постановлением № о проведении ОРМ проверочной закупки от ДД.ММ.ГГГГ. из которого усматривается факт, что гражданин по имени ФИО11 причастен к незаконному сбыту наркотических средств. (том &lt;данные изъяты&gt;); - актом личного досмотра и изъятия от ДД.ММ.ГГГГ. из которого следует, что ДД.ММ.ГГГГ с 18 час. 00 мин. до 18 час. 10 мин. оперуполномоченный Свидетель №5 произвел досмотр Свидетель №2, в ходе которого у последнего, наркотических средств и денежных сумм обнаружено не было. (том &lt;данные изъяты&gt;); - актом осмотра, пометки (регистрации) и передачи денежных средств, ценностей и предметов от ДД.ММ.ГГГГ. из которого следует, что ДД.ММ.ГГГГ с 18 час. 10 мин. до 18 час. 18 мин. оперуполномоченный Свидетель №5 Свидетель №2, вручил денежные средства в сумме &lt;данные изъяты&gt; рублей, (том &lt;данные изъяты&gt;); - актом личного досмотра и изъятия от ДД.ММ.ГГГГ, из которого следует, что ДД.ММ.ГГГГ с 18 час. 48 мин. до 19 час. 00 мин. оперуполномоченный Свидетель №5 произвел досмотр Свидетель №2, в ходе которого тот добровольно выдал: два бумажных свертка с измельченной массой растительного происхождения, диктофон &lt;данные изъяты&gt;, (том &lt;данные изъяты&gt;); - актом наблюдения от ДД.ММ.ГГГГ из которого следует, что ДД.ММ.ГГГГ в период времени с 18 час. 19 мин. до 18 час. 47 мин. оперуполномоченный Свидетель №5, проводил ОРМ "&lt;данные изъяты&gt;" за ходом проведения ОРМ "&lt;данные изъяты&gt;" в &lt;адрес&gt;. (том &lt;данные изъяты&gt;); - актом осмотра и прослушивания фонограммы от ДД.ММ.ГГГГ, согласно которому прослушана запись проводившегося ОРМ ДД.ММ.ГГГГ, время 18 часов 18 минут, в ходе которой закупщик «ФИО11» передал мужчине по имени « ФИО11» денежную купюру достоинством &lt;данные изъяты&gt; рублей, взамен которой «ФИО11» передал закупщику наркотическое средство, которое было добровольно выдано оперативным сотрудникам ФИО4 и опечатано. (том &lt;данные изъяты&gt;); - справкой об исследовании № от ДД.ММ.ГГГГ, согласно которой измельченная растительная масса, добровольно выданная Свидетель №2 в ходе ОРМ «&lt;данные изъяты&gt;» в г. ФИО36, является наркотическим средством &lt;данные изъяты&gt; общей сухой постоянной массой &lt;данные изъяты&gt; - протоколом осмотра документов от ДД.ММ.ГГГГ, согласно которого по уголовному делу № осмотрены: - детализация телефонных соединений SIM-карты № за период времени с 00:00 ч. ДД.ММ.ГГГГ по 23:59 ч. ДД.ММ.ГГГГ с привязкой к базовым станциям на 64-х листах и установочными данными абонентов на 3-х листах: - абонентский № (которым пользовался Свидетель №1) осуществлял соединения с абонентским номером № (которым пользовался ФИО6) для осуществления договоренности о месте встречи с целью передачи денег и наркотического средства &lt;данные изъяты&gt;. (том &lt;данные изъяты&gt;); - заключением эксперта № от ДД.ММ.ГГГГ, согласно которому представленная на экспертизу в пакете № измельченная растительная масса зеленого цвета, добровольно выданная ДД.ММ.ГГГГ Свидетель №2 в ходе проведения ОРМ «&lt;данные изъяты&gt;» является наркотическим средством – &lt;данные изъяты&gt;, постоянной массой &lt;данные изъяты&gt; Первоначальное количество наркотического средства составляло &lt;данные изъяты&gt; Остаточная масса после проведения экспертизы № от ДД.ММ.ГГГГ составляет &lt;данные изъяты&gt; - протоколом осмотра и прослушивания фонограммы от ДД.ММ.ГГГГ, из содержания которой установлено, что ДД.ММ.ГГГГ в ходе проведенного ОРМ «&lt;данные изъяты&gt;» от ДД.ММ.ГГГГ, закупщику «&lt;данные изъяты&gt;» были переданы денежные средства &lt;данные изъяты&gt; рублей, которые он передал мужчине по имени «ФИО11» на приобретение &lt;данные изъяты&gt;, и который впоследствии взамен полученных денег передал закупщику наркотическое средство « &lt;данные изъяты&gt;», которую закупщик добровольно выдал оперативным сотрудникам ФИО4 (том &lt;данные изъяты&gt;); - протоколом осмотра предметов от ДД.ММ.ГГГГ, согласно которому по уголовному делу № осмотрены (после проведения химической судебной экспертизы и исследования): - два свертка из бумаги белого цвета, в котором находится наркотическим средством &lt;данные изъяты&gt; остаточной массой &lt;данные изъяты&gt; - показаниями свидетеля ФИО20, данными в ходе предварительного следствия и оглашенными в судебном заседании с согласия сторон, согласно которым ДД.ММ.ГГГГ он участвовал в качестве закупщика в повторном проведении ОРМ «&lt;данные изъяты&gt;» в отношении парня по имени ФИО11. На оперативном автомобиле с очевидцами и Свидетель №5 около 18 часов ДД.ММ.ГГГГ подъехали к дому № по &lt;адрес&gt;. ФИО57 досмотрел его, передал ему диктофон «&lt;данные изъяты&gt;» и денежные средства &lt;данные изъяты&gt; рублей. Он пошел по &lt;адрес&gt;, остановился возле &lt;адрес&gt;. Он позвонил ФИО11, на автомобиль &lt;данные изъяты&gt; цвета подъехал ФИО11, он передал ФИО11 &lt;данные изъяты&gt; рублей на два коробка &lt;данные изъяты&gt;. ФИО11 сказал ему, чтобы он немного подождал. ФИО11 сел обратно в салон автомобиля и уехал. Через 15 минут к дому № по &lt;данные изъяты&gt; подъехал вышеуказанный автомобиль. Он сел в салон автомобиля, на переднем пассажирском месте находился ФИО11, тот передал ему два бумажных свертка с &lt;данные изъяты&gt;. ФИО11 пояснил ему, что завтра можно еще будет взять &lt;данные изъяты&gt; в хорошем количестве, в каком именно, он не уточнял. Он взял свертки с &lt;данные изъяты&gt; и пошел в сторону оперативного автомобиля, где добровольно выдал наркотическое вещество в двух бумажных свертках и диктофон «&lt;данные изъяты&gt;» с аудиозаписью хода проведения данного мероприятия. Он пояснил, что в газетных свертках находится наркотическое средство - &lt;данные изъяты&gt;, которую приобрел у ФИО11 за &lt;данные изъяты&gt; рублей. (том &lt;данные изъяты&gt;); - показаниями свидетеля Свидетель №4, данными в ходе предварительного следствия и оглашенными в судебном заседании с согласия сторон, согласно которым ДД.ММ.ГГГГ около 17 часов он совместно с оперуполномоченным ФИО58 пригласили очевидцев, задействовали закупщика ФИО59 Около 18 часов ДД.ММ.ГГГГ на оперативном автомобиле участники ОРМ подъехали к дому № по &lt;адрес&gt;. Досмотрели закупщика, ФИО60 вручил закупщику ФИО61 диктофон и денежные средства для приобретения наркотического средства, составили акты. Закупщик вышел из автомобиля, к нему подъехал автомобиль &lt;данные изъяты&gt; цвета, вышел молодой человек, закупщиком что-то передал данному молодому человеку. ФИО62 пояснил, что тот молодой человек по имени ФИО11, в отношении которого проводится оперативное мероприятие, личность которого в последствии установлена как Свидетель №1. ФИО11 сел обратно в салон автомобиля и уехал. Примерно через 15 минут вернулся, закупщик сел в салон, оттуда пошел в оперативный автомобиль, где добровольно выдал два бумажных свертка и пояснил, что это наркотическое средство &lt;данные изъяты&gt;, которую тот приобрел у ФИО11 за &lt;данные изъяты&gt; рублей. (т.&lt;данные изъяты&gt;); - показаниями свидетеля ФИО24, данными в ходе предварительного следствия и оглашенными в судебном заседании с согласия сторон, согласно которым ДД.ММ.ГГГГ он был приглашен в качестве очевидца при проведении ОРМ «&lt;данные изъяты&gt;». Им представили закупщика по фамилии «ФИО11». Около &lt;данные изъяты&gt; часов ДД.ММ.ГГГГ на оперативном автомобиле ФИО63, с еще одним очевидцем, Свидетель №5 и ФИО64 подъехали к дому № по &lt;адрес&gt;. Досмотрели закупщика, вручили ему диктофон и &lt;данные изъяты&gt; рублей. Закупщик вышел из оперативного автомобиля и направился по ул. &lt;адрес&gt; Через 5 минут к закупщику подъехал автомобиль &lt;данные изъяты&gt; цвета, из салона автомобиля вышел молодой человек по имени ФИО11. Закупщик отошел от автомобиля в сторону и обратно встал около &lt;адрес&gt;, а ФИО11 сел обратно в салон автомобиля и уехал. Примерно через 15 минут к дому № по &lt;адрес&gt; подъехал этот же автомобиль. Закупщик сел в салон. Через 5 минут закупщик вышел и пошел в оперативный автомобиль, где добровольно выдал два бумажных свертка и пояснил, что в свертках находится наркотическое средство &lt;данные изъяты&gt;, которую тот приобрел у ФИО11 за &lt;данные изъяты&gt; рублей. (т.&lt;данные изъяты&gt;); - показаниями свидетеля Свидетель №7, данными в ходе предварительного следствия и оглашенными в судебном заседании с согласия сторон, которые аналогичны показаниям свидетеля ФИО24( т.&lt;данные изъяты&gt;) - показаниями свидетеля Свидетель №6, данными в ходе предварительного следствия и оглашенными в судебном заседании с согласия сторон, согласно которым он знаком с Свидетель №1 с детства. У него имеется личный автомобиль &lt;данные изъяты&gt; цвета. В ДД.ММ.ГГГГ годак нему обратился Свидетель №1 с просьбой подвезти его на адрес в пределах &lt;адрес&gt; с оплатой за маршрут. В вечернее время они поехали к спортивной школе, расположенной на пересечении проспекта &lt;адрес&gt;&lt;адрес&gt;, он по просьбе ФИО11 остановился возле молодого человека, ФИО11 вышел из автомобиля, и подошел к тому и сразу вернулся в его автомобиль. После они поехали в район &lt;адрес&gt;&lt;адрес&gt; к магазину «&lt;данные изъяты&gt;», расположенному по &lt;адрес&gt; где ФИО11 встретился с парнем по имени ФИО12, они на улице о чем-то разговаривали. После чего, ФИО11 сел в салон его автомобиля, и они поехали к клубу «&lt;данные изъяты&gt;», расположенному на пересечении &lt;адрес&gt;, где их ожидал тот же парень. Молодой человек сел к ним в автомобиль, где ФИО11 передал тому какой-то сверток, после чего парень вышел (т.&lt;данные изъяты&gt;); - протоколом предъявления для опознания по фотографии от ДД.ММ.ГГГГ, согласно которому Свидетель №6 пояснил, что он по фотографии № опознает ФИО12 по определенным приметам (том &lt;данные изъяты&gt;); - показаниями свидетеля Свидетель №1, данными в ходе предварительного следствия и оглашенными в судебном заседании с согласия сторон, согласно которым ДД.ММ.ГГГГ ему позвонил ФИО65, и попросил купить для него &lt;данные изъяты&gt; в количестве 2-х коробков за &lt;данные изъяты&gt; рублей. Около 18 часов 30 минут он позвонил знакомому Свидетель №6, который работал в такси на автомобиле ФИО66 и попросил того свозить его по городу &lt;данные изъяты&gt;. ФИО67 подъехал к пересечению &lt;адрес&gt;&lt;адрес&gt; к зданию спортивной школы, там его ожидал ФИО68 передал ему деньги в сумме &lt;данные изъяты&gt; рублей. Он сказал, чтобы ФИО69 его ждал на этом месте, а он созвонившись с ФИО6, поехал на автомобиле ФИО70, к магазину «ФИО71»,, где его ждал ФИО6. Он сел в салон автомобиля ФИО6 и положил &lt;данные изъяты&gt; рублей под панель машины, между водительским сиденьем и сиденьем пассажира впереди он взял пластиковый футляр для очков, открыл его и взял два бумажных свертка с &lt;данные изъяты&gt;. Он пересел в автомобиль ФИО72 и поехал на встречу с ФИО73, где он и оставался. &lt;данные изъяты&gt; сел в автомобиль и он передал ему свертки. (т.&lt;данные изъяты&gt;); - показаниями свидетеля Свидетель №13, данными в ходе предварительного следствия и оглашенными в судебном заседании с согласия сторон, согласно которым она и Свидетель №8 были понятыми при проверке показаний на месте свидетеля Свидетель №1. Свидетель №1 пояснил, что ДД.ММ.ГГГГ возле кафе «&lt;данные изъяты&gt;» тот встречался с парнем по имени ФИО75, с целью взять у того деньги на приобретение наркотического средства &lt;данные изъяты&gt;. Свидетель №1 также пояснил, что до встречи с ФИО76, тот встречался с ФИО6, его знакомым, и договорился о встрече с тем с целью передачи денег и &lt;данные изъяты&gt;. Свидетель №1 пояснил, что тот передал ФИО6 деньги в сумме &lt;данные изъяты&gt; рублей, а тот передал ему два бумажных свертка, в которых находилась &lt;данные изъяты&gt;. После чего, Свидетель №1 встретился с ФИО77 и отдал полученные от ФИО6 два бумажных свертка с наркотическим средством &lt;данные изъяты&gt;. Далее Свидетель №1 пояснил, что ДД.ММ.ГГГГ около 18 часов 30 минут встречался с ФИО78 с целью приобретения тем наркотического средства &lt;данные изъяты&gt;, указал точное место встречи с ФИО79 он совместно с таксистом ФИО80 на автомобиле &lt;данные изъяты&gt; прибыли к спортивной школе, где тот вышел из салона автомобиля ФИО81 и возле &lt;адрес&gt;&lt;адрес&gt; встретился с ФИО82, который тому передал деньги в сумме &lt;данные изъяты&gt; рублей с целью приобрести у того &lt;данные изъяты&gt;. Так же, из пояснений Свидетель №1 ей стало известно, что тот сказал &lt;данные изъяты&gt; чтобы тот оставался ждать его на этом месте, а сам с ФИО83 поехал к магазину «&lt;данные изъяты&gt;», расположенному по &lt;адрес&gt;. Свидетель №1 пояснил, что перед встречей с ФИО84 тот созвонился с ФИО6 и те договорились встретиться возле указанного магазина с целью передачи денег и наркотического средства. Следователь предложил Свидетель №1 указать место расположения магазина «&lt;данные изъяты&gt;» и все принимавшие участие лица, проследовали к данному магазину. Примерно минут через 5 они прибыли к дому &lt;адрес&gt;&lt;адрес&gt;, где Свидетель №1 пояснил, что ДД.ММ.ГГГГ после встречи с ФИО85 тот приехал на автомобиле &lt;данные изъяты&gt; с ФИО86 и ждал ФИО6. ФИО6 приехал минуты через три и тогда тот, Свидетель №1, вышел из салона автомобиля ФИО87, и сел на переднее место пассажира в салон автомобиля к ФИО6, где Свидетель №1 отдал &lt;данные изъяты&gt; рублей и приобрел два свертка с наркотическим средством &lt;данные изъяты&gt;. Далее, Свидетель №1 пересел в автомобиль ФИО88 и те поехали к месту встречи с ФИО89, который того ждал. Следователь предложил указать точное место встречи Свидетель №1 с ФИО90 и восстановить происходящие тогда события. Свидетель №1 предложил поехать на пересечение &lt;адрес&gt;&lt;адрес&gt;&lt;адрес&gt;&lt;адрес&gt;. Прибыв в указанное место Свидетель №1 пояснил, что возле здания, где ранее располагался банк &lt;адрес&gt; его ждал &lt;данные изъяты&gt;, который по прибытию Свидетель №1 с &lt;данные изъяты&gt; сел в салон автомобиля &lt;данные изъяты&gt; и Свидетель №1 отдал два свертка &lt;данные изъяты&gt;. Данное место находилось возле &lt;адрес&gt; пр. &lt;адрес&gt; ФИО36, как раз на пересечении &lt;адрес&gt;&lt;адрес&gt;&lt;адрес&gt;. После окончания проверки показаний следователем был составлен протокол, в котором все принимавшие участия лица расписались и далее она со вторым понятым прибыли в помещение &lt;данные изъяты&gt; МРОН УФСКН России по &lt;адрес&gt; и дали показания в качестве свидетеля по факту проведения следственного действия проверки показаний на месте с участием свидетеля Свидетель №1. (т.&lt;данные изъяты&gt;); - показаниями свидетеля Свидетель №8, данными на стадии предварительного следствия и оглашенными в судебном заседании с согласия сторон, которые аналогичны показаниям свидетеля Свидетель №13 ( (том &lt;данные изъяты&gt;); - рапортом об обнаружении признаков преступления оперуполномоченного Свидетель №4 от ДД.ММ.ГГГГ, согласно которому было проведено ОРМ «&lt;данные изъяты&gt;» в отношении гражданина по имени ФИО12, в ходе которого ДД.ММ.ГГГГ гражданин по имени ФИО12 около 21 часа 33 минут во дворе &lt;адрес&gt; сбыл г-ну Свидетель №3, за &lt;данные изъяты&gt; рублей два бумажных свертка с наркотическим средством &lt;данные изъяты&gt; массой &lt;данные изъяты&gt; г. (том &lt;данные изъяты&gt;); - постановлением № о проведении ОРМ проверочной закупки от ДД.ММ.ГГГГ из которого следует, что ДД.ММ.ГГГГ около 23 часов 58 минут неустановленный гражданин сбыл Свидетель №1 два бумажных свертка с наркотическим средством &lt;данные изъяты&gt;, массой &lt;данные изъяты&gt;, после чего Свидетель №1 около 23 часов 58 минут в сбыл его Свидетель №2, (том &lt;данные изъяты&gt;); - актом досмотра автомобиля перед проведением ОРМ от ДД.ММ.ГГГГ (том &lt;данные изъяты&gt;); - актом личного досмотра ФИО91 и изъятия от ДД.ММ.ГГГГ (том &lt;данные изъяты&gt;); - актом осмотра, пометки (регистрации) и передачи денежных средств, из которого следует, что ДД.ММ.ГГГГ с 20 час. 54 мин. до 21 час. 05 мин. оперуполномоченный Свидетель №4 передал Свидетель №3 &lt;данные изъяты&gt; рублей и диктофон &lt;данные изъяты&gt;, (том &lt;данные изъяты&gt;); - актом личного досмотра и изъятия от ДД.ММ.ГГГГ из которого следует, что ДД.ММ.ГГГГ с 21 час. 38 мин. до 21 час. 50 мин. оперуполномоченный Свидетель №4, досмотрел Свидетель №3,, который добровольно выдал: два бумажных свертка с измельченной массой растительного происхождения, диктофон &lt;данные изъяты&gt; - актом досмотра автомобиля после проведения ОРМ от ДД.ММ.ГГГГ (том &lt;данные изъяты&gt;); - актом наблюдения от ДД.ММ.ГГГГ из которого следует, что ДД.ММ.ГГГГ оперуполномоченный Свидетель №4 проводил ОРМ "&lt;данные изъяты&gt;" за ходом проведения ОРМ "&lt;данные изъяты&gt;" в &lt;адрес&gt;. (том &lt;данные изъяты&gt;); - актом осмотра и прослушивания фонограммы от ДД.ММ.ГГГГ, на которой имеется запись разговора закупщика Свидетель №3 ДД.ММ.ГГГГ. в ходе проведения ОРМ «&lt;данные изъяты&gt;», и его встреча с ФИО6, в ходе которой последний передал закупщику два пакетика с &lt;данные изъяты&gt;, взамен полученных от ФИО92 денежных средств, а наркотическое средство Свидетель №3 добровольно выдал сотрудникам МРО УФСКН.( том &lt;данные изъяты&gt;); - справкой об исследовании № от ДД.ММ.ГГГГ, согласно которой растительная масса, добровольно выданная Свидетель №3 в ходе ОРМ «&lt;данные изъяты&gt;» является наркотическим средством &lt;данные изъяты&gt; общей сухой постоянной массой &lt;данные изъяты&gt; - постановлением № от ДД.ММ.ГГГГ судьи &lt;данные изъяты&gt; суда &lt;адрес&gt; о разрешении проведения в отношении неустановленного гражданина по имени ФИО12 ОРМ (том &lt;данные изъяты&gt;); - распечаткой телефонных переговоров ФИО6 в период времени с ДД.ММ.ГГГГ по ДД.ММ.ГГГГ: из содержания разговоров следует, что ФИО6 при проведении ОРМ « &lt;данные изъяты&gt;» в период ДД.ММ.ГГГГ. по просьбе Свидетель №3 выступал на стороне сбытчика наркотического средства (том &lt;данные изъяты&gt;); - заключением эксперта № от ДД.ММ.ГГГГ, согласно которому растительная масса зеленого цвета, добровольно выданная ДД.ММ.ГГГГ Свидетель №3 в ходе проведения ОРМ «&lt;данные изъяты&gt;» является наркотическим средством – &lt;данные изъяты&gt; постоянной массой &lt;данные изъяты&gt; - протоколом осмотра предметов от ДД.ММ.ГГГГ, согласно которому осмотрены: два свертка из бумаги белого цвета с наркотическим средством &lt;данные изъяты&gt; остаточной массой &lt;данные изъяты&gt;.; две бирки, два фрагмента листов бумаги, бирки, (том &lt;данные изъяты&gt;); - протоколом осмотра и прослушивания фонограммы от ДД.ММ.ГГГГ с записью ОРМ «&lt;данные изъяты&gt;» от ДД.ММ.ГГГГ с участием закупщика Свидетель №3, в ходе которой зафиксирована встреча закупщика и ФИО6, в ходе которой закупщик передал ФИО6 денежные средства, взамен получил два свертка с &lt;данные изъяты&gt;. (том &lt;данные изъяты&gt;); - протоколом осмотра и прослушивания фонограммы от ДД.ММ.ГГГГ с аудиозаписью телефонных переговоров ФИО6 в период с ДД.ММ.ГГГГ. по ДД.ММ.ГГГГ., из которой следует, что ФИО6 передавал наркотическое средство, выступая на стороне сбытчика (том &lt;данные изъяты&gt;); - протокол осмотра документов от ДД.ММ.ГГГГ, в котором осмотрена детализация телефонных соединений SIM-карты № за период времени с 00:00 ч. ДД.ММ.ГГГГ до 23:59 ч. ДД.ММ.ГГГГ, с 00:00 ч. ДД.ММ.ГГГГ до 23:59 ч. ДД.ММ.ГГГГ, с 00:00 час. ДД.ММ.ГГГГ до 23:59 час. ДД.ММ.ГГГГ на 18-и листах, с привязкой к базовым станциям и установочными данными абонентов ФИО6 и Свидетель №1( том &lt;данные изъяты&gt;); - показаниями свидетеля Свидетель №3, данными в ходе предварительного следствия и оглашенными в судебном заседании с согласия сторон, согласно которым он добровольно участвовал в ОРМ «&lt;данные изъяты&gt;» &lt;данные изъяты&gt; у ФИО6. Он позвонил ФИО6 и спросил можно ли купить &lt;данные изъяты&gt;, тот дал согласие, сотрудники наркоконтроля выдали ему &lt;данные изъяты&gt; рублей и диктофон. Он возле дома ФИО6 передал тому деньги, он поехал купить ее у &lt;данные изъяты&gt;. ФИО6 приехал и передал ему два свертка с &lt;данные изъяты&gt;, которые он передал сотрудникам наркоконтроля. Может пояснить, что в ДД.ММ.ГГГГ года он прогуливался по набережной города и ему позвонил ФИО12 и предложил встретиться. Он согласился. В этот же вечер они встретились, ФИО12 приехал на своем автомобиле ФИО93 &lt;данные изъяты&gt; цвета в которой кроме того находился парень, в последствии с тем познакомившись тот представился ФИО94. ФИО8 невысокого роста, примерно около &lt;данные изъяты&gt; см., &lt;данные изъяты&gt;. Этого человека он видел впервые. Познакомившись, ФИО12 предложил покурить &lt;данные изъяты&gt; и он согласился. После данной встречи, при разговоре ФИО12 сообщил ему, что именно у того, то есть у ФИО8, тот приобретает &lt;данные изъяты&gt; и вмести с тем занимается сбытом. ФИО8 он запомнил очень хорошо и может опознать того по фотографии. (том &lt;данные изъяты&gt;); - протоколом предъявления для опознания, из которого следует, что Свидетель №3 заявил, что в лице, изображенном на фотографии № (ФИО1 ФИО95), он опознает: ФИО8, с которым его познакомил ФИО12, когда они вместе курили &lt;данные изъяты&gt; ( том &lt;данные изъяты&gt;); - показаниями свидетеля ФИО24, данными в ходе предварительного следствия и оглашенными в судебном заседании с согласия сторон, согласно которым он ДД.ММ.ГГГГ в 20 часов 30 минут принимал участия в качестве очевидца при проведении ОРМ &lt;данные изъяты&gt; наркотических средств. Ему представили закупщика Свидетель №3 На оперативном автомобиле он, второй очевидец, два сотрудника наркоконтроля и закупщик выехали к дому № по &lt;адрес&gt; в &lt;адрес&gt;. Досмотрели закупщика, вручили ему закупщику диктофон «&lt;данные изъяты&gt;» и &lt;данные изъяты&gt; рублей. Закупщик вышел, на &lt;адрес&gt; закупщик кому-то звонил. Через некоторое время по четной стороне нумерации домов &lt;адрес&gt; открылись ворота и из низ выехал автомобиль марки &lt;данные изъяты&gt; цвета., из него вышел парень, пояснили, что это ФИО12. Закупщик сел на переднее пассажирское сидение, затем вышел, а ФИО12 поехал в сторону &lt;адрес&gt;15 минут автомобиль марки &lt;данные изъяты&gt; цвета, за рулем которого находился ФИО12, подъехал к дому, из которого выезжал, тот вышел из машины и зашел во двор, закупщик вместе с ФИО12 зашел во двор данного домовладения. Примерно через пару минут закупщик вышел со двора. В оперативном автомобиле закупщик выдал два газетных свертка с &lt;данные изъяты&gt; и пояснил, что приобрел ее у ФИО12 за &lt;данные изъяты&gt; рублей, также звыдал диктофон «&lt;данные изъяты&gt;» (том &lt;данные изъяты&gt;); - показаниями свидетеля Свидетель №7, данными в ходе предварительного следствия и оглашенными в судебном заседании с согласия сторон, которые аналогичны показаниям свидетеля ФИО24 (том &lt;данные изъяты&gt;); - показаниями свидетеля Свидетель №4, данными в ходе предварительного следствия и оглашенными в судебном заседании с согласия сторон, согласно которым на основании постановления о проведении ОРМ «&lt;данные изъяты&gt;» на ДД.ММ.ГГГГ было запланировано её проведение. Он принимал участие совместно с оперативным сотрудником ФИО96. В качестве закупщика наркотических средств у ФИО12, личность на тот момент не была установлена, был приглашен Свидетель №3, а также двое очевидцев – Свидетель №9 и Свидетель №7 ФИО5 предварительно созвонился с ФИО12, в отношении которого проводилось ОРМ, спросил можно ли отправить тому смс-сообщение с количеством желаемого объема для приобретения &lt;данные изъяты&gt;. Они согласовали, что необходимо произвести закупку &lt;данные изъяты&gt; в объеме 2 спичечных коробков. Из пояснений закупщика ФИО97 о телефонном переговоре, им стало известно, что около 18 часов ДД.ММ.ГГГГ можно будет отправить смс-сообщение. ФИО12 сообщил, что смс-сообщение тот получил и чтобы ФИО98 ждал от того звонка. Около 18 часов 20 минут ФИО99 снова перезвонил ФИО12 и сообщил, что можно будет подъехать к тому домой к 21 часу ДД.ММ.ГГГГ. ФИО100 передали &lt;данные изъяты&gt; рублей на приобретение &lt;данные изъяты&gt;, вручили диктофон «&lt;данные изъяты&gt;». Около 21 часа 10 минут закупщик вышел из оперативного автомобиля и направился к дому № № по &lt;адрес&gt;, позвонил ФИО12. Закупщик ФИО101 подошел к территории &lt;адрес&gt;, ворота открылись и выехал автомобиль &lt;данные изъяты&gt; цвета. Закупщик сел на переднее сиденье пассажира, потом вышел, автомобиль уехал, ФИО102 остался ждать. Около 21 часа 30 минут автомобиль ФИО103 подъехал ко двору &lt;адрес&gt;. Водитель вышел из салона автомобиля и зашел через ворота во двор указанного домовладения, за ним проследовал закупщик ФИО104 и вошел также через ворота во двор. Около 21 часа 35 минут закупщик вышел и направился к оперативному автомобилю, где выдал диктофон «&lt;данные изъяты&gt;» и два бумажных свертка с &lt;данные изъяты&gt;, пояснив, что в салоне автомобиля ФИО105 передал ФИО12 денежные средства в сумме &lt;данные изъяты&gt; рублей на наркотическое средство «&lt;данные изъяты&gt;» и ФИО12 сказал, чтобы тот ждал его возле двора. Также из пояснений ФИО106 ему стало известно, что после приезда ФИО12, во дворе домовладения тот передал ФИО107 два бумажных свертка с «&lt;данные изъяты&gt;». (том &lt;данные изъяты&gt;) - показаниями свидетеля Свидетель №5, пояснившего в судебном заседании, что ДД.ММ.ГГГГ на основании постановления проводилось ОРМ «&lt;данные изъяты&gt;» в отношении гражданина по имени ФИО12. Закупщик предварительно договорился о приобретении двух коробков &lt;данные изъяты&gt;. После чего им в присутствии двоих понятых был досмотрен закупщик, у которого запрещенных предметов не было, затем ему были вручены денежные средства и диктофон, о чем составлены соответствующие акты. Поехали на служебном автомобиле в &lt;адрес&gt;. Закупщик вышел из машины, дошел до &lt;адрес&gt;, откуда выехал автомобиль серебристого цвета, закупщик сел на переднее пассажирское сиденье, через несколько минут вышел. Автомобиль уехал, закупщик остался ждать на улице. Затем автомобиль, как было установлено позднее, под управлением ФИО6, заехал во двор того же дома, туда зашел закупщик, через время он вернулся к ним в автомобиль и добровольно выдал диктофон и два пакетика &lt;данные изъяты&gt;. Которые были изъяты, опечатаны, составлены протоколы..(том &lt;данные изъяты&gt;). Доказательствами, подтверждающими вину подсудимого ФИО1, по факту приготовления к незаконному сбыту наркотических средств общей массой &lt;данные изъяты&gt; являются оглашенные и исследованные в суде материалы дела и показания свидетелей, данные в ходе следствия и оглашенные в суде с согласия сторон, а именно: - рапорт об обнаружении признаков преступления от ДД.ММ.ГГГГ, согласно которому ДД.ММ.ГГГГ в 17 часов 26 минут сотрудниками ФИО36 МРО УФСКН России по &lt;адрес&gt;, по подозрению в совершении административного правонарушения, возле АЗС «&lt;данные изъяты&gt;», расположенного по &lt;адрес&gt;&lt;адрес&gt; ФИО36 &lt;адрес&gt;, был задержан гражданин ФИО6. В ходе досмотра автомобиля ФИО108 гос. номер № регион, принадлежащего ФИО6 под водительским сидением был обнаружен и изъят газетный сверток с измельченной растительной массой, которая согласно справке об исследовании № от ДД.ММ.ГГГГ, является наркотическим средством &lt;данные изъяты&gt; постоянной массой &lt;данные изъяты&gt; - протокол об административном задержании от ДД.ММ.ГГГГ, согласно которому в период времени с 17 часов 28 минут до 18 часов 12 минут в ходе задержания ФИО6 в качестве лица, совершившего административное правонарушение, возле АЗС «&lt;данные изъяты&gt;», расположенного по адресу: &lt;адрес&gt;&lt;адрес&gt; в результате досмотра транспортного средства автомобиля &lt;данные изъяты&gt; гос.номер № регион под водительским креслом был обнаружен газетный сверток с измельченной растительной массой, который был изъят и упакован. В ходе личного досмотра гражданина ФИО6 были сделаны смывы с кистей рук административно задержанного. Контрольный образец салфетки и салфетки со смывами кистей рук были помещены в пакет №. (том &lt;данные изъяты&gt;); - справка об исследовании № от ДД.ММ.ГГГГ, согласно которой представленная на исследование в пакете № измельченная растительная масса зеленого цвета, исходной массой &lt;данные изъяты&gt;, содержащаяся в свертке из фрагмента газетного листа бумаги, изъятого ДД.ММ.ГГГГ в ходе проведения досмотра а/м ФИО109, принадлежащего гр-ну ФИО6 в &lt;адрес&gt;, является наркотическим средством – &lt;данные изъяты&gt; постоянной массой &lt;данные изъяты&gt; (том &lt;данные изъяты&gt;); - заключение эксперта № от ДД.ММ.ГГГГ, согласно которому представленная на экспертизу в пакете № измельченная растительная масса зеленого цвета, изъятая ДД.ММ.ГГГГ в ходе проведения досмотра а/м ФИО110, принадлежащего ФИО6 является наркотическим средством – &lt;данные изъяты&gt; первоначальное количество составило &lt;данные изъяты&gt; - протокол осмотра предметов от ДД.ММ.ГГГГ, согласно которому по уголовному делу осмотрены: пакет из прозрачного полимерного материала с измельченной растительной массой зеленого цвета, бирки в количестве 2 шт., вещественные доказательства, (том &lt;данные изъяты&gt;); - протокол от ДД.ММ.ГГГГ обыска жилища по адресу: &lt;адрес&gt;&lt;адрес&gt;&lt;адрес&gt;, в ходе которого в коридоре данного дома на холодильной камере, обнаружен газетный лист формата А4, который был изъят и упакован. В хозяйственной постройке, расположенной во дворе домовладения &lt;адрес&gt;&lt;адрес&gt;, на деревянном ящике обнаружен предмет напоминающий наперсток из фольги со следами накопчения (наслоения) вещества темно-коричневого цвета. ФИО6 пояснил, что при помощи данного приспособления он &lt;данные изъяты&gt; Предмет изъят и упакован в пакет №.(том &lt;данные изъяты&gt;); - заключение эксперта № от ДД.ММ.ГГГГ, согласно которому на поверхности фрагмента фольги в виде наперстка (пакет №), изъятого в ходе обыска по месту проживания ФИО6 по адресу: &lt;адрес&gt;&lt;адрес&gt; имеются следовые количества (массой менее &lt;данные изъяты&gt;) наркотического средства – &lt;данные изъяты&gt; - заключение эксперта № от ДД.ММ.ГГГГ, согласно которому на поверхности салфетки со смывами рук ФИО6, имеются следовые количества (массой менее &lt;данные изъяты&gt;) наркотического средства – &lt;данные изъяты&gt; – наркотически активного компонента &lt;данные изъяты&gt; и получаемых из него наркотических средств. (том &lt;данные изъяты&gt;); - протокол осмотра предметов от ДД.ММ.ГГГГ, согласно которому осмотрены: - фрагмент фольги, изготовленный в виде наперстка. Согласно заключения эксперта № от ДД.ММ.ГГГГ на внутренней поверхности фрагмента фольги имеются следовые количества наркотического средства – &lt;данные изъяты&gt; – наркотически активного компонента &lt;данные изъяты&gt; и получаемых из него наркотических средств; салфетка из белого материала с налетом серого цвета, один вскрытый пакет белого цвета с надписью голубого цвета. (том &lt;данные изъяты&gt;); - заключение эксперта № от ДД.ММ.ГГГГ, согласно которому фрагмент газетного листа, изъятого в ходе проведения обыска по месту проживания ФИО6 и фрагмент газеты, служивший упаковкой для растительной массы, изъятой ДД.ММ.ГГГГ под водительским сидением автомобиля, принадлежащего ФИО6, при досмотре автомобиля &lt;данные изъяты&gt; г.н. №, для установления целого по частям ранее составляли одно целое. (том &lt;данные изъяты&gt;); - протокол осмотра предметов от ДД.ММ.ГГГГ, согласно которому по уголовному делу осмотрены: - два фрагмента листов из газеты печатного издания «ФИО7 газета неделя», (том &lt;данные изъяты&gt;); - протокол осмотра предметов от ДД.ММ.ГГГГ, согласно которого по уголовному делу осмотрен: - автомобиль ФИО111, государственный номер № регион, (том &lt;данные изъяты&gt;); - справка об исследовании № от ДД.ММ.ГГГГ, абонентский номер сим-карты, имеющийся в телефонном аппарате сотовой связи «&lt;данные изъяты&gt;» (пакет №) изъятого ДД.ММ.ГГГГ в ходе задержания ФИО6: № При исследовании телефонной книги телефонного аппарата «&lt;данные изъяты&gt;» содержаться сведения следующих абонентов: «&lt;данные изъяты&gt;. При исследовании телефонной книги телефонного аппарата «&lt;данные изъяты&gt;», изъятого ДД.ММ.ГГГГ в ходе задержания гр-на ФИО6 содержаться сведения следующих абонентов: «&lt;данные изъяты&gt;, что подтверждает факт общения подсудимого ФИО6, с Свидетель №1, а также гр. ФИО1, (том &lt;данные изъяты&gt;); - протокол осмотра предметов от ДД.ММ.ГГГГ, согласно которому по уголовному делу, изъятых в ходе задержания ДД.ММ.ГГГГ у ФИО6 (после проведения исследования) осмотрены: мобильный телефон &lt;данные изъяты&gt;, мобильный телефон &lt;данные изъяты&gt;, (том &lt;данные изъяты&gt;); - показания свидетеля Свидетель №5, данные в ходе следствия, согласно которым ДД.ММ.ГГГГ им была получена оперативная информация о том, что ФИО6 в салоне своего автомобиля может перевозить наркотические средства,. Около 17 часов 30 минут ДД.ММ.ГГГГ он совместно с о/у ФИО112 и понятым ФИО24 на АЗС «&lt;данные изъяты&gt;», расположенной по &lt;адрес&gt; г. ФИО36, подошли к автомобилю ФИО113, государственный номер № регион, за рулем которого находился ФИО6, он пояснил ФИО6, что тот и того автомобиль будут досмотрены на предмет наличия наркотических средств, психотропных и сильнодействующих веществ, а также иных предметов запрещенных к свободному обороту, ФИО114 пригласил второго понятого. На предложение добровольно выдать запрещенные предметы, ФИО6 ответил, что таковых не имеются. При досмотре принадлежащего ему автомобиля ФИО115, гос. номер № регион, под водительским сиденьем обнаружен сверток из газеты, в котором находилась измельченная растительная масса зеленого цвета. ФИО6 пояснил, что данный сверток с содержимым ему не принадлежит, данный сверток видит впервые и не знает откуда тот взялся. По подозрению в совершении административных правонарушений, предусмотренных ч. 1 ст. 6.8 и ч. 1 ст. 6.9 КоАП РФ ФИО6 был направлен на медицинское освидетельствование, в результате которого наркотических веществ у него в организме обнаружено не было. Также, ДД.ММ.ГГГГ он принимал участие в проведении обыска по месту фактического проживания ФИО6 по адресу: &lt;адрес&gt;&lt;адрес&gt; в ходе которого в жилом доме в коридоре на холодильной камере был изъят фрагмент газетного листа, который был похож на тот сверток из газеты, изъятый при досмотре автомобиля ФИО6. В хозяйственной постройке, расположенной на территории указанного домовладения, на деревянном ящике был обнаружен предмет из фольги, напоминающий наперсток со следами накопчения коричневого цвета. ФИО6 пояснил, что это &lt;данные изъяты&gt;. Изъятые предметы были упакованы в полимерные пакеты, опечатаны бирками с подписями участвующих лиц.(том &lt;данные изъяты&gt;); - показания свидетеля Свидетель №4, данные в ходе следствия, которые аналогичны показаниями свидетеля Свидетель №5, данным в ходе следствия (том &lt;данные изъяты&gt;); - показания свидетеля ФИО24, данные в ходе следствия, согласно которым ДД.ММ.ГГГГ он был понятым при задержания ФИО6 ДД.ММ.ГГГГ примерно в 17 часов 25 минут он и сотрудники наркоконтроля ФИО116 на оперативном автомобиле подъехали к автомобильной заправки «&lt;данные изъяты&gt;», расположенной в &lt;адрес&gt; напротив «&lt;данные изъяты&gt;» по &lt;адрес&gt;, подошли к автомобилю ФИО117 &lt;данные изъяты&gt; цвета, гос.номер № регион. Из салона вышел ФИО6 Сотрудники пояснили, что он и его транспортное средство будет досмотрено, предложили добровольно выдать запрещенные предметы, тот ответил, что у него и в его транспортном средстве таковых нет. Пригласили еще одного понятого. При досмотре транспортного средства &lt;данные изъяты&gt; гос.номер № регион, был обнаружен газетный сверток с находящейся внутри измельченной массой растительного происхождения зеленого цвета. ФИО6 пояснил, что данный сверток ему не принадлежит и никакого отношения к нему тот не имеет. Сверток опечатали, составили документы. Он подтверждает факт обнаружения изъятого газетного свертка с измельченной растительной массой зеленого цвета в автомобиле ФИО6, так как лично видел данный сверток находившийся под водительским сидением. (том &lt;данные изъяты&gt;); - показания свидетеля Свидетель №11, данные в ходе следствия, согласно которым ДД.ММ.ГГГГ он принимал участие в качестве понятого в проведении задержания ФИО6 Он подошел к автомобилю &lt;данные изъяты&gt; гос.номер № регион, &lt;данные изъяты&gt; цвета, где находился парень среднего роста, а также второй понятой. Сотрудники пояснили ему, что ФИО6 и того транспортное средство будет досмотрено на предмет наличия наркотических средств, разъяснили права и обязанности. ФИО6 предложили добровольно выдать запрещенные предметы к свободному обороту. ФИО6 ответил, что у того и в того транспортном средстве таковых нет. Был произведен досмотр транспортного средства ФИО118 гос.номер № регион, где под водительским сидением был обнаружен газетный сверток с находящейся внутри измельченной массой растительного происхождения зеленого цвета. ФИО6 пояснил, что данный сверток ему не принадлежит и никакого отношения к нему он не имеет. Данный сверток опечатали, составили протоколы. Факт обнаружения изъятого газетного свертка с измельченной растительной массой зеленого цвета в автомобиле ФИО6 он подтверждает, так как лично видел обнаруженное под водительским сидением. (том &lt;данные изъяты&gt;); - протокол от ДД.ММ.ГГГГ обыска домовладения по адресу: &lt;адрес&gt;, в ходе которого в дальнем помещении &lt;адрес&gt;, находящемся в дальнем левом углу дома, при входе в детскую комнату, справа, находится платяной шкаф, на верху которого находится картонная коробка, внутри которой обнаружена стеклянная банка, закрытая крышкой из металла красного цвета, внутри которой находится измельченная растительная масса зелёного цвета. В ходе личного досмотра ФИО1 обнаружен мобильный телефон &lt;данные изъяты&gt; (том &lt;данные изъяты&gt;); - заключение эксперта № от ДД.ММ.ГГГГ, согласно которому представленная на экспертизу измельченная растительная масса зеленого цвета, содержащаяся в стеклянной банке, изъятая ДД.ММ.ГГГГ в ходе проведения обыска в домовладении по адресу: &lt;адрес&gt;, является наркотическим средством – &lt;данные изъяты&gt; постоянной массой &lt;данные изъяты&gt; Остаточная масса после проведения экспертизы № от ДД.ММ.ГГГГ составляет &lt;данные изъяты&gt; - заключение эксперта № от ДД.ММ.ГГГГ, согласно которому на поверхности стеклянной банки, в которой находилась измельченная растительная масса, изъятая ДД.ММ.ГГГГ в ходе проведения обыска по адресу: &lt;адрес&gt;, имеется след пальца руки максимальными размерами 16х12 мм, пригодный для идентификации личности. Данный след оставлен ФИО1 (том &lt;данные изъяты&gt;); - протокол осмотра предметов от ДД.ММ.ГГГГ, в котором осмотрены: стеклянная банка, отрезок ленты скотч со следом пальца руки, обнаруженный на поверхности стеклянной банки, в которой находилась измельченная растительная масса, изъятая ДД.ММ.ГГГГ в ходе проведения обыска по адресу: &lt;адрес&gt;, дактилоскопическая карта на имя ФИО1 (том &lt;данные изъяты&gt;); - дактилоскопическая карта на имя ФИО1 ДД.ММ.ГГГГ года рождения, на которой имеются оттиски папиллярных узоров пальцев рук и ладоней (том &lt;данные изъяты&gt;); - заключение эксперта № от ДД.ММ.ГГГГ, согласно которому наркотическое средство – &lt;данные изъяты&gt; массой &lt;данные изъяты&gt;, изъятое ДД.ММ.ГГГГ в ходе проведения досмотра а/м &lt;данные изъяты&gt; г/н № рег., принадлежащего ФИО6 и наркотическое средство &lt;данные изъяты&gt; массой &lt;данные изъяты&gt;. изъятое ДД.ММ.ГГГГ в ходе проведения обыска в домовладении по адресу: &lt;адрес&gt;, совпадают между собой как по внешним признакам (цвету, степени измельчения), по качественному составу макрокомпонентов (&lt;данные изъяты&gt;), так и по относительному содержанию данных компонентов к их суммарному содержанию. Следовательно, данные объекты могли ранее составлять единую массу. (том &lt;данные изъяты&gt;); - протокол осмотра предметов от ДД.ММ.ГГГГ, в котором осмотрены мобильный телефон &lt;данные изъяты&gt;, обнаружена SIM-карта с логотипом «&lt;данные изъяты&gt;»., установлен абонентский номер телефона: №; бирка с фрагментами нитей белого цвета, с пояснительным текстом: пакет №, в котором находятся объекты, изъятые в ходе обыска жилища расположенного по адресу: &lt;адрес&gt;, изъятый в ходе личного досмотра ФИО1 от ДД.ММ.ГГГГ (том &lt;данные изъяты&gt;); - протокол осмотра предметов от ДД.ММ.ГГГГ, в котором осмотрены: прозрачный пакет с замком-фиксатором с линией красного цвета, с наркотическим средством – &lt;данные изъяты&gt; постоянной массой &lt;данные изъяты&gt; остаточная масса &lt;данные изъяты&gt; согласно заключения эксперта № от ДД.ММ.ГГГГ остаточная масса составляет &lt;данные изъяты&gt; изъятой ДД.ММ.ГГГГ в ходе проведения обыска по адресу: &lt;адрес&gt;.; бирка с фрагментами нитей белого цвета; бирка с фрагментами нитей белого цвета, (том &lt;данные изъяты&gt;); - показания свидетеля ФИО24 данные в ходе следствия, согласно которым он ДД.ММ.ГГГГ примал участие при проведении обыска в качестве понятого в отношении ФИО1, который проживает по &lt;адрес&gt;. Около 10 часов 30 минут ДД.ММ.ГГГГ он совместно с экспертом, вторым понятым, следователем и оперативными сотрудниками на служебных автомобилях выехали к месту проведения обыска. Оперативные сотрудники возле &lt;адрес&gt; задержали молодого человека &lt;данные изъяты&gt; национальности- ФИО1 ФИО119, совместно с ФИО1 и с разрешения проживающих лиц &lt;данные изъяты&gt; национальности зашли во двор домовладения. Следователь пригласил в летней кухне зачитал постановление &lt;данные изъяты&gt; районного суда о производстве обыска по адресу &lt;адрес&gt;. Проживающие лица возражать против понятых, так как они прибыли вместе с сотрудниками полиции. Сотрудниками наркоконтроля были приглашены две гражданки пожилого возраста, проживающие по соседству. С участием ФИО1 они зашли в дом и при обыске в детской комнате, расположенной в левой стороне дома, на шкафу обнаружили картонный коробок со стеклянной банкой, закрытой красной крышкой из металла, было видно, что внутри неё находится измельченная растительная масса темно-зеленого цвета. ФИО1 и лица &lt;данные изъяты&gt; национальности стали возмущаться и опровергали факт обнаружения данной банки с содержаще. В ходе личного досмотра ФИО1 был изъят мобильный телефон марки «&lt;данные изъяты&gt;», который тоже был упакован. Достоверность обнаружения стеклянной банки с растительной массой он подтверждает, а то, что её могли каким-то образом подкинуть сотрудники наркоконтроля в дальнюю комнату дома и положить на дно картонной коробки с вещами он отрицает, так как с момента входа во двор он следил за действиями сотрудников. (том &lt;данные изъяты&gt;); - показания свидетеля Свидетель №11, данные в ходе следствия, которые аналогичны показаниям свидетеля ФИО24 (том &lt;данные изъяты&gt;); - показания свидетеля Свидетель №14, данные в ходе следствия, согласно которым она ДД.ММ.ГГГГ участвовала в качестве понятого при проведении обыска в доме у соседей, семьи &lt;данные изъяты&gt;, которые проживают по &lt;адрес&gt;. Она и еще одна знакомая Свидетель №10, которая также приняла участие в качестве понятого, зашли во двор &lt;адрес&gt;, где там уже находились сотрудники полиции и проживающие там лица &lt;данные изъяты&gt; национальности. Сотрудники наркоконтроля прибыли уже с приглашенными понятыми, но проживающих лиц по месту обыска это не устроило и поэтому её дополнительно пригласили принять участие в обыске. Сотрудники наркоконтроля зашли в дом и при обыске в детской комнаты, расположенной в левой стороне дома, на шкафу обнаружили картонный коробок с вещами и при тщательном осмотре данного коробка на дне обнаружили стеклянную банку закрытую красной крышкой. Через стенки банки было видно, что внутри той находилась измельченная растительная масса темно-зеленого цвета. Лица &lt;данные изъяты&gt; национальности возмущались и опровергали факт обнаружения банки с содержащейся растительной массой. Банка с растительной массой была упакована В ходе личного досмотра при обыске у ФИО120 ФИО1 был изъят его мобильный телефон, который так же был упакован. Достоверность обнаружения стеклянной банки с растительной массой она подтверждает, а то что ту могли каким-то образом подкинуть сотрудники полиции она отрицает, так как с момента входа во двор она следила за действиями сотрудников. (том &lt;данные изъяты&gt;); - показания свидетеля Свидетель №10, данные в ходе следствия, которые аналогичны показаниям свидетеля Свидетель №14 (том &lt;данные изъяты&gt;); - показания свидетеля Свидетель №4 данные в ходе следствия, согласно которым ДД.ММ.ГГГГ он участвовал в проведении следственного действия обыска, согласно постановления &lt;данные изъяты&gt; районного суда. Обыск проводился по месту проживания гражданина ФИО1 по адресу: &lt;адрес&gt;, так как имелась оперативная информация о причастности данного гражданина к совершению соучастия в сбыте наркотических средств совместно с ФИО6. Перед началом проведения обыска были приглашены понятые ФИО121. Около 10 часов 30 минут ДД.ММ.ГГГГ он совместно с ФИО122, экспертом, понятыми и следователем на служебных автомобилях выехали к месту проведения обыска. Возле домовладения № по &lt;адрес&gt; задержали по подозрению в совершении административного правонарушения, в употреблении наркотических средств, психотропных и сильнодействующих веществ, молодого человека &lt;данные изъяты&gt; национальности, который представился ФИО1 и по внешним признакам находился в состоянии опьянения. Совместно с ФИО1 и с разрешения проживающих лиц &lt;данные изъяты&gt; национальности они зашли во двор указанного домовладения. Следователь в летней кухне, расположенной на территории двора зачитал постановление &lt;данные изъяты&gt; районного суда о производстве обыска по адресу &lt;адрес&gt;. Проживающие лица стали возражать против понятых, с которыми они прибыли, поэтому пригласили две гражданки пожилого возраста, проживающие по соседству после чего стали производить обыск. При обыске в детской комнате, расположенной в левой стороне дома, на шкафу обнаружили картонный коробок с вещами, на дне которого обнаружена стеклянная банка закрытая красной крышкой из металла с находившейся внутри измельченной растительной массой темно-зеленого цвета. ФИО1 и проживающие там лица &lt;данные изъяты&gt; национальности стали возмущаться и опровергали факт обнаружения данной банки с содержащейся растительной массой. Обнаруженная банка с растительной массой была упакована. В ходе личного досмотра ФИО1 был изъят мобильный телефон марки «&lt;данные изъяты&gt;», который аналогичным способом был упакован следователем в пакет №. По окончанию составления протокола обыска в нем расписались все принимавшие участие лица. (том &lt;данные изъяты&gt;); - показания свидетеля Свидетель №5, данные в ходе следствия, которые аналогичны показаниям свидетеля Свидетель №4 (том &lt;данные изъяты&gt;); - показания свидетеля Свидетель №12 данные в ходе следствия, согласно которым в ДД.ММ.ГГГГ года он познакомился с ФИО6, так как он работал в училище № г. ФИО36 на станции техобслуживания. ФИО12 работал таксистом в фирме «&lt;данные изъяты&gt;», которая располагалась на территории данного училища. Примерно с ДД.ММ.ГГГГ года он стал употреблять &lt;данные изъяты&gt;&lt;данные изъяты&gt; и в то время его угощал ФИО6 &lt;данные изъяты&gt; Где тот брал в то время &lt;данные изъяты&gt; ему неизвестно, он не интересовался. Фирма «&lt;данные изъяты&gt;», в которой работал ФИО6, просуществовала недолго, и он потерял общение с ФИО12. В ДД.ММ.ГГГГ году ФИО6 обратился к нему при случайной встречи по поводу покраски кузова автомобиля. Он спросил у ФИО6, нет ли у того &lt;данные изъяты&gt;, тот угостил его небольшим количеством &lt;данные изъяты&gt;&lt;данные изъяты&gt;. После чего, ФИО6 предложил покупать у него &lt;данные изъяты&gt; и озвучил ему цену за спичечный коробок в размере &lt;данные изъяты&gt; рублей. Всего он приобретал &lt;данные изъяты&gt; у ФИО6 2 раза. Он договаривался с тем о времени приобретения &lt;данные изъяты&gt;, а тот ему потом перезванивал, так как при нём, при ФИО6, &lt;данные изъяты&gt; не было, по крайней мере, он у того её не замечал и приобретение им наркотического средства происходило не сразу. ФИО6 ему говорил, что тот перезвонит &lt;данные изъяты&gt;, договорится, а после чего перезвонит ему. Какую роль играет &lt;данные изъяты&gt; и имеет ли какое-то отношение &lt;данные изъяты&gt; он не знает, но может только догадываться, что &lt;данные изъяты&gt; и ФИО6 сообща торговали данным наркотическим средством. Он у ФИО6 не интересовался при чём здесь &lt;данные изъяты&gt;, так как ему это не надо и на эту тему он с тем не общался. После чего, ФИО6 опять куда-то пропал, так как он тому неоднократно звонил и по поводу приобретения &lt;данные изъяты&gt; и оказания услуги в качестве такси, и однажды проезжал мимо дома ФИО6, увидел во дворе автомобиль ФИО6, он зашел в гости и его мать сообщила ему, что ФИО12 арестовали по подозрению в сбыте наркотиков. (том &lt;данные изъяты&gt;). Таким образом, оценив доказательства, представленные как стороной обвинения, так и стороной защиты, и непосредственно исследованные в судебном заседании, по правилам ст. 88 УПК РФ с точки зрения относимости, допустимости, достоверности, а в своей совокупности - достаточности для разрешения дела, суд приходит к выводу о признании ФИО1 виновным в совершении указанных преступлений и о необходимости вынесения обвинительного приговора. Действия ФИО1 суд квалифицирует по ч. 3 ст. , п.п. «а, б» ч. 3 ст. 228.1 УК РФ - покушение на преступление - незаконный сбыт наркотических средств, совершенный группой лиц по предварительному сговору, в значительном размере, то есть умышленные действия лица, непосредственно направленные на совершение преступления - незаконный сбыт наркотических средств, совершенный группой лиц по предварительному сговору, в значительном размере, если при этом преступление не было доведено до конца по не зависящим от этого лица обстоятельствам; по ч. 1 ст. , п.п. "а, б" ч. 3 ст. 228.1 УК РФ – приготовление к преступлению, то есть приискание лицом средств и орудия совершения преступления, и иное умышленное создание условий для совершения - незаконного сбыта наркотических средств, совершенный группой лиц по предварительному сговору, в значительном размере, если при этом преступление не было доведено до конца по не зависящим от этого лица обстоятельствам. Суд согласен с квалификацией действий ФИО1., данной в ходе предварительного следствия. Дав оценку всем исследованным по делу доказательствам, суд приходит к выводу о том, что ФИО1 реализуя преступный умысел, направленный именно на распространение наркотических средств, осознавая общественно-опасный характер совершаемых им деяний, совершил покушение на незаконный сбыт наркотических средств общей массой &lt;данные изъяты&gt;. (ДД.ММ.ГГГГ &lt;данные изъяты&gt; ДД.ММ.ГГГГ &lt;данные изъяты&gt;., ДД.ММ.ГГГГ &lt;данные изъяты&gt;.) и приготовление к незаконному сбыту наркотических средств общей массой &lt;данные изъяты&gt; в значительном размере и по предварительному сговору с ФИО6, осужденным приговором &lt;данные изъяты&gt; районного суда &lt;адрес&gt; от ДД.ММ.ГГГГ по ст. ст. ч.3- 228.1 ч.3 п. « а, б», ст.ст. ч.1- 228.1 ч.3 п. « а, б» УК РФ, ст. ч.2 УК РФ к 8 годам 1 месяцу лишения свободы с отбыванием наказания в колонии строгого режима. Данные обстоятельства достоверно установлены в судебном заседании и подтверждаются имеющимися доказательствами в их совокупности, которые согласуются между собой и другими материалами дела. Суд считает, что указанные общественно опасные деяния совершены подсудимым ФИО1 с прямым умыслом, он понимал общественную опасность своих действий, отдавал отчет своим действиям и желал наступления последствий от совершаемых им действий. Однако, при этом преступления по обоим эпизодам покушения на незаконный сбыт наркотического средства и приготовления к незаконному сбыту наркотического средства не были доведено до конца по не зависящим от ФИО1 обстоятельствам. Квалифицирующий признак "группой лиц по предварительному сговору" по обоим эпизодам действий подсудимого ФИО1 в составе группы лиц по предварительному сговору с осужденным ФИО6, вменен подсудимому ФИО1 обоснованно, так как из достоверно установленных судом обстоятельств совершенных преступлений усматривается, что их действия были согласованны и взаимосвязаны, что в свою очередь, безусловно свидетельствует о том, что преступления были спланированы, они заранее предварительно договорились о совместном совершении преступлений и в последующем, во время непосредственного совершения преступления, действовали согласованно, их действия были объединены единым преступным умыслом, только их совместные действия привели к наступлению единого преступного результата в части покушения на незаконный сбыт наркотического средства &lt;данные изъяты&gt; и приготовления к его сбыту. Учитывая обстоятельства совершения преступлений, сплоченный и согласованный характер действий подсудимого ФИО1 с осужденным ФИО6, во время совершения преступлений, суд приходит к выводу о том, что квалифицирующий признак "группой лиц по предварительному сговору" по указанным эпизодам при квалификации действий ФИО1 вменен обоснованно, поскольку это обстоятельство в полном объеме нашло подтверждение исследованными в судебном заседании доказательствами. Вывод о том, что ФИО1 совершил именно покушение на незаконный сбыт наркотических средств группой лиц по предварительному сговору, в значительном размере, и приготовление к незаконному сбыту наркотического средства группой лиц по предварительному сговору, в значительном размере, суд делает исходя из характера и последовательности его действий, а также обстоятельств, установленных судом и изложенных в установочной части приговора. Умысел ФИО1 на приготовление к незаконному сбыту наркотического средства группой лиц по предварительному сговору, в значительном размере, общей массой &lt;данные изъяты&gt; обнаруженного и изъятого у ФИО6, в салоне его автомобиля «&lt;данные изъяты&gt;», государственный номер №, и у ФИО1 в ходе обыска, подтверждается формой упаковки и способом хранения наркотического средства, а также самим количеством изъятого у ФИО6 и ФИО1 наркотика, массой &lt;данные изъяты&gt; многократно превышающим разовую дозу употребления. О наличии у ФИО1 умысла на приготовление к незаконному сбыту наркотического средства группой лиц по предварительному сговору, в значительном размере, свидетельствует также наличие у правоохранительных органов оперативной информации, которая подтвердилась в ходе оперативно-розыскных мероприятий, а также выводы, изложенные в заключении эксперта № от ДД.ММ.ГГГГ, согласно которому наркотическое средство – &lt;данные изъяты&gt; массой &lt;данные изъяты&gt;, изъятое ДД.ММ.ГГГГ в ходе проведения досмотра а/м ФИО123 г/н № рег., принадлежащего ФИО6 и наркотическое средство &lt;данные изъяты&gt; массой &lt;данные изъяты&gt; изъятое ДД.ММ.ГГГГ в ходе проведения обыска в домовладении по адресу: &lt;адрес&gt;, совпадают между собой как по внешним признакам (цвету, степени измельчения), по качественному составу макрокомпонентов (&lt;данные изъяты&gt;), так и по относительному содержанию данных компонентов к их суммарному содержанию и, следовательно, данные объекты могли ранее составлять единую массу. Все доказательства, в том числе и показания свидетелей, протоколы, заключения экспертиз, суд признает допустимыми доказательствами, так как они получены в соответствии с требованиями Закона "Об оперативно-розыскной деятельности", УПК РФ, и, кроме того, вина подсудимого подтверждена совокупностью других доказательств, исследованных в судебном заседании, в частности, заключениями экспертиз. Заключения экспертов по делу проведены в установленном законом порядке. Компетентность экспертов сомнений не вызывает, заключения составлены в надлежащей форме, содержат, в числе других, исследовательскую часть и указание на нормативную и специальную литературу, примененную при производстве экспертиз, выводы экспертов вытекают из исследований, логичны и полны. Заключения проверены и оценены судом путем сопоставления и в совокупности с иными доказательствами по делу, ничем не опорочены. Оснований для признания оперативно-розыскных мероприятий, проведённых в отношении подсудимого незаконными, не имеется. У суда нет каких-либо оснований делать вывод о том, что без решений о проведении ОРМ с участием закупщиков, данные о личности которых сохранены в тайне, и без самих ОРМ «&lt;данные изъяты&gt;», ФИО1 не совершил бы деяния, ставшие предметом разбирательства по настоящему уголовному делу. Таким образом, суд приходит к твердому убеждению, что совокупность имеющихся доказательств полностью изобличает ФИО1 в совершении инкриминируемых деяний и является безусловным основанием для вынесения обвинительного приговора. Переходя к вопросу о виде и мере наказания подсудимому ФИО1, суд учитывает характер и степень общественной опасности совершенных преступлений, конкретную жизненную ситуацию, его поведение после совершения преступлений. Согласно ст. Уголовного Кодекса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В соответствии с ч.3 ст. 60 УК РФ 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При этом, основной целью наказания за совершенное деяние является исправление осужденного. Мнение о личности ФИО1 суд составил на основе имеющихся в материалах уголовного дела и исследованных в судебном заседании характеризующих данных. Поэтому, при назначении конкретной меры наказания, суд учитывает, что подсудимый ФИО1 свою вину в совершении преступлений признал полностью, ранее не судим, его состояние здоровья, по месту регистрации характеризуется положительно, имеет &lt;данные изъяты&gt;, что все, в соответствии со ст. 61 УК РФ , суд признает обстоятельствами, смягчающими его наказание. Обстоятельств, отягчающих наказание ФИО1, согласно ст. 63 УК РФ , не установлено. Суд также учитывает требования ч. 3 ст. 66 УК РФ , согласно которой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за оконченное преступление, и ч.2 ст. 66 УК РФ , согласно которой срок или размер наказания за приготовление к преступлению не может превышать половины максимального срока или размера наиболее строгого вида наказания, предусмотренного за оконченное преступление. Таким образом, в данном случае максимальное наказание ФИО1 за преступление, предусмотренное ч. 3 ст. , п.п. «а, б» ч. 3 ст. 228.1 УК РФ не может превышать 11 лет трех месяцев лишения свободы, а по ч. 1 ст. , п.п. "а, б" ч. 3 ст. 228.1 УК РФ – 7 лет шести месяцев лишения свободы. Учитывая, что положения ч. 2 и ч. 3 ст. 66 УК РФ устанавливают лишь верхний предел максимально возможного срока и размера наказания и каких-либо других ограничений не содержат, а у ФИО1 имеется ряд смягчающих обстоятельств, при отсутствии отягчающих, суд, с учетом требований ст. 60 УК РФ , приходит к выводу о возможности назначения ему наказания за преступление, предусмотренное ч. 1 ст. , п.п. "а, б" ч. 3 ст. 228.1 УК РФ , ниже максимально возможного в разумных пределах. Судом также учитывается при назначении наказания, что ФИО1 состоит на &lt;данные изъяты&gt; Проанализировав совокупность приведенных обстоятельств, учитывая общественную опасность ФИО1 для окружающих, суд приходит к выводу что достижение целей уголовного наказания, предусмотренных ч.2 ст. 43 УК РФ , то есть социальной справедливости, исправления осужденного и предупреждения совершения им новых преступлений, возможно только при назначении подсудимому ФИО1 наказания в виде реального лишения свободы, поскольку его исправление и перевоспитание возможны лишь в условиях изоляции от общества. Оснований для применения ст. 73 УК РФ и назначения наказания условно, суд не усматривает, как не усматривает оснований, предусмотренных ст. ч.6 УК РФ и для изменения категории тяжести совершенных ФИО1 преступлений, на менее тяжкие, а также не находит достаточных оснований для применения положений ст. 64 УК РФ и назначения наказания ниже низшего предела, поскольку обстоятельств, являющихся исключительными, значительно снижающими степень общественной опасности деяния и виновного ФИО1, судом не установлено. Согласно п. в ч.1 ст. 58 УК РФ , наказание ФИО1 подлежит отбытию в исправительной колонии строгого режима. Суд учитывает, что врачебных заключений о невозможности в силу каких-либо заболеваний отбывать наказание ФИО1, назначенное в виде лишения свободы, суду не представлено. При этом, при изложенных обстоятельствах, с учетом наличия смягчающих наказание ФИО1 обстоятельств, суд считает, что наказание ФИО1 будет отвечать требованиям справедливости, соразмерности и адекватности при определении размера наказаний по совокупности преступлений по принципам частичного сложения назначенных наказаний по правилам ч.2 ст. 69 УК РФ . Вместе с этим, исходя из изложенного, суд, с учетом назначения ФИО1 наказания, связанного с длительным лишением свободы, учитывая его материальное положение, отсутствия постоянного источника доходов, места работы и образования, считает возможным не назначать подсудимому ФИО1 дополнительные наказания в виде штрафа и ограничения свободы, предусмотренные ч.3 ст. 228.1 УК РФ в качестве альтернативных. Гражданские иски по делу не заявлены. Подсудимому ФИО1 для защиты его прав и интересов в суде был назначен адвокат Мануйлова М.В., расходы на оплату труда которой в силу ч. 5 ст. 50 УПК РФ , подлежат возмещению за счет средств федерального бюджета. Согласно п. 5 ч. 2 ст. 131 УПК РФ суммы, выплачиваемые адвокату за оказание им юридической помощи в случае участия в уголовном судопроизводстве по назначению, относятся к процессуальным издержкам и на основании ч. 2 ст. 132 УПК РФ могут быть взысканы с осужденного. В судебном заседании подсудимый ФИО1 не возражал против взыскания с него процессуальных издержек, связанных с оплатой труда адвоката Мануйловой М.В. в размере &lt;данные изъяты&gt; рублей. Оснований для освобождения ФИО1 от уплаты процессуальных издержек не имеется, в связи с чем суд считает необходимым взыскать с подсудимого ФИО1 указанные процессуальные издержки. При этом суд учитывает работоспособный возраст ФИО1 Судьбу вещественных доказательств по делу суд разрешает в порядке, предусмотренном ст. 81 УПК РФ . В целях обеспечения исполнения приговора суда мера пресечения в виде заключения под стражу в отношении ФИО1 отмене либо изменению до вступления приговора суда в законную силу не подлежит, поскольку основания, по которым ему избиралась указанная мера пресечения, не изменились, он признан виновным в совершении приготовления и покушения на особо тяжкие преступления, ему назначается наказание в виде реального лишения свободы. На основании изложенного и руководствуясь ст.ст. - 299 УПК РФ , суд ПРИГОВОРИЛ : ФИО1 ФИО124 признать виновным в совершении преступлений, предусмотренных ст. ст. ч.3 ст.30, п.п. «а,б» ч.3 ст. 228.1 УК РФ и назначить наказание 8 лет лишения свободы; ч.1 ст.30, п.п. «а,б» ч.3 ст. 228.1 УК РФ и назначить наказание 7 лет 4 месяца лишения свободы. На основании ч.2 ст. 69 УК РФ по совокупности преступлений, предусмотренных ст. ст. ч.3 ст.30, п.п. «а,б» ч.3 ст. 228.1 УК РФ , ч.1 ст.30, п.п. «а,б» ч.3 ст. 228.1 УК РФ , путем частичного сложения назначенных наказаний, окончательно назначить ФИО1 8 лет один месяц лишения свободы, с отбыванием наказания в исправительной колонии строгого режима. Меру пресечения в отношении ФИО1 - содержание под стражей, оставить без изменения до вступления приговора в законную силу для обеспечения исполнения назначенного судом наказания. Срок отбытия наказания ФИО1 исчислять с 30августа 2017 года. Зачесть в срок наказания ФИО1 период содержания под стражей с 21 июня 2017 г. по 29 августа 2017 года включительно. Вещественные доказательства по уголовному делу: пакет № - диск с аудиозаписью проведения ОРМ «&lt;данные изъяты&gt;» от ДД.ММ.ГГГГ., пакет № - диск с аудиозаписью проведения ОРМ «&lt;данные изъяты&gt;» от ДД.ММ.ГГГГ., -детализацию телефонных соединений SIM-карты № за период времени с 00:00 ч. ДД.ММ.ГГГГ по 23:59 ч. ДД.ММ.ГГГГ с привязкой к базовым станциям на 64-х листах и установочные данные абонентов на 3-х листах, находящиеся в бумажном конверте, - пакет №:диск с аудиозаписью проведения ОРМ «&lt;данные изъяты&gt;» от ДД.ММ.ГГГГ., - пакет №: компакт-диск заводского изготовления TDK CD-R, объемом 700 MB, используемый для записи и воспроизведения на приводе компьютера, на лицевой стороне диска имеется надпись маркером черного цвета «&lt;данные изъяты&gt;», -детализацию телефонных соединений SIM-карты № за период времени с 00:00 ч. ДД.ММ.ГГГГ до 23:59 ч. ДД.ММ.ГГГГ, с 00:00 ч. ДД.ММ.ГГГГ до 23:59 ДД.ММ.ГГГГ, с 00:00 час. ДД.ММ.ГГГГ до 23:59 час. ДД.ММ.ГГГГ, с привязкой к базовым станциям на 18-х листах, копия договора об оказании услуг связи «&lt;данные изъяты&gt;» на 1 листе, пакет №: отрезок ленты скотч максимальными размерами 20х16 мм со следом пальца руки, дактилоскопическая карта на имя ФИО1 ФИО125, ДД.ММ.ГГГГ года рождения, на которой имеются оттиски папиллярных узоров пальцев рук и ладоней, хранить при уголовном деле. Автомобиль ФИО126, государственный номер № регион, &lt;данные изъяты&gt; цвета, тип кузова хэтчбэк, принадлежащий ФИО6, считать возвращенным по принадлежности. Пакет №: два мобильных телефона: мобильный телефон &lt;данные изъяты&gt;; мобильный телефон &lt;данные изъяты&gt;, возвратить по принадлежности. Пакет №: мобильный телефон &lt;данные изъяты&gt;, согласно ходатайству ФИО1, уничтожить после вступления приговора в законную силу. Остальные доказательства уничтожить в установленном законом порядке по вступлению приговора в законную силу. Взыскать с ФИО1 в доход государства процессуальные издержки в виде суммы, выплаченной адвокату Мануйловой М.В. в размере &lt;данные изъяты&gt; рублей за оказание ему юридической помощи. Приговор может быть обжалован в течение 10 суток со дня провозглашения в Ростовский областной суд, через Каменский районный суд Ростовской области, а осужденным, содержащимся под стражей, в тот же срок и в том же порядке со дня вручения ему копии приговора. Разъяснить осужденному право заявлять ходатайство об участии в судебном заседании при рассмотрении дела судом апелляционной инстанции, о чем он должен указать в своей апелляционной жалобе. Разъяснить осужденному право ходатайствовать об участии в суде апелляционной инстанции в случае принесения апелляционного представления или апелляционной жалобы, затрагивающих его интересы и право подать свои возражения в письменном виде, иметь возможность довести до суда апелляционной инстанции свою позицию непосредственно либо с использованием систем видеоконференц – связи, поручать осуществление своей защиты избранному им защитнику либо ходатайствовать перед судом о назначении защитника. Разъяснить осужденному, что о своем желании иметь защитника в суде апелляционной инстанции или о рассмотрении дела без защитника осужденному необходимо сообщить в суд, постановивший приговор, в письменном виде и в срок, установленный для подачи возражений, применительно к ст. 389.7 УПК РФ . Председательствующий: Суд: Каменский районный суд (Ростовская область) (подробнее) Судьи дела: Краснова Е.В.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