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«Центр хозяйственного и сервисного обеспечения Управления Министерства внутренних дел Российской Федерации по Тульской области» (далее Учреждение) создано в соответствии с распоряжением Правительства Российской Федерации от 14 февраля 2012 года № 199-р;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Учредителем Учреждения является Российская Федерация;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Собственником имущества Учреждения является Российская Федерация;</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Учреждение является получателем средств федерального бюджета.</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Учреждение заключает договоры, приобретает имущественные и неимущественные права, несет обязанности, от собственного имени выступает истцом и ответчиком в суде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Учреждение обеспечивает исполнение своих обязательств в пределах, доведенных до него лимитов бюджетных средств; 27.3. Начальник Учреждения обладает правом выдачи доверенностей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Источниками финансового обеспечения Учреждения являются средства Федерального бюджета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Расходование бюджетных средств осуществляется Учреждением в пределах доведенных лимитов бюджетных обязательств и в соответствии с бюджетной сметой. 29 апреля 2014 года, в период с 09 часов 00 минут до 13 часов 00 минут, ФИО20 по служебным делам находился в АТХ ФКУ «ЦХ и СО УМВД России по Тульской области», расположенном по адресу: &lt;адрес&gt;, где обратился к кладовщику ФИО1 с вопросом о наличии на складе зимних шипованных автошин типоразмером 215/60 R16. На что получил от ФИО1 положительный ответ, а именно что на складе имеются 12 зимних шипованных автошин «MICHELIN Х-ICE NORTH 3 EXTRA LOAD» 99Т типоразмером 215/60 R16. Сразу же после этого, 29 апреля 2014 года, в период с 09 часов 00 минут до 13 часов 00 минут, в АТХ ФКУ «ЦХ и СО УМВД России по Тульской области», расположенном по адресу: &lt;адрес&gt;, у ФИО20 возник корыстный преступный умысел, направленный на хищении чужого имущества, вверенного виновному с использованием своего служебного положения, а именно на хищение путем присвоения 12 зимних шипованных автошин «MICHELIN Х-ICE NORTH 3 EXTRA LOAD» 99Т типоразмером 215/60 R16, принадлежащих АТХ ФКУ «ЦХ и СО УМВД России по Тульской области». Реализуя свой корыстный преступный умысел, ФИО20 составил рапорт, согласно которому просил выдать со склада АТХ ФКУ «ЦХ и СО УМВД России по Тульской области» запасные части на автомобили УАЗ 390994 г/н №, УАЗ 315196 г/н №, УАЗ 31519 г/н №, а именно 12 зимних шипованных автошин «MICHELIN Х-ICE NORTH 3 EXTRA LOAD» 99Т типоразмером 215/60 R16. На основании данного рапорта ФИО20 бухгалтером ФКУ «ЦХ и СО УМВД России по Тульской области» ФИО2 было выдано требование-накладная № от 29 апреля 2014 года. Затем, 29 апреля 2014 года, в период с 09 часов 00 минут до 13 часов 00 минут, продолжая реализовывать свой корыстный преступный умысел, направленный на хищение чужого имущества, ФИО20, являясь должностным лицом - инспектором (по обеспечению) группы тылового обеспечения (место дислокации: отдел полиции «Криволученский») отдела тылового обеспечения УМВД России по г.Туле, являясь материально ответственным лицом, действуя в корыстных целях, используя свое служебное положение, согласно требованию-накладной № от 29 апреля 2014 года, получил со склада ФКУ «ЦХ и СО УМВД России по Тульской области» по адресу: &lt;адрес&gt;, на служебные автомобили, используемые отделом полиции «Криволученский» УМВД России по г.Туле, а именно УАЗ 390994 (г/н №), УАЗ 315196 (г/н №), УАЗ 31519 (г/н №) 12 шипованных автошин «MICHELIN Х-ICE NORTH 3 EXTRA LOAD» 99Т типоразмером 215/60R16 стоимостью 6677,70 рублей каждая, на общую сумму 80132,4 рублей, 4 из которых в отдел полиции «Криволученский» УМВД России по г.Туле не передал для эксплуатации, обратив их в свое пользование, распорядившись по своему усмотрению, То есть, инспектор (по обеспечению) группы тылового обеспечения (место дислокации: отдел полиции «Криволученский») отдела тылового обеспечения УМВД России по г.Туле ФИО20, используя свое служебное положение, совершил присвоение, то есть хищение 4 шипованных автошин «MICHELIN Х-ICE NORTH 3 EXTRA LOAD» 99Т типоразмером 215/60R16 стоимостью 6677,70 рублей каждая, на общую сумму 26710,8 рублей, принадлежащих ФКУ «ЦХ и СО УМВД России по Тульской области», причинив своими действиями ФКУ «ЦХ и СО УМВД России по Тульской области» материальный ущерб на указанную сумму. Подсудимый ФИО20 виновным себя в присвоении, то есть хищении чужого имущества, вверенного виновному, с использованием своего служебного положения, не признал, показав, что действительно получал 4 шипованные зимние шины в АТХ ФКУ «ЦХ и СО» УМВД России по Тульской области. Они были получены им на подразделение отдел полиции «Криволученский» УМВД России по г.Тула. Автошины числились за автомобилем УАЗ 31519 г/н № и были сданы вместе с ним при его списании в распоряжение автохозяйства, что подтверждается карточками учета о передаче указанных автошин на другой автомобиль, к которому он никакого отношения не имеет. Каким образом эти сданные автошины оказались на автомобиле УАЗ-31519 г/н №, согласно карточкам учета, ему не известно. Указанные 4 автошины находились в автохозяйстве. При его увольнении выяснилось, что согласно карточкам учета, за автомобилем УАЗ-31519 г/н № числятся 4 шипованные зимние шипованные шины, которые были сданы вместе с автомобилем УАЗ 31519 г/н № при его списании. На тот момент в связи с увольнением руководства автохозяйства выяснить, почему так произошло, не представлялось возможным. Похищение и присвоение 4 зимних шипованных автошин он не совершал и не мог совершить. Цели и умысла на это не имел. Показания подсудимого ФИО20 суд признает недостоверными, считает их защитной версией, вызванной стремлением избежать ответственности за содеянное, поскольку они не соответствуют установленным фактическим обстоятельствам дела и представленным стороной обвинения доказательствам, которые являются относимыми, допустимыми, достоверными и в совокупности в полном объеме подтверждают причастность ФИО20 к указанному выше преступлению. Виновность подсудимого ФИО20 подтверждается следующими доказательствами по делу. Показаниями в судебном заседании представителя потерпевшего Потерпевший №1, о том, что в должности &lt;данные изъяты&gt; ФКУ «ЦХиСО УМВД России по Тульской области» он состоит с 17.10.2016 по настоящее время. ФКУ расположено по адресу: &lt;адрес&gt;, является самостоятельным юридическим лицом, учредителем которого является МВД России, и находится в подчинении УМВД России по Тульской области. ФКУ создано в целях хозяйственного, вещевого, социально-бытового и транспортного обеспечения УМВД России по Тульской области. По адресу: &lt;адрес&gt;, расположен склад, где осуществляется хранение и выдача товарно-материальных ценностей, в том числе автошин на служебный транспорт, для обеспечения деятельности подразделений УМВД России по Тульской области. Приобретение автошин для служебного транспорта УМВД России по Тульской области осуществляется в соответствии с заключенными государственными контрактами. Выдача автошин разрешается только для служебных целей и для служебных автомобилей УМВД России по Тульской области. На каждую автошину в соответствии с приказом МВД России от 31.12.2013 № 1045 «Об утверждении Порядка организации транспортной деятельности в органах внутренних Российской Федерации» ведется карточка учета автомобильной (мотоциклетной) шины, в которой указывается размер, марка, модель автошины, марка, государственный регистрационный номер автомобиля и поквартальный пробег автошины, который вписывается в данную карточку из ежеквартального отчета диспетчеров. Для получения автошин на служебный транспорт материально-ответственное лицо, закрепленное за служебным автомобилем, обращается с соответствующим рапортом на имя начальника ФКУ. На основании рассмотренного начальником рапорта, техник по учету проверяет возможность списания и выдачи новых автошин на автомобиль. В случае, если к выдаче зимняя автошина (шипованная), то техник проверяет по карточкам учета, получалась ли зимняя автошина на указанный в рапорте служебный автомобиль. В том случае, если зимняя резина не выдавалась, то техник ставит об этом отметку на рапорте, а если выдавалась, то техник проверяет по карточке учета пробег автошин с целью установления возможности списания старых и выдачи новых автошин, и при необходимости выдачи новой авторезины отписывает карточку для учета бухгалтерией. Далее в бухгалтерии материально-ответственное лицо получает расходную накладную, подписываемую начальником ФКУ. На основании данной накладной материально-ответственное лицо со склада получает автошины для установления их на служебный транспорт. Также пояснил, что с подсудимым ФИО20 он знаком, знает его только в связи с тем, что ранее он занимал должность &lt;данные изъяты&gt; полиции УМВД России по г. Туле и сталкивался с ним по службе. Личных отношений с ним не поддерживает. О том, что 29 апреля 2014 года ФИО20 присвоил принадлежащие ФКУ 12 шипованных автошин 215/60R16, стоимостью каждая 6 677,70 рублей, а всего общей стоимостью 80 132,40 рублей, ему стало известно 17 марта 2017 года по результатам проведенной проверки ОРЧ (СБ) УМВД России по Тульской области. Об обстоятельствах совершения данного преступления ему ничего не известно. В результате действий ФИО20 ФКУ «ЦХиСО УМВД России по Тульской области» был причинен имущественный ущерб на сумму 80 132,4 рубля, который в настоящее время не возмещен. Исковые требования о взыскании с подсудимого ФИО20 суммы причиненного ущерба, в судебном заседании поддержал в полном объеме. Показаниями на предварительном следствии свидетеля ФИО1 – &lt;данные изъяты&gt; АТХ ФКУ «ЦХ и СО УМВД России по Тульской области», оглашенными по ходатайству государственного обвинителя в соответствии с ч.1 ст. 281 УПК РФ , с согласия сторон, о том, что в конце 2013 года на склад АТХ из Москвы (МВД РФ) привезли 80 шин, 20 из которых как раз были зимними шипованными размерностью 215/60 R16. В конце 2013 года из вышеуказанных 20 шин, 8 шин получили другие подразделения УМВД России по Тульской области на служебные автомобили, а 12 шин оставались на складе. Об этом она сообщила ФИО20, что на складе имеются зимние шипованные шины 215/60 R16. После этого на основании рапорта на имя начальника ФКУ «ЦХ и СО» УМВД России по Тульской области ФИО20 в бухгалтерии было выдано требование-накладная № за подписью главного бухгалтера ФИО3 и бухгалтера ФИО2, согласно которой он должен был получить со склада АТХ ФКУ «ЦХ и СО» УМВД России по Тульской области автошины 215/60 R16 шипованные (№) (УАЗ 390964 г/н № УАЗ 315196 г/н№ УАЗ 31519 г/н №) в количестве 12 штук, стоимостью 6677,70 каждая, на общую сумму 80132,40. После оформления указанных документов, ФИО20 пришёл на склад АТХ и по требованию-накладной получил у неё со склада АТХ 12 зимних шипованных шин размерностью 215/60 R16. ФИО20 никаких претензий по поводу выданных автошин ей не предъявлял. Сдать их назад или обменять на другие автошины не просил (Т.1 л.д. &lt;данные изъяты&gt;). Показаниями данного свидетеля опровергнуты доводы подсудимого о том, что ФИО20 обращался к ней, и просил обменять, либо сдать шины, поскольку они не подходят по размеру. Показаниями в судебном заседании свидетеля ФИО4 – &lt;данные изъяты&gt; АТХ ФКУ «ЦХ и СО УМВД России по Тульской области» о том, что в начале октября 2016 года к ней неоднократно обращался ФИО20 с просьбой списать 12 полученных им новых зимних шипованных шин, на что она отказывала ему в связи с тем, что у шин был большой недопробег до нормы их списания. Показаниями в судебном заседании свидетеля ФИО2 о том, что работает в должности &lt;данные изъяты&gt; ФКУ «ЦХ и СО УМВД России по Тульской области». В её обязанности входит: оформление хозяйственных операций по поступлению и выбытию материальных запасов по линии автотранспорта, в том числе шин для автомобилей. Согласно данным бухгалтерского учета ФКУ «ЦХ и СО УМВД России по Тульской области», а именно наряд-фактуре № из ГУ «Центральная объединенная база хранения ресурсов» МВД России в ФКУ «ЦХ и СО УМВД России по Тульской области» поступили автомобильные шины, в том числе шины пневматические (ошипованные) шиноразмером 215/60R16 в количестве 20 шин, стоимостью за одну шину 6677,70 рублей. Из 20 вышеуказанных ошипованных шин, шиноразмером 215/60R16 со склада ФКУ были выданы: 4 шины на автомобиль Тайота Камри г/н № (по требованию-накладной № от ДД.ММ.ГГГГ), 4 шины на автомобиль г/н №, 4 шины на автомобиль г/н № выдано по требованию-накладной № от ДД.ММ.ГГГГ, а также 12 шин на автомобиль УАЗ 390994 г/н №, УАЗ 315196 г/н №, УАЗ 31519 г/н № (по требованию-накладной № от апреля 2014). Последние 12 автошин выданы в конце апреля 2014 года. Ей на исполнение поступил рапорт инспектора (по обеспечению) ОП «Криволученский» УМВД России по г.Туле ФИО20 от 29.04.2014, согласно которому он просил выдать со склада АТХ ФКУ «ЦХ и СО УМВД России по Тульской области» запасные части на автомобили УАЗ 390994 г/н №, УАЗ 315196 г/н №, УАЗ 31519 г/н №, а именно зимнюю резину 215/60R16. Данный рапорт был подписан начальником &lt;данные изъяты&gt; ФИО5 После этого, ею было составлено и подписано требование-накладная № от апреля 2014. Затем она передала его ФИО20, который в свою очередь подписал требование у главного бухгалтера ФИО3 и передал его кладовщику склада ФИО1, которая также его подписала и выдала ФИО20 12 шин на автомобиль УАЗ 390994 г/н №, УАЗ 315196 г/н №, УАЗ 31519 г/н №, стоимостью 6677,70 рублей за каждую, на общую сумму 80132,40 рублей. Устанавливались ли реально указанные автошины на служебные автомобили УМВД России по г. Тула, она не знает. В 2016 году она входила в состав комиссии по списанию автомобильных шин служебного автотранспорта УМВД России по Тульской области. Кроме неё в состав комиссии входили еще 4 человека, а именно: председатель – заместитель начальника АТХ ФКУ «ЦХ и СО УМВД России по Тульской области» ФИО6, заместитель председателя комиссии – старший инженер направления по БД АТХ ФКУ «ЦХ и СО УМВД России по Тульской области» ФИО7, члены комиссии: специалист группы транспортного обеспечения АТХ ФКУ «ЦХ и СО УМВД России по Тульской области» ФИО8 и начальник участка по ремонту автотранспорта АТХ ФКУ «ЦХ и СО УМВД России по Тульской области» ФИО9 В её обязанности как члена данной комиссии входит списание автошин с баланса ФКУ «ЦХ и СО УМВД России по Тульской области». Однако фактически она никогда не осматривала списываемые шины, так как это не входит в её должностные обязанности, и она не является специалистом в этой сфере. Если списываемые автошины соответствуют норме пробега по списанию, то акт о списании не составляется, делаются отметки о списании и ставятся подписи членов комиссии в соответствующих карточках учета работы автомобильных шин. Если же автошины имеют недопробег до нормы списания, то материально-ответственное за них лицо составляет рапорт на имя начальника ФКУ «ЦХ и СО УМВД России по Тульской области» с указанием причин списания шин. После этого составляется акт списания шин. Так, на основании рапорта инспектора (по обеспечению) ОП «Криволученский» УМВД России по г. Туле ФИО20 согласно которому, он просил произвести осмотр 4 автошин 215х60R16 на автомобиль УАЗ 31519 г/н № на предмет их дальнейшей эксплуатации был составлен акт списания автомобильных шин № от 19.10.2016. Согласно указанному акту выявлены следующие повреждения автошин УАЗ-31519 г/н №: наличие бокового пореза, сквозные повреждения, нарушение целостности бортовых колец, наличие кольцевых изломов, расслоений, перетираний и разрывов нитей корда, трещин каркаса внутри шины. Определена высокая степень износа протектора. Вынесено заключение о списании указанных автошин, поскольку автошины находятся в неисправном состоянии и ремонту не подлежат. Уже подписанный членами комиссии акт № от ДД.ММ.ГГГГ ей принес на подпись ФИО20, фактически она не видела и не осматривала списанные шины. ФИО20 для осмотра их не предоставлял. Она расписалась в данном акте и делала отметки о списании шин по данным бухгалтерского учета. Кто именно и при каких обстоятельствах составлял этот акт, она не знает. Показаниями в судебном заседании и на предварительном следствии свидетеля ФИО10, оглашенными в части, по ходатайству государственного обвинителя в соответствии с ч.1 ст. 281 УПК РФ , о том, что в ноябре 2016 года у него состоялся разговор с ФИО20, который сказал ему, что он списал 4 из 12 полученных им зимних шипованных шин, а также, что остальные 8 шин должен списать он сам. На что он ответил ему, что он не может их списать, так как их никогда не видел и не будет их списывать и брать на себя ответственность, так как этих шин фактически в наличии нет. ФИО20 ему сказал, что поможет списать оставшиеся 8 шин в феврале 2017 года. Достоверно в судебном заседании подсудимый ФИО20 пояснить не смог, причину, по которой он хотел списать еще 8 шин, если они имелись в наличии, были новыми и не подлежали списанию. Показаниями в судебном заседании свидетеля ФИО11 – &lt;данные изъяты&gt; ФКУ «ЦХ и СО УМВД России по Тульской области», установлено, что в октябре 2016 года, к нему обратился ФИО20, который попросил его составить акт списания четырех автомобильных шин. Со слов ФИО20 автошины УАЗ-31519 г/н № имели повреждения. При этом свидетель подтвердил, что сами шины он не осматривал, фактически ФИО20 для осмотра их не предоставил. Он поверил ФИО20, хотя должен был произвести осмотр данных шин на предмет их дальнейшей эксплуатации. Показаниями в судебном заседании свидетеля ФИО9 о том, что в 2016 году он входил в состав комиссии по списанию автомобильных шин служебного автотранспорта УМВД России по Тульской области. Кроме него в состав комиссии входили еще 4 человека. 17-19 октября 2016 года, ему на исполнение поступил рапорт от инспектора ОП «Криволученский» УМВД России по г.Туле ФИО20, согласно которому, им были получены автошины на автомобиль УАЗ 31519 г/н №, в количестве 4 штук 215x60R16 зимние ДД.ММ.ГГГГ с повреждением протектора. При этом сами шины он не осматривал. ФИО20 обещал ему показать эти шины, но для осмотра, так и не предоставил. Он поверил ему и подписал акт. Свидетель ФИО8 – &lt;данные изъяты&gt; ФКУ «ЦХ и СО УМВД России по Тульской области» в судебном заседании подтвердила, что не принимала участия в осмотре шин, пояснив, что решение о списании принимается в мастерской, где осматриваются автомобильные шины. Уже подписанный членами комиссии акт она подписала, кто составлял акт ей не известно. Согласно показаниям свидетеля ФИО12 в судебном заседании – &lt;данные изъяты&gt; ОРЧ (СБ) УМВД России по Тульской области, о том, что имелась оперативная информация, что ФИО20, находясь в должности инспектора (по обеспечению) группы тылового обеспечения (место дислокации: отдел полиции «Криволученский») отдела тылового обеспечения УМВД России по г.Туле, являясь материально ответственным лицом, используя свое служебное положение, совершил хищение зимних шипованных шин со склада ФКУ «ЦХ и СО УМВД России по Тульской области». В ходе проведенной проверки отобраны объяснения от сотрудников ФКУ «ЦХ и СО УМВД России по Тульской области», отдела полиции «Криволученский», которые подтвердили информацию о хищении ФИО20 зимних шипованных шин. Согласно пояснениям ФИО20 четыре автошины списаны, а другие хранятся в пристройке к зданию отдела полиции «Криволученский». После чего была произведена выемка 8 автомобильных шин обнаруженных в пристройке отдела полиции. Однако по внешнему виду они находились в ней совсем немного времени, поскольку остальные предметы, находившиеся в ней, были сильно загрязнены. Указанное свидетельствует, что они помещены подсудимым в пристройку непосредственно перед осмотром. Показаниями в судебном заседании свидетеля ФИО13 - &lt;данные изъяты&gt; АТХ ФКУ «ЦХ и СО УМВД России по Тульской области», подтверждается, что 8 зимних шипованных автошин черного цвета на боковых поверхностях каждой из которых имеются надписи «MICHELIN Х-ICE NORTH 3 EXTRA LOAD», 99 Т, 215/60 R16 и рисунки в виде снежинок не имели соприкосновения с поверхностью проезжей части или другой поверхностью. Показания данных свидетелей ФИО12, ФИО13 суд оценивает в совокупности с другими представленными обвинением доказательствами, вместе с тем учитывает, что изъятые в ходе выемки шины, не положены в основу обвинения в части их присвоения подсудимым, поэтому оснований для оценки показаний данных свидетелей не имеется. Показаниями в судебном заседании свидетеля ФИО14 – &lt;данные изъяты&gt; АТХ ФКУ «ЦХ и СО УМВД России по Тульской области» о том, что при сдаче ФИО20 автомобиля УАЗ, вместе с автомобилем сданы изношенные всесезонные шины российского производителя «КАМА-219», типоразмером 225/75R16 в количестве 5 штук, которые установлены на передней и задней осях данного автомобиля и одна была запасная. На момент списания автомобиля УАЗ 31519 (г/н №), в его багажнике и салоне никаких других шин, в том числе зимних, не было. ФИО20 ему больше ничего не передавал. Показаниями в судебном заседании свидетеля ФИО15 о том, что в его обязанности входит управление автомобилями дежурной части ОП «Криволученский» УМВД России по г.Туле. Он закреплен за двумя автомобилями УАЗ государственный регистрационный знак № и за УАЗ (буханка) государственный регистрационный знак №. В основном он всегда ездил на УАЗ (буханка) №, автомобильные шины на ней стояли фирмы «КАМА». Автомобиль УАЗ государственный регистрационный знак № был очень старый, его в последующем списали. Автомобильные шины на УАЗ (буханка) № были в плохом состоянии. ФИО20 давал ему два новых болона, он поставил их на переднюю часть автомобиля. Всего на УАЗ (буханка) № стояли 4 болона и автомобильные шины фирмы «КАМА». Он не знает какие автомобильные шины стояли на УАЗ 31519 с государственным регистрационным знаком №. На данный момент он закреплен за автомобилем УАЗ 315195 государственный регистрационный знак №. За время работы он не видел, что бы на УАЗ (буханка) стояли шипованные шины иностранного производства. Показаниями в судебном заседании свидетеля ФИО17 о том, что он закреплен за автомобилем УАЗ 315196, государственный регистрационный знак №. С момента начала его фактического управления данным автомобилем, на передней и задней осях УАЗ 315196, государственный регистрационный знак №, в количестве четырех шин, а также на запасном колесе в количестве одной шины были установлены всесезонные шины «RADIAL К-153», типоразмером 225/75R16, всего в количестве 5 шин. В декабре 2016 года он получил две шины «КАМА-219», типоразмером 225/75R16 на автомобиль УАЗ 315196, №. Данные шины были установлены на заднюю ось его служебного автомобиля. В данный момент, на его служебном автомобиле на передней оси установлены шины «RADIAL К-153», типоразмером 225/75R16 в количестве двух шин, на задней оси - шины «КАМА-219», типоразмером 225/75R16, в количестве двух шин, на запасном колесе установлена одна шина «RADIAL К-153», типоразмером 225/75R16. На его автомобиле шины типоразмером 215/60R16 никогда не ставились. Показаниями в судебном заседании свидетеля ФИО19 о том, что в его обязанности входит управление автомобилями дежурной части ОП «Криволученский» УМВД России по г.Туле. С 2010 года он закреплен и фактически управлял служебным автомобилем УАЗ 31519 (г/н №), являлся материально-ответственным лицом за него. С момента начала управления данным автомобилем и до его списания, на передней и задней осях УАЗ 31519, г/н № были установлены всесезонные шины российского производителя «КАМА-219», типоразмером 225/75R16, всего в количестве 4 шин. На данном автомобиле, за время его работы, никогда не устанавливались зимние шипованные шины типоразмером 215/60 R16. Такие шины он не получал. В 2013 – 2015 годах обслуживанием, получением запасных частей, комплектующих для служебных автомобилей ОП «Криволученский» УМВД России по г. Туле занимался инспектор по обеспечению ОП «Криволученский» УМВД России по г.Туле ФИО20 Закрепленные водители также могут заказывать запчасти и комплектующие, для производства мелкого ремонта, запчасти, которые имеются в наличии в автохозяйстве, но в основном вопросами заказа и получения запчастей и комплектующих к служебным автомобилям занимался в силу своих должностных обязанностей ФИО20 На автомобиле УАЗ 315195 государственный регистрационный знак № стояли всесезонные автомобильные шины фирмы «КАМА», типоразмера 215/16 R16. Показаниями в судебном заседании свидетеля ФИО18 о том, что он закреплен за автомобилем УАЗ 315196, государственный регистрационный знак № с 2012 года и является материально-ответственным лицом за указанный автомобиль. Фактически он управлял данным автомобилем с 2014 года по настоящее время. За данным автомобилем, кроме него закреплены и управляют им сотрудники ОУР ОП «Криволученский» УМВД России по г. Туле – ФИО17 и ФИО16 С момента начала его фактического управления данным автомобилем, на передней и задней осях УАЗ 315196, государственный регистрационный знак №, в количестве четырех шин, а также на запасном колесе в количестве одной шины были установлены всесезонные шины «RADIAL К-153», типоразмером 225/75R16, всего в количестве 5 шин. В конце 2016 года оперуполномоченный ОП ОУР ОП «Криволученский» ФИО17 получил в АТХ ФКУ «ЦХиСО» УМВД России по Тульской области две шины «КАМА-219», типоразмером 225/75R16 на автомобиль УАЗ 315196, №. Данные шины были установлены на заднюю ось вышеуказанного автомобиля. Таким образом, в настоящее время, на данном автомобиле на передней оси установлены шины «RADIAL К-153», типоразмером 225/75R16 в количестве двух шин, на задней оси - шины «КАМА-219», типоразмером 225/75R16, в количестве двух шин, на запасном колесе установлена одна шина «RADIAL К-153», типоразмером 225/75R16. На вышеуказанном автомобиле, за время его работы на нем, в качестве водителя, никогда не устанавливались зимние шипованные шины типоразмером 215/60 R16, он такие шины не получал ни в АТХ ФКУ «ЦХиСО» УМВД России по Тульской области, ни в каком-либо другом подразделении УМВД России по Тульской области. Кто мог получить зимние шипованные шины типоразмером 215/60 R16 на автомобиль УАЗ 315196, № ему неизвестно. В 2014-2015 лицом, ответственным за тыловое обеспечение ОП «Криволученский» УМВД России по г. Туле являлся инспектор (по обеспечению) группы тылового обеспечения (место дислокации: ОП «Криволученский») отдела тылового обеспечения УМВД России по г. Туле ФИО20 Закрепленные водители также могут заказывать запчасти и комплектующие, для производства мелкого ремонта, запчасти, которые имеются в наличии в автохозяйстве, но ему известно, что никто из закрепленных водителей не получал на автомобиль УАЗ 315196, № зимние шипованные шины типоразмером 215/60 R16. ДД.ММ.ГГГГ от сотрудника ОРЧ (СБ) УМВД России он узнал, что 29 апреля 2014 года ФИО20, являясь материально-ответственным лицом, получил со склада ФКУ «ЦХиСО УМВД России по Тульской области» на служебные автомобили, используемые ОП «Криволученский» УМВД России по г. Туле, а именно УАЗ 390994 (г/н №), УАЗ 315196 (г/н №), УАЗ 31519 (г/н №) двенадцать шипованных автошин 215/60R16 на общую сумму около 80 000 руб. Показаниями в судебном заседании свидетеля ФИО16, о том, что он закреплен за автомобилем УАЗ 315196, государственный регистрационный знак № с 2012 года и является материально-ответственным лицом за указанный автомобиль. Фактически он управляет данным автомобилем с начала 2014 года по настоящее время. За данным автомобилем, кроме него закреплены и управляют им сотрудники ОУР ОП «Криволученский» УМВД России по г. Туле – ФИО17 и ФИО18 С момента начала его фактического управления данным автомобилем, на передней и задней осях УАЗ 315196, государственный регистрационный знак №, в количестве четырех шин, а также на запасном колесе в количестве одной шины были установлены всесезонные шины «RADIAL К-153», типоразмером 225/75R16, всего в количестве 5 шин. В конце 2016 года, оперуполномоченный ОП ОУР ОП «Криволученский» ФИО17 получил в АТХ ФКУ «ЦХиСО» УМВД России по Тульской области две шины «КАМА-219», типоразмером 225/75R16 на автомобиль УАЗ 315196, №. Данные шины были установлены на заднюю ось вышеуказанного автомобиля. Таким образом, в настоящее время, на данном автомобиле на передней оси установлены шины «RADIAL К-153», типоразмером 225/75R16 в количестве двух шин, на задней оси - шины «КАМА-219», типоразмером 225/75R16, в количестве двух шин, на запасном колесе установлена одна шина «RADIAL К-153», типоразмером 225/75R16. На вышеуказанном автомобиле, за время его работы на нем, в качестве водителя, никогда не устанавливались зимние шипованные шины типоразмером 215/60 R16, он такие шины не получал ни в АТХ ФКУ «ЦХиСО» УМВД России по Тульской области, ни в каком-либо другом подразделении УМВД России по Тульской области. Такие шины не устанавливались при нём никогда. В 2014-2015 годах лицом, ответственным за тыловое обеспечение ОП «Криволученский» УМВД России по г.Туле являлся инспектор (по обеспечению) группы тылового обеспечения (место дислокации: ОП «Криволученский») отдела тылового обеспечения УМВД России по г. Туле ФИО20. Закрепленные водители также могут заказывать запчасти и комплектующие, для производства мелкого ремонта, запчасти, которые имеются в наличии в автохозяйстве, но ему известно, что никто из закрепленных водителей не получал на автомобиль УАЗ 315196, № зимние шипованные шины типоразмером 215/60 R16. ДД.ММ.ГГГГ от сотрудника ОРЧ (СБ) УМВД России, который его опрашивал, он узнал, что 29 апреля 2014 года ФИО20, являясь материально-ответственным лицом, получил со склада ФКУ «ЦХ и СО УМВД России по Тульской области» на служебные автомобили, используемые ОП «Криволученский» УМВД России по г. Туле, а именно УАЗ 390994 (г/н №), УАЗ 315196 (г/н №), УАЗ 31519 (г/н №) двенадцать шипованных автошин 215/60R16. Показаниями в судебном заседании свидетеля ФИО8 о том, что с июня 2015 года в его обязанности входит управление автомобилями дежурной части ОП «Криволученский» УМВД России по г. Туле. До июня 2015 года он управлял автомобилем ВАЗ 2114, закрепленным за следственным подразделением ОП «Криволученский» УМВД России по г. Туле. За автомобилем УАЗ 390994, государственный регистрационный знак №, он закреплен с 2013 года, является материально-ответственным лицом за указанный автомобиль, но управлять им стал с июня 2015 года. Данным автомобилем управляет только он и водитель-полицейский ФИО15. Еще двое водителей-полицейских закреплены и управляют другим автомобилем дежурной части ОП «Криволученский» УАЗ Хантер. С момента начала его фактического управления данным автомобилем, на передней и задней осях УАЗ 390994, г/н № в количестве четырех шин, а также на запасном колесе в количестве одной шины установлены всесезонные шины «КАМА-219», типоразмером 225/75R16, всего в количестве 5 шин. На вышеуказанном автомобиле, за время его работы на нем, в качестве водителя, никогда не устанавливались зимние шипованные шины типоразмером 215/60 R16, он такие шины не получал ни в АТХ ФКУ «ЦХ и СО» УМВД России по Тульской области, ни в другом подразделении УМВД России по Тульской области. Такие шины не устанавливались при нём никогда. Кто мог получить зимние шипованные шины типоразмером 215/60 R16 на автомобиль УАЗ 390994, государственный регистрационный знак №, ему неизвестно. В 2014-2015 годах обслуживанием, получением запасных частей, комплектующих (в том числе аккумуляторов, шин) для служебных автомобилей ОП «Криволученский» УМВД России по г. Туле, в том числе автомобиля УАЗ 390994, государственный регистрационный знак №, занимался инспектор по обеспечению ОП «Криволученский» УМВД России по г. Туле ФИО20 Закрепленные водители также могут заказывать запчасти и комплектующие, для производства мелкого ремонта, запчасти, которые имеются в наличии в автохозяйстве. Но в основном вопросами заказа и получения запчастей и комплектующих к служебным автомобилям занимался в силу своих должностных обязанностей инспектор по обеспечению ОП «Криволученский» УМВД России по г. Туле ФИО20 Оценивая показания свидетелей ФИО1, ФИО4, ФИО10, ФИО11, ФИО9, ФИО2, ФИО8, ФИО17, ФИО18, ФИО16, ФИО8, ФИО15, ФИО19, ФИО12, ФИО13, ФИО14 по правилам ст.ст. , 88 УПК РФ , суд признает их относимыми, допустимыми и достоверными доказательствами по делу, поскольку они подробны, последовательны, стабильны, логичны, не содержат существенных противоречий, согласуются как между собой в части значимых по делу обстоятельств и позволяют суду объективно установить обстоятельства совершенного ФИО20 деяния. Оснований для оговора подсудимого ФИО20 указанными свидетелями, судом не установлено, поскольку, как пояснили свидетели в ходе судебного заседания, неприязненных отношений у них с подсудимым нет. Личной заинтересованности в исходе дела они также не имеют. Утверждения подсудимого ФИО20 о том, что свидетели его оговаривают, являются защитной версией подсудимого, а потому суд находит их несостоятельными, и отвергает, как надуманные. При этом суд также исходит из того, что подсудимым ФИО20 в судебном заседании не приведены доводы, по которым его могут оговаривать свидетели. Оснований для заинтересованности сотрудников ОП «Криволученский» УМВД России по г.Туле, ФКУ «ЦХ и СО УМВД России по Тульской области», как в ходе предварительного расследования, так и в судебном заседании в осуждении подсудимого ФИО20 судом не установлено, не приведены таковые и стороной защиты. Оснований не доверять показаниям свидетелей ФИО1, ФИО4, ФИО10, ФИО11, ФИО9, ФИО2, ФИО8, ФИО17, ФИО18, ФИО16, ФИО8, ФИО15, ФИО19, ФИО12, ФИО13, ФИО14 об известных им обстоятельствах, судом не установлено, так как не имеется объективных данных о наличии у них оснований для оговора подсудимого ФИО20 или умышленного искажения фактических обстоятельств. Доводы защиты об оговоре подсудимого ФИО20, в связи с нахождением свидетелей в служебной зависимости от руководства ОП «Криволученский» УМВД России по г.Туле, ФКУ «ЦХ и СО УМВД России по Тульской области», суд считает необоснованными и опровергнутыми допрошенными в ходе судебного следствия свидетелями. В судебном заседании не представлено доказательств, позволяющих усомниться в достоверности показаний указанных свидетелей обвинения. Вина подсудимого ФИО20 подтверждается также письменными материалами уголовного дела. Протоколом выемки от ДД.ММ.ГГГГ, согласно которому в служебном кабинете № ОРЧ (СБ) УМВД России по Тульской области административного здания УМВД России по Тульской области, расположенного по адресу: &lt;адрес&gt; были изъяты 8 зимних шипованных шин «MICHELIN Х-ICE NORTH 3 EXTRA LOAD» 99 Т типоразмером 215/60 R16, которые на основании постановления от ДД.ММ.ГГГГ признаны и приобщены к уголовному делу № в качестве вещественного доказательства (&lt;данные изъяты&gt;&lt;данные изъяты&gt;). Протоколом осмотра предметов от ДД.ММ.ГГГГ, согласно которому осмотрены: 8 зимних шипованных шин «MICHELIN Х-ICE NORTH 3 EXTRA LOAD» 99 Т типоразмером 215/60 R16, которые на основании постановления от ДД.ММ.ГГГГ признаны и приобщены к уголовному делу № в качестве вещественного доказательства (&lt;данные изъяты&gt;). Актом о списании автомобильной шины № от ДД.ММ.ГГГГ (&lt;данные изъяты&gt;). Рапортом ФИО20 о выдаче со склада АТХ ФКУ «ЦХ и СО» УМВД России по Тульской области зимней резины 215/60 Р 16 на автомобили УАЗ 390994 г/з №, 315196 г/з №, 31519 №. (&lt;данные изъяты&gt;). Копией наряда фактуры о получении шин по обращению УМВД по Тульской области (&lt;данные изъяты&gt;). Копией рапорта ФИО20 о рентабельности четырех шин, установленных на автомобиль УАЗ 31519 г/з № (&lt;данные изъяты&gt;). Карточками учета работы автомобильной шины (&lt;данные изъяты&gt;). Оборотной ведомостью движения материальных ценностей за 29 апреля 2014 года (&lt;данные изъяты&gt;) Актом о проведении оперативно-розыскного мероприятия «Обследование помещений, зданий, сооружений, участков местности и транспортных средств» (&lt;данные изъяты&gt;). Приказом № л/с от ДД.ММ.ГГГГ начальника УМВД России по г. Тула полковника полиции ФИО22, согласно которому ФИО20 назначен на должность инспектора (по обеспечению) группы тылового обеспечения (место дислокации: о/п «Криволученский» отдела тылового обеспечения Управления с ДД.ММ.ГГГГ.(&lt;данные изъяты&gt;) Приказом № л/с от ДД.ММ.ГГГГ начальника УМВД России по г. Тула полковника полиции ФИО22, согласно которому ФИО20 назначен на должность начальника смены дежурной части Отдела полиции «Криволученский» Управления с 01 марта 2016 года (&lt;данные изъяты&gt;) Должностным регламентом (должностной инструкции) инспектора (по обеспечению) группы тылового обеспечения (место дислокации: о/п «Криволученский» отдела тылового обеспечения Управления Министерства внутренних дел Российской Федерации по городу Туле ФИО20, утвержденного ДД.ММ.ГГГГ начальником УМВД России по г. Тула полковником полиции ФИО22, согласно которому в своей повседневной деятельности ФИО20 руководствуется Конституцией РФ, общепринятыми принципами и нормами международного права, международными договорами РФ, федеральными конституционными законами РФ, Федеральным законом «О полиции», актами Президента РФ и Правительства РФ, нормативными правовыми актами МВД России, правовыми актами УМВД России по Тульской области. Непосредственно подчиняется начальнику Отдела тылового обеспечения УМВД России по г. Тула, а также начальнику Отдела полиции «Криволученский» УМВД России по г. Тула. Согласно п. 13,17 раздела 2 должностного регламента, ФИО20 вправе осуществлять контроль за состоянием зданий и сооружений, своевременное проведение работ по подготовке к их сезонной эксплуатации; вносить предложения начальнику Отдела полиции «Криволученский» УМВД России по г. Тула по вопросам обеспечения и распределения материально-технических ресурсов среди структурных подразделений Отдела полиции «Криволученский» УМВД России по г. Тула и определяет потребность в соответствии с нормами положенности в транспортных средствах, горюче-смазочных материалах, автозапчастях, вещевом и хозяйственном имуществе, организационной технике, бумаге, топливе, мебели, а также оборудовании общепромышленного назначения и в других материальных средствах, в списании и уничтожении их в порядке, определенных нормативными документами МВД России. Согласно п. 30 раздела 3 должностного регламента, ФИО20 обязан осуществлять контроль за состоянием и укомплектованностью подразделений ОП «Криволученский» УМВД России по г. Тула автотранспортом. Согласно п. 43,45, 47 раздела 3 должностного регламента, ФИО20 является материально-ответственным лицом и несет персональную ответственность за вред, причиненный гражданам и организациям противоправными действиями (бездействиями) при выполнении служебных обязанностей; за ущерб, причиненный УМВД России по Тульской области, УМВД полиции по г. Тула (материальная ответственность); за соблюдение транспортной дисциплины (&lt;данные изъяты&gt;). Типовым договором о полной индивидуальной материальной ответственности, утвержденный постановлением Правительства РФ от 14.11.2002 №823, согласно которому инспектор тылового обеспечения «место дислокации ОП «Криволученский» УМВД России по г. Туле ФИО20 принимает на себя полную материальную ответственность за недостачу вверенного ему Организацией имущества, а также ущерб, возникший у организации в результате возмещения им ущерба иным лицам и в связи с изложенным обязуется: бережно относиться к переданному ему для осуществления возложенных на него функций (обязанностей) имуществу Организации и принимать меры по предотвращению ущерба; своевременно сообщать Организации либо непосредственному руководителю о всех обстоятельствах, угрожающих обеспечению сохранности вверенного ему имущества. (&lt;данные изъяты&gt;). Уставом федерального казенного учреждения «Центр хозяйственного и сервисного обеспечения Управления Министерства внутренних дел Российской Федерации по Тульской области», утвержденный приказом №213 Министерства внутренних дел Российской Федерации от 30 марта 2012 года, в соответствии с разделом 1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«Центр хозяйственного и сервисного обеспечения Управления Министерства внутренних дел Российской Федерации по Тульской области» (далее Учреждение) создано в соответствии с распоряжением Правительства Российской Федерации от 14 февраля 2012 года № 199-р;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Учредителем Учреждения является Российская Федерация;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Собственником имущества Учреждения является Российская Федерация;</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Учреждение является получателем средств федерального бюджета.</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Учреждение заключает договоры, приобретает имущественные и неимущественные права, несет обязанности, от собственного имени выступает истцом и ответчиком в суде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Учреждение обеспечивает исполнение своих обязательств в пределах, доведенных до него лимитов бюджетных средств; 27.3. Начальник Учреждения обладает правом выдачи доверенностей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Источниками финансового обеспечения Учреждения являются средства Федерального бюджета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Расходование бюджетных средств осуществляется Учреждением в пределах доведенных лимитов бюджетных обязательств и в соответствии с бюджетной сметой (&lt;данные изъяты&gt;). Указанные письменные документы не вызывают у суда сомнений в своей достоверности, оснований для признания их недопустимыми доказательствами не имеется. Протоколы выемок, осмотра документов и приобщения их к материалам дела в качестве вещественных доказательств, суд признает допустимыми и достоверными доказательствами, каких-либо нарушений требований уголовно-процессуального законодательства при проведении данных следственных действий не установлено. Суд приходит к убеждению в том, что каждое из них является относимым, допустимым и достоверным, а все представленные обвинением доказательства в совокупности – достаточными для вывода о виновности подсудимого. Представленные доказательства свидетельствуют, что ФИО20 находясь в должности инспектора (по обеспечению) группы тылового обеспечения (место дислокации ОП Криволученский отдела тылового обеспечения УМВД России по г.Туле, будучи материально ответственным лицом, используя свое служебное положение, совершил присвоение вверенного ему имущества на сумму 26 710 рублей 80 копеек. Оценивая, представленные доказательства, суд принимает во внимание показания свидетелей и письменные материалы уголовного дела, свидетельствующие, что полученные в АТХ ФКУ ЦХ и СО УМВД России по Тульской области зимняя шипованная резина на автомобили ОП «Криволученский» УМВД России по г.Туле не устанавливалась. Указанное не отрицается и самим подсудимым ФИО20. Вместе с тем, в материалах уголовного дела и не представлено таковых стороной защиты не имеется сведений о том, что ФИО20 обращался к руководству ОП «Криволученский» УМВД России по г.Туле, АТХ ФКУ ЦХ и СО УМВД России по Тульской области о наличии у него имущества, а именно шипованной резины, которая не может быть установлена на имеющиеся в распоряжении отдела полиции «Криволученский» служебные автомобили. Суд также учитывает, что при передаче имущества ФИО10, подсудимый ФИО20 указанные автошины не передал. Об их наличии и месте нахождении не сообщал. Однако сообщал ему, что четыре автошины он списал, и теперь уже ФИО10 необходимо списать оставшиеся 8. Объективно в ходе судебного следствия, почему при передаче имущества ФИО10, подсудимый ФИО20 не передал зимнюю шипованную резину, находящуюся на балансе, пояснить не смог. Доводы подсудимого ФИО20 о передаче четырех автошин при списании автомобиля УАЗ 31519 г/н № опровергаются показаниями свидетелей. Так, из показаний свидетеля ФИО9 следует, что ФИО20 обещал показать шины. Вместе с тем, согласно же показаниям самого подсудимого он сдал шины при списании автомобиля, при этом о наличии в автомобиле новой зимней резины ни кому не сообщал и никто из допрошенных свидетелей таковую не видел. Вопреки доводам защиты существенных противоречий в показаниях свидетелей ФИО14 и ФИО19 нет, поскольку они оба подтвердили, что осмотра в момент, когда был пригнан на списание автомобиль УАЗ 31519 г/н №, сразу не производился. Более того, согласно показаниям самого подсудимого ФИО20 автошины он привозил позднее, однако, указанное, также никто из свидетелей не подтвердил. Наличие незначительных противоречий в показаниях указанных свидетелей, не влияет на существо обвинения, а также на выводы о виновности подсудимого. Суд также учитывает показания свидетелей ФИО4, ФИО9, которые показали, что ФИО20 пытался списать 12 зимних шин, в связи с чем обращался к ним. Однако по факту списал только четыре. В ходе судебного следствия допрошены свидетели ФИО15, ФИО16, ФИО18, ФИО17, ФИО8, ФИО19, которые управляли автомобилями ОП «Криволученский», однако они все подтвердили, что зимние шипованные шины никогда на автомобили отдела полиции не устанавливались и фактически об их получении ФИО20 им стало известно только по факту расследования уголовного дела. Противоречат показаниям ФИО20 и письменные материалы дела, так подсудимый подтверждая факт, что указанная зимняя резина не могла быть установлена, так как не подходила типоразмерностью, вместе с тем, на новую зимнюю резину им составляется рапорт о рентабельности дальнейшего использования зимних шин 215/60 Р 16 в количестве 4 штук, установленных на автомобиле УАЗ 31519, которые якобы имеют повреждения протектора и корда. Позиция подсудимого и защиты, о том, что вменяемые ему четыре автошины списаны в установленном законом порядке, что, по их мнению, подтверждается актом о списании, карточками учета автомобильной шины, суд считает необоснованной и опровергнутой в ходе судебного следствия свидетелями, которые показали, что не проверяли состояние данных автошин, подписав документ на доверии к ФИО20. Таким образом, оценивая исследованные в судебном заседании доказательства, суд приходит к убеждению в том, что каждое из них является относимым, допустимым и достоверным, а их совокупность - достаточной для вывода о виновности подсудимого. Исследовав представленные суду доказательства в их совокупности, суд приходит к выводу, что доводы ФИО20 об обстоятельствах инкриминируемого ему деяния, а именно, то, что он не присваивал имущество АТХ ФКУ «ЦХ и СО УМВД России по Тульской области», а вменяемые ему четыре шины были сданы при сдаче автомобиля, за которым они числились, являются необоснованными, противоречат совокупности изложенных выше доказательств. Суд считает, что данные доводы подсудимый ФИО20 выдвинул в целях своей защиты, из стремления избежать ответственности за совершенное преступление. Доводы защиты об искусственном создании доказательств по уголовному делу, в ходе судебного следствия не нашли своего подтверждения. Суд принимает во внимание поведение подсудимого в судебном заседании, которое соответствует происходящей юридической ситуации, он обдуманно, последовательно и мотивировано осуществляет свою защиту, в связи с чем, приходит к выводу, что подсудимый ФИО20 является вменяемым, а потому подлежит уголовной ответственности за совершенное преступление. Действия подсудимого с учетом требований ст. 9 УК РФ и ст. 252 УПК РФ , согласно которым судебное разбирательство проводится только в отношении обвиняемого и лишь по предъявленному обвинению, а изменение обвинения в судебном разбирательстве допускается, если этим не ухудшается положение подсудимого и не нарушается его право на защиту, а также – с учетом, установленных в судебном заседании обстоятельств, суд квалифицирует по ч. 3 ст. 160 УК РФ как присвоение, то есть хищение чужого имущества, вверенного виновному, с использованием своего служебного положения, поскольку он, занимая должность инспектора (по обеспечению) группы тылового обеспечения (место дислокации: отдел полиции «Криволученский» отдела тылового обеспечения Управления Министерства внутренних дел Российской Федерации по городу Туле, используя свое служебное положение, совершил умышленное противоправное безвозмездное обращение вверенного ему чужого имущества в свою пользу, причинившее ущерб собственнику – ФКУ «ЦХ и СО УМВД России по Тульской области» в размере 26710 рублей 80 копеек. При назначении наказания подсудимому ФИО20 в соответствии с ч.3 ст. 60 УК РФ суд учитывает характер и степень общественной опасности совершенного преступления, относящегося по категории к тяжким, обстоятельства смягчающие наказание, личность виновного, влияние назначенного наказания на его исправление и на условия жизни его семьи. Обстоятельствами, смягчающими наказание подсудимому ФИО20 суд признает в соответствии с п. «г» ч.1 ст. 61 УК РФ – наличие малолетнего ребенка (&lt;данные изъяты&gt;), в соответствии с ч.2 ст. 61 УК РФ – состояние его здоровья, и &lt;данные изъяты&gt; (&lt;данные изъяты&gt;). Обстоятельств, отягчающих наказание ФИО20 в соответствии со ст. 63 УК РФ , судом не установлено. Суд учитывает также данные о личности подсудимого ФИО20 ранее несудимого (&lt;данные изъяты&gt;), к административной ответственности не привлекавшегося, &lt;данные изъяты&gt;, имеющего медали &lt;данные изъяты&gt; (&lt;данные изъяты&gt;), на учете у врача психиатра не состоящего (&lt;данные изъяты&gt;), по месту жительства характеризующегося удовлетворительно (&lt;данные изъяты&gt;), положительно характеризующегося по месту работы (&lt;данные изъяты&gt;), сведения о его трудовой деятельности (&lt;данные изъяты&gt;). С учетом всех данных о личности подсудимого, который впервые привлекается к уголовной ответственности, имеет постоянное место жительства, пенсионера, положительно характеризующегося, влияния наказания на исправление осужденного и на условия жизни его семьи, суд приходит к выводу о том, что цели наказания, согласно ч.2 ст. 43 УК РФ , в частности, восстановление социальной справедливости, а также исправление осужденного и предупреждение совершения им новых преступлений, могут быть достигнуты без изоляции его от общества, при назначении подсудимому наказания в соответствии со ст. 46 УК РФ в виде штрафа, размер которого суд определяет с учетом материального положения подсудимого, являющегося пенсионером, а также его возраста, трудоспособности, наличия имущества и иждивенцев, и считает, что данный вид наказания сможет обеспечить достижение целей наказания. Суд не усматривает оснований для применения при назначении наказания ФИО20 ст. 64 УК РФ , а также ч.6 ст. 15 УК РФ . При решении вопроса о мере пресечения, суд полагает необходимым ФИО20 до вступления приговора оставить без изменения меру пресечения в виде подписки о невыезде и надлежащем поведении, после чего отменить. Разрешая судьбу вещественных доказательств в соответствии с требованиями ст. 81 УПК РФ , суд полагает, что 8 зимних шипованных шин «MICHELIN Х-ICE NORTH 3 EXTRA LOAD» 99 Т типоразмером 215/60 R16, хранящиеся в камере хранения Центрального МРСО по г.Тула СУ СК России по Тульской области, необходимо передать в ФКУ «ЦХ и СО УМВД России по Тульской области». Разрешая заявленный гражданский иск представителя потерпевшего ФКУ «ЦХ и СО УМВД России по Тульской области» Потерпевший №1, суд, приходит к выводу о необходимости его частичного удовлетворения в силу ч. 1 ст. 1064 ГК РФ , с учетом наличия по уголовному делу вещественных доказательств, а именно 8 зимних шипованных шин «MICHELIN Х-ICE NORTH 3 EXTRA LOAD» 99 Т типоразмером 215/60 R16, и взыскании с подсудимого ФИО20 в пользу потерпевшего ФКУ «ЦХ и СО УМВД России по Тульской области» 26710 рублей (двадцати шести тысяч семисот десяти) рублей 80 копеек в качестве возмещения материального ущерба, причиненного преступлением, поскольку размер ущерба, причиненного потерпевшему, подтвержден материалами дела. На основании изложенного, руководствуясь ст.ст. , , - 309 УПК РФ , суд п р и г о в о р и л: признать ФИО20 виновным в совершении преступления, предусмотренного ч.3 ст. 160 УК РФ , и назначить ему наказание в виде штрафа в размере 130 000 (сто тридцать тысяч) рублей в доход государства. До вступления приговора суда в законную силу меру пресечения ФИО20 оставить без изменения - в виде подписки о невыезде и надлежащем поведении, после чего отменить. Вещественные доказательства по уголовному делу: 8 зимних шипованных шин «MICHELIN Х-ICE NORTH 3 EXTRA LOAD» 99 Т типоразмером 215/60 R16 передать в распоряжение ФКУ «ЦХ и СО УМВД России по Тульской области». Гражданский иск представителя потерпевшего ФКУ «ЦХ и СО УМВД России по Тульской области» Потерпевший №1, удовлетворить частично, взыскать в пользу ФКУ «ЦХ и СО УМВД России по Тульской области» с ФИО20, ДД.ММ.ГГГГ года рождения, уроженца &lt;адрес&gt;, &lt;данные изъяты&gt;, зарегистрированного по адресу: &lt;адрес&gt;, проживающего по адресу: &lt;адрес&gt;, материальный ущерб в размере 26710 рублей (двадцати шести тысяч семисот десяти) рублей 80 копеек. Приговор суда может быть обжалован в течение 10 суток со дня его провозглашения в судебную коллегию по уголовным делам Тульского областного суда путем подачи апелляционных жалобы или представления через Центральный районный суд г. Тулы. Председательствующий судья Суд: Центральный районный суд г.Тулы (Тульская область) (подробнее) Судьи дела: Климова О.А. (судья) (подробнее) Последние документы по делу: Приговор от 13 декабря 2017 г. по делу № 1-131/2017 Приговор от 12 декабря 2017 г. по делу № 1-131/2017 Приговор от 4 декабря 2017 г. по делу № 1-131/2017 Приговор от 4 декабря 2017 г. по делу № 1-131/2017 Приговор от 27 ноября 2017 г. по делу № 1-131/2017 Приговор от 9 ноября 2017 г. по делу № 1-131/2017 Приговор от 7 ноября 2017 г. по делу № 1-131/2017 Приговор от 29 августа 2017 г. по делу № 1-131/2017 Приговор от 14 августа 2017 г. по делу № 1-131/2017 Приговор от 17 июля 2017 г. по делу № 1-131/2017 Приговор от 30 мая 2017 г. по делу № 1-131/2017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