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времени с 18 часов 40 минут 25 мая 2016 года по 07 часов 30 минут 26 мая 2016 года ФИО28 и ФИО27 находились около огороженной забором охраняемой строительной площадки, принадлежащей ООО ПСФ «НАИМЕНОВАНИЕ ОРГАНИЗАЦИИ 1», расположенной по адресу: &lt;адрес&gt;, где увидели припаркованный на данной строительной площадке автомобиль марки «МАЗ» государственный регистрационный знак №, имея умысел на тайное хищение чужого имущества, а именно, аккумуляторов из вышеуказанного автомобиля, ФИО28 и ФИО27, вступили в преступный сговор о совместном совершении преступления, распределив между собой роли, согласно которым ФИО27 должен отсоединить аккумуляторы, а ФИО28 наблюдать за окружающей обстановкой с целью предупреждения соучастника о появлении посторонних лиц и сотрудников полиции, после чего совместно похитить аккумуляторы. Действуя согласно задуманного, группой лиц по предварительному сговору, ФИО28 и ФИО27 в указанный период времени, через имеющийся под забором лаз совместно прошли на строительную площадку по указанному адресу, где реализуя корыстный преступный умысел, направленный на тайное хищение чужого имущества, действуя совместно и согласованно между собой, открыли крышку аккумуляторного ящика на принадлежащем ООО ПСФ «НАИМЕНОВАНИЕ ОРГАНИЗАЦИИ 1» автомобиле марки «МАЗ» государственный регистрационный знак №. После чего ФИО27, выполняя отведенную ему роль в преступлении, руками отсоединил клеммы двух аккумуляторов, находящихся в аккумуляторном ящике, в то время как ФИО28, выполняя свою роль в преступлении, наблюдал за окружающей обстановкой с целью предупреждения ФИО27 о появлении посторонних лиц и сотрудников полиции. Продолжая осуществлять задуманное, ФИО28 и ФИО27, удостоверившись, что за их преступными действиями никто не наблюдает, действуя совместно и согласованно между собой, из корыстных побуждений, тайно похитили из аккумуляторного ящика автомобиля марки «МАЗ» государственный регистрационный знак №, принадлежащие ООО ПСФ «НАИМЕНОВАНИЕ ОРГАНИЗАЦИИ 1» два аккумулятора, стоимостью 10500 рублей каждый, на общую сумму 21000 рублей. После чего,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ООО ПСФ «НАИМЕНОВАНИЕ ОРГАНИЗАЦИИ 1» причинен материальный ущерб в размере 21000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времени с 22 часов 00 минут 05 июня 2016 года до 08 часов 30 минут 08 июня 2016 года ФИО28 и ФИО27, проходя около &lt;адрес&gt;, увидели хозяйственную постройку, из которой решили совершить хищение, имея умысел на тайное хищение чужого имущества, вступили в преступный сговор о совместном совершении преступления, распределив роли. Действуя согласно задуманного, группой лиц по предварительному сговору, в указанный период времени, ФИО28 и ФИО27 для срыва навесного замка на двери хозяйственной постройки, совместно приискали на улице металлический предмет в виде монтажки, при помощи которого совместными усилиями сорвали навесной замок, незаконно проникнув в хозяйственную постройку по указанному адресу. Продолжая свои преступные действия, направленные на тайное хищение чужого имущества, удостоверившись, что за их преступными действиями никто не наблюдает, действуя совместно и согласованно между собой, из корыстных побуждений, тайно похитили из хозяйственной постройки, расположенной у &lt;адрес&gt;, принадлежащее ФИО8 имущество: четыре автомобильных колеса в сборе стоимостью 6000 рублей каждое общей стоимостью 24 000 рублей; набор титановых ключей в пластиковом чемодане стоимостью 5000 рублей; набор автомобильных ключей в пластиковом чемодане стоимостью 5000 рублей; 2 накидки дождевые стоимостью 200 рублей каждая общей суммой 400 рублей; не представляющие материальной ценности видеорегистратор, средства по уходу за автомобилем: смазки в баллонах с распрыскивателем в количестве 7 штук, автошампуни для чистки салонов, а всего имущество на общую сумму 34 400 рублей. После чего,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потерпевшему ФИО8 причинен значительный материальный ущерб в размере 34 400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период времени с 20 часов 00 минут 05 июня 2016 года до 07 часов 50 минут 16 июня 2016 года ФИО28 и ФИО27, после совершения кражи имущества ФИО8, проходя около &lt;адрес&gt;, увидели напротив данного дома металлический гараж, из которого решили совершить хищение. ФИО28 и ФИО27 вступили в преступный сговор о совместном совершении тайного хищения чужого имущества, распределив между собой роли. Действуя группой лиц по предварительному сговору, согласно задуманного, в указанное время, ФИО28 и ФИО27 совместными усилиями сломали замок на воротах гаража, после чего незаконно проникли в гараж, расположенный по указанному адресу, где удостоверившись, что за ними никто не наблюдает, действуя совместно и согласованно между собой, из корыстных побуждений, тайно похитили из гаража, принадлежащее ФИО2 имущество: аккумулятор стоимостью 1000 рублей; корпус воздушного фильтра стоимостью 400 рублей, с находящимся в нем воздушным фильтром стоимостью 100 рублей; датчик массового расхода воздуха, стоимостью 800 рублей; не представляющий материальной ценности портфель с набором инструментов, стоимостью 200 рублей; магнитолу марки «JVS», стоимостью 400 рублей, не представляющий материальной ценности деревянный ящик, в котором находились рыболовные принадлежности (крючки, шумовки, леска, две удочки) общей стоимостью 200 рублей; 4 автомобильных покрышки фирмы «Кама» стоимостью 500 рублей каждая на сумму 2000 рублей, а всего имущество на общую сумму 5100 рублей. После чего,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потерпевшему ФИО2 причинен материальный ущерб в размере 5100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период времени с 22 часов 30 минут 15 июня 2016 года до 07 часов 50 минут 16 июня 2016 года ФИО28 и ФИО27, после совершения кражи имущества ФИО2., проходя около &lt;адрес&gt;, увидели на прилегающем к данному дому участке металлический гараж, из которого решили совершить хищение, имея умысел на тайное хищение чужого имущества, вступили в преступный сговор о совместном совершении преступления, распределив роли. Действуя согласно задуманного, группой лиц по предварительному сговору, в указанный период времени, ФИО28 и ФИО27 для срыва навесного замка на двери гаража, совместно приискали на улице металлический предмет в виде арматуры, при помощи которого совместно поочередно сорвали навесной замок, после чего незаконно проникли в гараж по указанному адресу. Продолжая свои преступные действия, направленные на тайное хищение чужого имущества, ФИО28 и ФИО27, удостоверившись, что за их преступными действиями никто не наблюдает, действуя совместно и согласованно между собой, из корыстных побуждений, тайно похитили из указанного гаража, принадлежащее ФИО1., имущество: бензопилу марки «Pualan 2250» стоимостью 3000 рублей; бензокосу марки «Торнадо», стоимостью 5000 рублей; углошлифовальную машинку марки «Гренапу», стоимостью 500 рублей, а всего имущество на общую сумму 8500 рублей. После чего,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потерпевшей ФИО1 причинен значительный материальный ущерб в размере 8500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период времени с 21 часа 00 минут 07 июля 2016 года до 11 часов 30 минут 08 июля 2016 года ФИО28 и ФИО27, проходя около &lt;адрес&gt;, увидели напротив данного дома хозяйственную постройку, из которой решили совместно совершить хищение, имея умысел на тайное хищение чужого имущества, вступили в преступный сговор о совместном совершении преступления, распределив роли. Действуя согласно задуманного, группой лиц по предварительному сговору, в указанный период времени, ФИО28 и ФИО27 для взлома двери хозяйственной постройки, совместно приискали на улице металлический предмет в виде арматуры, при помощи которого ФИО27 реализуя единый с соучастником преступный умысел, взломал пробой навесного замка на двери, в то время как ФИО28 наблюдал за окружающей обстановкой с целью предупреждения соучастника преступления о появлении посторонних лиц, либо сотрудников полиции. После чего ФИО28 и ФИО27 незаконно проникли в хозяйственную постройку по указанному адресу, где, удостоверившись, что за их преступными действиями никто не наблюдает, действуя совместно и согласованно между собой, из корыстных побуждений, тайно похитили, принадлежащее ФИО13 имущество: автомобильный аккумулятор мощностью 60 Ампер стоимостью 1500 рублей; дисковую пилу марки «Интерскол» стоимостью 4000 рублей; углошлифовальную машину фирмы «Интерскол» стоимостью 2000 рублей; шуруповерт фирмы «Спец» стоимостью 1000 рублей; электрическую шлифовальную машину фирмы «Торн», стоимостью 1000 рублей; электрическую дрель, стоимостью 1000 рублей; монтажный фен фирмы «Интерскол», стоимостью 1000 рублей; рыболовный чехол для удилища стоимостью 500 рублей, в котором находились: 3 спининга стоимостью 500 рублей каждый общей стоимостью 1500 рублей, 2 удочки из стеклопластика стоимостью 500 рублей каждая общей стоимостью 1000 рублей, снасти рыболовные (катушки, блесна, леска, фидорные снасти, кормушки, крючки), общей стоимостью 3500 рублей; усилитель для акустической системы фирмы «Ода», стоимостью 100 рублей; осциллограф стоимостью 1000 рублей; туристическую трехместную палатку в чехле, стоимостью 5000 рублей; саббуфер фирмы «Samsung» стоимостью 1000 рублей; пластиковый кейс с набором саморезов стоимостью 1000 рублей, а всего имущество на общую сумму 26 100 рублей. Затем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потерпевшему ФИО13 причинен значительный материальный ущерб в размере 26 100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период времени с 02 часов 00 минут до 10 часов 30 минут 15 июля 2016 года ФИО28 и ФИО27, проходя около &lt;адрес&gt;, увидели около данного дома хозяйственную постройку, из которой решили совершить хищение, имея умысел на тайное хищение чужого имущества, вступили в преступный сговор о совместном совершении преступления, распределив роли. Действуя согласно задуманного, группой лиц по предварительному сговору, в указанный период времени, ФИО28 приискал на улице металлический предмет в виде арматуры, при помощи которого сорвал пробой навесного замка на двери хозяйственной постройки, в то время как ФИО27 наблюдал за окружающей обстановкой с целью предупреждения соучастника преступления о появлении посторонних лиц, либо сотрудников полиции. После чего ФИО28 и ФИО27 незаконно проникли в хозяйственную постройку по указанному адресу, где, удостоверившись, что за их преступными действиями никто не наблюдает, действуя совместно и согласованно между собой, из корыстных побуждений, тайно похитили, принадлежащий ФИО19 велосипед фирмы «STELS Adrenalin», стоимостью 10 000 рублей. Затем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потерпевшему ФИО19 причинен значительный материальный ущерб в размере 10 000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период времени с 21 часа 30 минут 20 июля 2016 года до 16 часов 15 минут 23 июля 2016 года ФИО28 и ФИО27, проходя в частном секторе по &lt;адрес&gt;, увидели на участке, расположенном около &lt;адрес&gt;, металлический контейнер и гараж, из которых из корыстных побуждений решили совершить хищение, имея умысел на тайное хищение чужого имущества, вступили в преступный сговор о совместном совершении преступления, распределив роли. Действуя согласно задуманного, группой лиц по предварительному сговору, в указанный период времени, ФИО28 и ФИО27 через неогороженную часть прошли на участок, расположенный у &lt;адрес&gt;, где реализуя задуманное ФИО28 и ФИО27 для взлома навесного замка на двери металлического контейнера, совместно приискали на участке металлический предмет в виде лома, при помощи которого ФИО27, реализуя единый с соучастником преступный умысел, сорвал навесной замок на двери металлического контейнера, в то время как ФИО28 наблюдал за окружающей обстановкой с целью предупреждения соучастника преступления о появлении посторонних лиц, либо сотрудников полиции. После чего ФИО28 и ФИО27 незаконно проникли в металлический контейнер, где удостоверившись, что за их преступными действиями никто не наблюдает, действуя совместно и согласованно между собой, из корыстных побуждений, тайно похитили, принадлежащее ФИО12 имущество: два металлических лома стоимостью 200 рублей каждый; кирку металлическую стоимостью 300 рублей. Продолжая свои преступные действия, направленные на тайное хищение чужого имущества, ФИО28 и ФИО27 подошли к металлическому гаражу, и, при помощи металлических ломов, которые они похитили из указанного выше металлического контейнера, совместно взломали ворота гаража. После этого ФИО28 и ФИО27 незаконно проникли в металлический гараж, где действуя совместно и согласованно между собой, из корыстных побуждений тайно похитили, принадлежащее ФИО12 имущество: бензогенератор фирмы «Hyudai» стоимостью 9999 рублей; швеллер металлический стоимостью 375 рублей; два металлических уголка стоимостью 250 рублей каждый на общую сумму 500 рублей; два топора стоимостью 300 рублей каждый общей стоимостью 600 рублей; электрический провод на пластиковой катушке стоимостью 690 рублей; электрический провод стоимостью 390 рублей; гаечные головки шестигранные 20 штук стоимостью 30 рублей каждая на сумму 600 рублей; напильники 6 штук стоимостью 100 рублей каждый на сумму 600 рублей; кабель электрический длиной 20 метров, стоимостью 20 рублей за метр на сумму 400 рублей, а всего имущество на общую сумму 14 854 рубля. После чего,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потерпевшему ФИО12 причинен значительный материальный ущерб в размере 14 854 рубля.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период с 19 часов 00 минут 17 августа 2016 года до 07 часов 00 минут 22 августа 2016 года ФИО28 и ФИО27, находясь в частном секторе около &lt;адрес&gt;, вступили между собой в преступный сговор о совместном совершении тайного хищения чужого имущества, распределив роли. Действуя согласно задуманного, группой лиц по предварительному сговору, в указанный период времени, ФИО27 открутил металлическую проволоку на воротах забора, через которые ФИО28 и ФИО27 незаконно прошли на принадлежащий ФИО17 участок &lt;адрес&gt;. ФИО28, выполняя свою роль в хищении, действуя совместно и согласованно с соучастником преступления, для взлома навесного замка на двери хозяйственной постройки, приискал на участке металлический предмет в виде монтажки, при помощи которого, сорвал навесной замок на двери, а ФИО27 следил за окружающей обстановкой с целью предупреждения соучастника преступления о появлении посторонних лиц и сотрудников полиции. После этого ФИО28 и ФИО27 незаконно проникли в хозяйственную постройку, где удостоверившись, что за их преступными действиями никто не наблюдает, совместно и согласованно, из корыстных побуждений, тайно похитили, принадлежащее ФИО17 имущество: не представляющие материальной ценности гвоздодеры в количестве 2 штук; гвозди в количестве 2 коробок стоимостью 500 рублей каждая, на общую сумму 1000 рублей; саморезы в количестве 1 коробки стоимостью 900 рублей; удлинитель длиной 20 м, стоимостью 900 рублей; топоры металлические в количестве 2 штук, стоимостью 1000 рублей каждый на сумму 2000 рублей; монтажную пену в количестве 15 баллонов, стоимостью 200 рублей каждый на сумму 3000 рублей; кувалду металлическую стоимостью 800 рублей; газовый баллон с газом «Пропан» стоимостью 2300 рублей. Продолжая реализацию преступного умысла, направленного на тайное хищение чужого имущества, ФИО28 и ФИО27 из корыстных побуждений совместно и согласованно тайно похитили с территории участка по указанному адресу, принадлежащие ФИО17 металлические листы в количестве 4 штук, общей стоимостью 4000 рублей, а всего имущество на общую сумму 14900 рублей. После чего,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потерпевшему ФИО17 причинен значительный материальный ущерб в размере 14 900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период времени с 07 часов 00 минут до 07 часов 50 минут 22 августа 2016 года ФИО28 и ФИО27, после совершения хищения имущества ФИО17., находились около &lt;адрес&gt;, где вступили в преступный сговор о совместном совершении тайного хищения чужого имущества, из подвального помещения дома, где располагается мастерская ООО «НАИМЕНОВАНИЕ ОРГАНИЗАЦИИ 2», распределив роли. Действуя согласно задуманного, в указанное время ФИО28 и ФИО27 для срыва навесного замка на двери подвального помещения совместно приискали на улице металлический предмет в виде трубы, при помощи которого совместными усилиями сорвали навесной замок. После чего ФИО28 и ФИО27 незаконно проникли в принадлежащее ООО «НАИМЕНОВАНИЕ ОРГАНИЗАЦИИ 2» подвальное помещение, оборудованное под мастерскую, расположенную по адресу: &lt;адрес&gt;, где реализуя преступный умысел, направленный на тайное хищение чужого имущества, действуя совместно и согласованно между собой, из корыстных побуждений, тайно похитили принадлежащее ООО «НАИМЕНОВАНИЕ ОРГАНИЗАЦИИ 2» имущество: перфоратор ручной электрический ПРЭ-5М, стоимостью 3600 рублей; ручную электрическую углошлифовальную машину (УШМ - 230/2300М), стоимостью 5562 рубля, а всего на общую сумму 9162 рубля. После чего,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ООО «НАИМЕНОВАНИЕ ОРГАНИЗАЦИИ 2» причинен материальный ущерб в размере 9162 рубля.</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период с 19 часов 00 минут 29 августа 2016 года до 11 часов 00 минут 30 августа 2016 года ФИО28 и ФИО27, находясь в частном секторе около &lt;адрес&gt;, вступили между собой в преступный сговор о совместном совершении тайного хищения чужого имущества, распределив роли. Действуя согласно задуманного, группой лиц по предварительному сговору, в указанное время ФИО27, реализуя единый с соучастником корыстный преступный умысел, при помощи имеющегося у него при себе болтореза, срезал дужку навесного замка на калитке забора, в то время как ФИО28 наблюдал за окружающей обстановкой с целью предупреждения соучастника преступления о появлении посторонних лиц, либо сотрудников полиции. После чего ФИО28 и ФИО27 совместно незаконно прошли на принадлежащий ФИО17 участок &lt;адрес&gt;, где они беспрепятственно через незапертую дверь, незаконно проникли в хозяйственную постройку, удостоверившись, что за их преступными действиями никто не наблюдает, действуя совместно и согласованно между собой, из корыстных побуждений, тайно похитили, принадлежащие ФИО17 резиновые мужские сапоги, стоимостью 700 рублей. Затем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потерпевшему ФИО17 причинен материальный ущерб в размере 700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 период времени с 22 часов 30 минут 01 сентября 2016 года до 05 часов 10 минут 02 сентября 2016 года ФИО28 и ФИО27, находясь в частном секторе на &lt;адрес&gt;, увидели на прилегающей к дому &lt;адрес&gt; территории металлический гараж, ворота которого выходили на проезжую часть, из которого решили совершить хищение, имея умысел на тайное хищение чужого имущества, вступили в предварительный сговор о совместном совершении преступления, распределив роли, согласно которым ФИО27 должен при помощи имеющегося у него при себе болтореза срезать пробой навесного замка на воротах гаража, а ФИО28 наблюдать за окружающей обстановкой с целью предупреждения соучастника о появлении посторонних лиц и сотрудников полиции. Действуя согласно задуманного, группой лиц по предварительному сговору, в указанное время ФИО27, выполняя отведенную ему роль в преступлении, при помощи болтореза срезал пробой замка на воротах гаража, в то время как ФИО28, выполняя свою роль в преступлении, наблюдал за окружающей обстановкой с целью предупреждения ФИО27 о появлении посторонних лиц и сотрудников полиции. После чего ФИО28 и ФИО27 незаконно проникли в гараж, расположенный у &lt;адрес&gt; где, удостоверившись, что за их преступными действиями никто не наблюдает, действуя совместно и согласованно между собой, из корыстных побуждений, тайно похитили принадлежащее ФИО18 имущество: мойку «Керхер» стоимостью 10 490 рублей; инжектор пенный стоимостью 2 399 рублей; автошампунь стоимостью 978 рублей 60 копеек; бензотриммер «BauMaster» стоимостью 5000 рублей, а всего имущество на общую сумму 18 867 рублей 60 копеек. После чего,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потерпевшему ФИО18 причинен значительный материальный ущерб в размере 18 867 рублей 60 копеек.</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 период с 19 часов 45 минут 10 сентября 2016 года до 15 часов 00 минут 11 сентября 2016 года ФИО28 и ФИО27, находясь в частном секторе на &lt;адрес&gt;, увидели на одном из участков, расположенных около &lt;адрес&gt; строящийся дом, с выстроенными первым и вторым этажами и закрытым дверным проемом для отсутствия доступа внутрь посторонних лиц, из которого решили совершить хищение, имея умысел на тайное хищение чужого имущества, вступили в предварительный сговор о совместном совершении преступления, распределив роли. Действуя согласно задуманного, группой лиц по предварительному сговору, в указанное время ФИО28 и ФИО27 через неогороженную часть прошли на участок по указанному адресу, и подошли к строящемуся дому. Далее ФИО28 и ФИО27 совместно отодвинули в сторону дверное полотно, приставленное к дверному проему, и незаконно проникли внутрь принадлежащего ФИО12 строящегося дома. Продолжая свои преступные действия, ФИО28 и ФИО27, удостоверившись, что за их преступными действиями никто не наблюдает, действуя совместно и согласованно между собой, из корыстных побуждений, тайно похитили, принадлежащее ФИО12 имущество: дрель - шуруповерт в комплекте с запасным аккумулятором стоимостью 2000 рублей; отвертку крестовую стоимостью 50 рублей; отвертку крестовую стоимостью 80 рублей; ножницы бытовые стоимостью 60 рублей; не представляющий материальной ценности пластиковый кейс с находящейся в нем угошлифовальной машиной фирмы «Штурм» стоимостью 700 рублей, а всего имущество на общую сумму 2 890 рублей. После чего,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потерпевшему ФИО12 причинен материальный ущерб в размере 2 890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 период с 07 часов 00 минут 26 сентября 2016 года до 12 часов 00 минут 28 сентября 2016 года ФИО28 и ФИО27, находясь в &lt;адрес&gt;», расположенном напротив &lt;адрес&gt;, вступили в предварительный сговор о совместном совершении тайного хищения чужого имущества, распределив между собой роли, согласно которым ФИО27 должен при помощи имеющегося у него при себе болтореза срезать навесной замок на калитке ворот гаража, а ФИО28 наблюдать за окружающей обстановкой с целью предупреждения соучастника о появлении посторонних лиц и сотрудников полиции. Действуя согласно задуманного, группой лиц по предварительному сговору, в указанное время ФИО27, выполняя отведенную ему роль в преступлении, при помощи болтореза, специально припасенного для совершения преступления, срезал навесной замок на калитке ворот гаражного бокса &lt;адрес&gt;», в то время как ФИО28, выполняя свою роль в преступлении, наблюдал за окружающей обстановкой с целью предупреждения ФИО27 о появлении посторонних лиц и сотрудников полиции. После чего ФИО28 и ФИО27 незаконно проникли в гаражный бокс &lt;адрес&gt;», где, удостоверившись, что за их преступными действиями никто не наблюдает, действуя совместно и согласованно между собой, из корыстных побуждений, тайно похитили принадлежащее ФИО4 имущество: пластиковый кейс с набором гаечных ключей и головок, стоимостью 21 000 рублей; сварочный аппарат стоимостью 20 000 рублей; триммер электрический стоимостью 9000 рублей; бензокосу стоимостью 20 000 рублей; бензопилу фирмы «STIHL» стоимостью 6605 рублей; электрорубанок «HUNDER» стоимостью 3000 рублей; перфоратор электрический стоимостью 3000 рублей; электронасос стоимостью 5000 рублей; зарядное устройство для зарядки автомобильных аккумуляторов, стоимостью 3000 рублей; электрогенератор бензиновый фирмы «HUTER», стоимостью 25 000 рублей; комплект шруса на автомашину «Ока», стоимостью 7000 рублей, задний бампер на автомобиль «Ока» стоимостью 1000 рублей; машину фрезерную электрическую фирмы «Диолд» стоимостью 2600 рублей; ручную электрическую углошлифовальную машину фирмы «Энкор» стоимостью 1200 рублей; углошлифовальную машину УШМ WS-230D4 стоимостью 2233 рублей; слесарные тиски стоимостью 2000 рублей; два автомобильных аккумулятора в нерабочем состоянии, стоимостью 500 рублей каждый общей стоимостью 1000 рублей, а всего имущество на общую сумму 132 638 рублей. Затем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потерпевшему ФИО4 причинен значительный материальный ущерб в размере 132 638 рублей.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 период с 07 часов 00 минут 26 сентября 2016 года до 11 часов 25 минут 13 октября 2016 года ФИО28 и ФИО27, после совершения хищения имущества ФИО4., находясь в &lt;адрес&gt;», расположенном напротив &lt;адрес&gt;, вступили в предварительный сговор о совместном совершении тайного хищения чужого имущества, распределив между собой роли, согласно которым ФИО27 должен при помощи имеющихся у него при себе ножниц по металлу срезать пробой навесного замка на калитке ворот гаража, а ФИО28 должен наблюдать за окружающей обстановкой с целью предупреждения соучастника о появлении посторонних лиц и сотрудников полиции. Действуя согласно задуманного, группой лиц по предварительному сговору, в указанное время ФИО27, выполняя отведенную ему роль в преступлении, при помощи ножниц по металлу срезал пробой навесного замка на калитке ворот гаражного бокса &lt;адрес&gt;», в то время как ФИО28, выполняя свою роль в преступлении, наблюдал за окружающей обстановкой с целью предупреждения ФИО27 о появлении посторонних лиц и сотрудников полиции. После чего ФИО28 и ФИО27 незаконно проникли в гаражный бокс &lt;адрес&gt;», где, удостоверившись, что за их преступными действиями никто не наблюдает, действуя совместно и согласованно между собой, из корыстных побуждений, тайно похитили принадлежащее ФИО5 имущество: двухколесную хозяйственную тачку с оцинкованным корытом, стоимостью 1000 рублей; беговые лыжи фирмы «Фишер» с креплениями - автомат в комплекте с лыжными палками, стоимостью 3500 рублей комплект; канистру пластиковую объемом 30 литров, стоимостью 120 рублей, в которой находилось дизельное топливо, стоимостью 1000 рублей; оружейный стальной ящик, стоимостью 12 000 рублей, а всего имущество на общую сумму 17 620 рублей. Затем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потерпевшему ФИО5 причинен значительный материальный ущерб в размере 17 620 рублей.</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В период с 23 часов 00 минут 16 ноября 2016 года до 08 часов 00 минут 17 ноября 2016 года ФИО28 и ФИО27, находясь в &lt;адрес&gt;», расположенном по адресу: &lt;адрес&gt;, вступили в предварительный сговор о совместном совершении тайного хищения чужого имущества, распределив между собой роли, согласно которым ФИО27 должен при помощи имеющейся у него при себе монтировки сорвать пробой навесного замка на калитке ворот гаража, а ФИО28 наблюдать за окружающей обстановкой с целью предупреждения соучастника о появлении посторонних лиц и сотрудников полиции. Действуя согласно задуманного, группой лиц по предварительному сговору, в указанное время ФИО27, выполняя отведенную ему роль в преступлении, при помощи монтировки сорвал пробой навесного замка на калитке ворот гаража &lt;адрес&gt;», в то время как ФИО28, выполняя свою роль в преступлении, наблюдал за окружающей обстановкой с целью предупреждения ФИО27 о появлении посторонних лиц и сотрудников полиции. После чего ФИО28 и ФИО27 незаконно проникли в гараж &lt;адрес&gt;, где, удостоверившись, что за их преступными действиями никто не наблюдает, действуя совместно и согласованно между собой, из корыстных побуждений, тайно похитили принадлежащее ФИО20 имущество: 4 автомобильные покрышки марки «Мишлен» стоимостью 6000 рублей каждая, на общую сумму 24 000 рублей. Затем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потерпевшему ФИО20 причинен материальный ущерб в размере 24 000 рублей.</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В период с 12 часов 00 минут 08 декабря 2016 года до 06 часов 30 минут 09 декабря 2016 года ФИО28 и ФИО27, находясь около огороженной забором охраняемой территории ООО «НАИМЕНОВАНИЕ ОРГАНИЗАЦИИ 5» по адресу: &lt;адрес&gt;, на которой находился грузовой автомобиль марки «Мерседес» государственный регистрационный знак №, вступили в преступный сговор о совместном совершении тайного хищения чужого имущества, распределив между собой роли, согласно которым ФИО27 при помощи имеющегося у него при себе гаечного ключа должен отсоединить аккумуляторы, установленные на указанном автомобиле, а ФИО28- наблюдать за окружающей обстановкой с целью предупреждения соучастника о появлении посторонних лиц и сотрудников полиции. Действуя согласно задуманного, группой лиц по предварительному сговору, ФИО28 и ФИО27 в указанный период времени совместно перелезли через забор и прошли на территорию ООО «НАИМЕНОВАНИЕ ОРГАНИЗАЦИИ 5». Продолжая реализацию своего преступного умысла, ФИО27, выполняя свою роль в преступлении, открыл крышку аккумуляторного ящика на принадлежащем ФИО15 автомобиле марки «Мерседес» государственный регистрационный знак №, и при помощи имеющегося у него при себе гаечного ключа отсоединил клеммы двух аккумуляторов, находящихся в аккумуляторном ящике, в то время как ФИО28, выполняя свою роль в преступлении, наблюдал за окружающей обстановкой с целью предупреждения ФИО27 о появлении посторонних лиц и сотрудников полиции. Затем ФИО28 и ФИО27, удостоверившись, что за их преступными действиями никто не наблюдает, действуя совместно и согласованно между собой, помогая друг другу, из корыстных побуждений тайно похитили из аккумуляторного ящика автомобиля, принадлежащие ФИО15 два аккумулятора фирмы «Boch», стоимостью 14 500 рублей каждый с не представляющей материальной ценности аккумуляторной перемычкой, на общую сумму 29 000 рублей. После чего,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потерпевшему ФИО15 причинен значительный материальный ущерб в размере 29 000 рублей.</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В период с 20 часов 00 минут 08 декабря 2016 года до 08 часов 00 минут 09 декабря 2016 года ФИО28 и ФИО27, после совершения кражи имущества ФИО15., находясь в частном секторе на &lt;адрес&gt;, увидели напротив &lt;адрес&gt; металлический гараж, из которого решили совершить хищение, имея умысел на тайное хищение чужого имущества, вступили в предварительный сговор о совершении преступления, распределив между собой роли, согласно которым ФИО27 должен при помощи имеющегося у него при себе болтореза срезать навесной замок на воротах гаража, а ФИО28 наблюдать за окружающей обстановкой с целью предупреждения соучастника о появлении посторонних лиц и сотрудников полиции. Действуя согласно задуманного, группой лиц по предварительному сговору, в указанное время, ФИО27, выполняя отведенную ему роль в преступлении, при помощи болтореза срезал дужку навесного замка на воротах гаража, в то время как ФИО28, выполняя свою роль в преступлении, наблюдал за окружающей обстановкой с целью предупреждения ФИО27 о появлении посторонних лиц и сотрудников полиции. После чего ФИО28 и ФИО27 незаконно проникли в гараж, где, удостоверившись, что за их преступными действиями никто не наблюдает, действуя совместно и согласованно между собой, из корыстных побуждений, тайно похитили принадлежащее ФИО10 имущество: перфоратор «МАКIТА» HR 2610 в пластиковом кейсе с комплектом сверл, общей стоимостью 2 745 рублей; циркулярную пилу фирмы «Интерскол» стоимостью 1 860 рублей; машину ручную электрическую углошлифовальную стоимостью 4 140 рублей; бензопилу фирмы «Oleo-Mac», стоимостью 5 000 рублей, а всего имущество на общую сумму 13 745 рублей. После чего,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потерпевшей ФИО10 причинен значительный материальный ущерб в размере 13 745 рублей.</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В период с 20 часов 00 минут 17 декабря 2016 года по 09 часов 00 минут 18 декабря 2016 года ФИО28 и ФИО27 находясь в частном секторе на &lt;адрес&gt;, увидели припаркованный около &lt;адрес&gt; грузовой автомобиль марки «МАN-12224» государственный регистрационный знак №, из которого решили совершить хищение, имея умысел на тайное хищение чужого имущества, вступили в предварительный сговор о совместном совершении преступления, распределив между собой преступные роли, согласно которым ФИО27 при помощи имеющегося у него при себе болтореза должен срезать навесной замок на аккумуляторном ящике и отсоединить аккумуляторы, а ФИО28 наблюдать за окружающей обстановкой с целью предупреждения соучастника о появлении посторонних лиц и сотрудников полиции. Действуя согласно задуманного, группой лиц по предварительному сговору, в указанное время, ФИО27, выполняя отведенную ему роль в преступлении, при помощи имеющегося при себе болтореза срезал дужку навесного замка на цепи аккумуляторного ящика автомобиля марки «МАN-12224» государственный регистрационный знак №, принадлежащего ФИО11., открыл крышку, где также при помощи болтореза срезал крепления аккумуляторов, в то время как ФИО28, выполняя свою роль в преступлении, наблюдал за окружающей обстановкой с целью предупреждения ФИО27 о появлении посторонних лиц и сотрудников полиции. Продолжая осуществлять задуманное, ФИО28 и ФИО27, удостоверившись в том, что за их преступными действиями никто не наблюдает, действуя совместно и согласованно между собой, из корыстных побуждений, помогая друг другу, тайно похитили из аккумуляторного ящика указанного автомобиля, принадлежащие ФИО11 два аккумулятора, стоимостью 5000 рублей каждый на общую сумму 10 000 рублей. После чего,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потерпевшему ФИО11 причинен значительный материальный ущерб в размере 10000 рублей.</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В период времени с 01 часа 00 минут до 04 часа 00 минут 21 декабря 2016 года ФИО28 и ФИО27, находясь в частном секторе на &lt;адрес&gt;, увидели напротив &lt;адрес&gt; два рядом расположенных металлических гаража, принадлежащих ФИО9 из которых решили совершить хищение, имея единый умысел на тайное хищение чужого имущества, вступили в предварительный сговор о совместном совершении преступления, распределив между собой роли, согласно которым ФИО27 должен при помощи имеющегося у него при себе болтореза срезать навесные замки на воротах гаражей, а ФИО28 - наблюдать за окружающей обстановкой с целью предупреждения соучастника о появлении посторонних лиц и сотрудников полиции. Действуя согласно задуманного, группой лиц по предварительному сговору, в указанное время ФИО27, выполняя отведенную ему роль в преступлении, при помощи болтореза срезал дужки навесных замков на воротах двух гаражей, в то время как ФИО28, выполняя свою роль в преступлении, наблюдал за окружающей обстановкой с целью предупреждения ФИО27 о появлении посторонних лиц и сотрудников полиции. После чего ФИО28 и ФИО27 незаконно проникли в гараж №, где действуя совместно и согласованно между собой, из корыстных побуждений тайно похитили принадлежащее ФИО9 имущество: автомагнитолу фирмы «Хендай», стоимостью 200 рублей; автомагнитолу фирмы «Кенвуд», стоимостью 200 рублей, а всего на общую сумму 400 рублей. Далее в указанное время, ФИО28 и ФИО27, продолжая реализацию своего единого преступного умысла, направленного на тайное хищение чужого имущества, незаконно проникли в гараж №, где действуя совместно и согласованно между собой, из корыстных побуждений тайно похитили принадлежащее ФИО9 имущество: стойки амортизатора передние к автомобилю ВАЗ 2112, в количестве 2 штук, стоимостью 2000 рублей каждая; стойку амортизатора заднюю к автомобилю ВАЗ 2112, стоимостью 1400 рублей; комплект полиуретановых втулок для автомобиля ВАЗ 2103 в пластиковой коробке стоимостью 600 рублей, а всего имущество на общую сумму 6400 рублей. После чего,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потерпевшему ФИО9 причинен материальный ущерб в размере 6400 рублей.</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В период времени с 04 часов 00 минут по 04 часа 30 минут 21 декабря 2016 года ФИО28 и ФИО27, находясь в частном секторе на &lt;адрес&gt;, увидели на прилегающей к дому &lt;адрес&gt; территории металлический гараж, ворота которого выходили на проезжую часть, из которого решили совершить хищение, имея единый умысел на тайное хищение чужого имущества, вступили в предварительный сговор о совместном совершении преступления, распределив между собой роли, согласно которым ФИО27 должен при помощи имеющегося у него при себе болтореза срезать пробой навесного замка на воротах гаража, а ФИО28 наблюдать за окружающей обстановкой с целью предупреждения соучастника о появлении посторонних лиц и сотрудников полиции. Действуя согласно задуманного, группой лиц по предварительному сговору, в указанное время ФИО27, выполняя отведенную ему роль в преступлении, при помощи болтореза срезал пробой навесного замка на воротах гаража, в то время как ФИО28, выполняя свою роль в преступлении, наблюдал за окружающей обстановкой с целью предупреждения ФИО27 о появлении посторонних лиц и сотрудников полиции. После чего ФИО28 и ФИО27 незаконно проникли в гараж, где удостоверившись, что за их преступными действиями никто не наблюдает, ФИО27 поднял капот, находящегося в гараже автомобиля ВАЗ 2105 г.н.з. №, и при помощи имеющегося у него при себе гаечного ключа, отсоединил клеммы аккумулятора и извлек аккумулятор из моторного отсека, а с лобового стекла в салоне указанного автомобиля снял видеорегистратор. Далее, ФИО28 и ФИО27 с имуществом, принадлежащим ФИО21., вышли из гаража, тем самым из корыстных побуждений тайно похитили: аккумулятор стоимостью 2000 рублей; видеорегистратор фирмы «AdvoCam FD» стоимостью 3690 рублей, а всего имущество на общую сумму 5690 рублей. Затем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потерпевшему ФИО21 причинен значительный материальный ущерб в размере 5690 рублей.</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В период с 20 часов 00 минут 28 декабря 2016 года до 04 часа 45 минут 29 декабря 2016 года ФИО28 и ФИО27, находясь около магазина - склада «Автошины», принадлежащего ИП «ФИО22.», расположенного по адресу: &lt;адрес&gt;, вступили в преступный сговор о совместном совершении тайного хищения чужого имущества, распределив между собой преступные роли, согласно которым в то время как ФИО28, действуя во исполнение общего преступного плана, должен проникнуть в помещение магазина - склада по указанному адресу, откуда похитить ценное имущество, ФИО27, согласно отведенной ему преступной роли, должен находиться на улице в непосредственной близости и наблюдать за окружающей обстановкой с целью предупреждения ФИО28 о появлении посторонних лиц, собственника имущества или сотрудников полиции. Впоследствии похищенное имущество ФИО28 и ФИО27 договорились продать, вырученные денежные средства истратить по своему усмотрению. Действуя согласно задуманного, группой лиц по предварительному сговору, в указанное время ФИО27 и ФИО28 при помощи имеющейся у них при себе кувалды, совместно поочередно проломили стену помещения магазина - склада «Автошины», ФИО28, выполняя отведенную ему роль в преступлении, через образовавшийся проем в стене, незаконно проник вовнутрь помещения магазина - склада «Автошины», а ФИО27, выполняя свою роль в преступлении, находился на улице в непосредственной близости и наблюдал за окружающей обстановкой с целью предупреждения ФИО28 о появлении посторонних лиц, собственника имущества или сотрудников полиции. Находясь в помещении магазина - склада «Автошины», ФИО28, продолжая свои преступные действия, действуя группой лиц по предварительному сговору совместно с ФИО27, из корыстных побуждений взял принадлежащее ФИО16 имущество, а именно: комплект прокладок (2 штуки) пружин задней подвески стоимостью 362 рубля за комплект; трос привода спидометра, стоимостью 891 рубль; тормозные барабаны в количестве 2 штук стоимостью 1284 рубля каждый, на общую сумму 2568 рублей; комплект тормозных колодок стоимостью 696 рублей; заглушку ручки салона стоимостью 34 рубля; комплект тормозных барабанных колодок стоимостью 753 рубля; амортизатор правый стоимостью 2364 рубля; амортизатор левый стоимостью 2326 рублей; отбойники амортизатора в количестве 2 штук стоимостью 392 рубля каждый, общей стоимостью 784 рубля; пыльники заднего амортизатора в количестве 2 штук стоимостью 66 рублей каждый, общей стоимостью 132 рубля; болты задней подвески в количестве 2 штук стоимостью 103 рубля каждый, общей стоимостью 206 рублей; автомобильный аккумулятор фирмы «FB», стоимостью 500 рублей; ноутбук марки «Леново» модель G 700 стоимостью 31 000 рублей, а всего имущество ФИО16 на общую сумму 42 616 рублей, а также принадлежащее ООО «НАИМЕНОВАНИЕ ОРГАНИЗАЦИИ 4» имущество, а именно: клавиатуры для банкомата в количестве 6 штук, стоимостью 40 000 рублей каждая, на общую сумму 240000 рублей, которое через имеющийся проем вынес на улицу. Таким образом ФИО28 и ФИО27 из корыстных побуждений, тайно похитили указанное имущество на общую сумму 282 616 рублей, что является крупным размером. После чего с похищенным имуществом ФИО28 и ФИО27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потерпевшему ФИО16 причинен материальный ущерб в размере 42 616 рублей, ООО «НАИМЕНОВАНИЕ ОРГАНИЗАЦИИ 4» причинен материальный ущерб в размере 240000 рублей, а всего похищено имущества в крупном размере на общую сумму 282 616 рублей.</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09 января 2017 года в утреннее время, точное время следствием не установлено, ФИО28, ФИО27 и неустановленное следствием лицо, уголовное дело в отношении которого выделено в отдельное производство, находясь между домами &lt;адрес&gt;, имея умысел на открытое хищение чужого имущества, вступили в предварительный преступный сговор, направленный на совместное совершение преступления, а именно, хищения денежных средств из помещения пункта приема металлолома ООО «НАИМЕНОВАНИЕ ОРГАНИЗАЦИИ 3», расположенного напротив АЗС «ТНК», по адресу: &lt;адрес&gt;, распределив между собой преступные роли, согласно которым они совместно должны проникнуть в бытовое помещение пункта - приема металлолома ООО «НАИМЕНОВАНИЕ ОРГАНИЗАЦИИ 3», где ФИО28 действуя во исполнение общего преступного плана, должен связать скотчем сторожа и через окно наблюдать за окружающей обстановкой с целью предупреждения соучастников о появлении посторонних лиц, владельца имущества либо сотрудников полиции, а ФИО27 с неустановленным следствием лицом, уголовное дело в отношении которого выделено в отдельное производство, согласно отведенной им преступной роли, должны при помощи, принесенной с собой электрической отрезной машины распилить сейф, находящийся в бытовом помещении пункта приема металлолома и открыто похитить из него денежные средства, которые впоследствии поделить поровну между собой и истратить на собственные нужды. Так, в период времени с 23 часов 30 минут 09 января 2017 года по 00 часов 15 минут 10 января 2017 года ФИО28, ФИО27 и неустановленное следствием лицо, уголовное дело в отношении которого выделено в отдельное производство, совершили преступление группой лиц по предварительному сговору. В указанное время ФИО28, ФИО27 и неустановленное следствием лицо, уголовное дело в отношении которого выделено в отдельное производство, действуя согласно общего преступного плана, направленного на открытое хищение чужого имущества, приехали на принадлежащем ФИО28 автомобиле марки ВАЗ 21120 государственный регистрационный знак № под управлением ФИО28 в частный сектор Красноперекопского района, и с целью остаться незамеченными, ФИО28 припарковал автомобиль около &lt;адрес&gt;, то есть вблизи пункта - приема металлолома ООО «НАИМЕНОВАНИЕ ОРГАНИЗАЦИИ 3». Далее ФИО28, ФИО27 и неустановленное следствием лицо, уголовное дело в отношении которого выделено в отдельное производство, вышли из автомобиля и направились к пункту приема металлолома ООО «НАИМЕНОВАНИЕ ОРГАНИЗАЦИИ 3», где действуя совместно и согласованно, реализуя общий корыстный преступный умысел, направленный на открытое хищение чужого имущества, перелезли через забор, прошли на территорию пункта приема металлолома ООО «НАИМЕНОВАНИЕ ОРГАНИЗАЦИИ 3», где около бытового помещения ООО «НАИМЕНОВАНИЕ ОРГАНИЗАЦИИ 3» увидели, что сторож ФИО23 вышел из указанного помещения. ФИО28, действуя совместно и согласованно с ФИО27 и неустановленным следствием лицом, уголовное дело в отношении которого выделено в отдельное производство, группой лиц по предварительному сговору, подбежал сзади к сторожу ФИО23 и умышленно с силой нанес ему один удар рукой по голове, тем самым, применив насилие, не опасное для жизни и здоровья, от которого ФИО23 испытал физическую боль. Продолжая свои преступные действия ФИО28, с целью подавления воли потерпевшего ФИО23 к сопротивлению, применяя насилие, не опасное для жизни и здоровья, толкнул руками ФИО23 в спину, отчего ФИО23 потерял равновесие и упал на бок на снег. Затем, в продолжение своих умышленных преступных действий, ФИО28, ФИО27 и неустановленное следствием лицо, уголовное дело в отношении которого выделено в отдельное производство, в указанное время, действуя совместно и согласованно между собой, затащили ФИО23 в бытовое помещение ООО «НАИМЕНОВАНИЕ ОРГАНИЗАЦИИ 3», тем самым незаконно проникли в помещение, где с целью подавления воли последнего к сопротивлению, посадили его на стул. После чего ФИО28, выполняя свою роль в преступлении, действуя совместно и согласованно с соучастниками, во исполнение общего преступного умысла, имеющейся при себе липкой лентой (скотчем) связал ФИО23 руки, для того, чтобы последний не смог оказать сопротивления преступным действиям ФИО28, ФИО27 и неустановленного следствием лица, уголовное дело в отношении которого выделено в отдельное производство. После чего ФИО28 встал к окну и начал наблюдать за окружающей обстановкой, с целью предупреждения соучастников о появлении посторонних лиц, либо сотрудников полиции на территории пункта- приема металлолома. В это время ФИО27 и неустановленное следствием лицо, уголовное дело в отношении которого выделено в отдельное производство, выполняя отведенную им роль в преступлении, действуя совместно и согласованно между собой в присутствии ФИО23., заранее припасенной электрической отрезной машиной и обнаруженными ими на территории ООО «НАИМЕНОВАНИЕ ОРГАНИЗАЦИИ 3» кувалдой и ломами, взломали сейф, находящийся в подсобном помещении ООО «НАИМЕНОВАНИЕ ОРГАНИЗАЦИИ 3», откуда из корыстных побуждений открыто похитили, принадлежащие ООО «НАИМЕНОВАНИЕ ОРГАНИЗАЦИИ 3» денежные средства в сумме 189 900 рублей. После чего с похищенными денежными средствами ФИО28, ФИО27 и неустановленное следствием лицо, уголовное дело в отношении которого выделено в отдельное производство с места преступления скрылись, разделив между собой похищенные денежные средства поровну, которыми впоследствии каждый распорядился по своему усмотрению. В результате умышленных совместных преступных действий ФИО28, ФИО27 и неустановленного следствием лица, уголовное дело в отношении которого выделено в отдельное производство потерпевшему ФИО23 причинен физический вред, а ООО «НАИМЕНОВАНИЕ ОРГАНИЗАЦИИ 3» причинен материальный ущерб в размере 189 900 рублей.</w:t>
      </w:r>
    </w:p>
    <w:p>
      <w:pPr>
        <w:pStyle w:val="Heading3"/>
      </w:pPr>
      <w:r>
        <w:rPr>
          <w:rFonts w:ascii="Times New Roman" w:hAnsi="Times New Roman" w:eastAsia="Times New Roman" w:cs="Times New Roman"/>
          <w:b/>
          <w:i w:val="0"/>
          <w:sz w:val="22"/>
        </w:rPr>
        <w:t>Пункт 23. Выводы</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В период времени с 23 января 2017 года до 12 часов 30 минут 31 января 2017 года ФИО28 и ФИО27, находясь в частном секторе на &lt;адрес&gt;, увидели припаркованный около &lt;адрес&gt; грузовой автомобиль марки «Камаз» государственный регистрационный знак №, из которого решили совершить хищение, имея умысел на тайное хищение чужого имущества, вступили в предварительный сговор о совершении преступления, распределив роли, согласно которым ФИО27 при помощи имеющегося у него при себе болтореза должен срезать металлическую цепь на аккумуляторном ящике и отсоединить аккумуляторы, а ФИО28 должен наблюдать за окружающей обстановкой с целью предупреждения соучастника о появлении посторонних лиц и сотрудников полиции. Действуя согласно задуманного, группой лиц по предварительному сговору, ФИО27, в указанное время, выполняя отведенную ему роль в преступлении, при помощи болтореза срезал звено металлической цепи аккумуляторного ящика автомобиля марки «Камаз» государственный регистрационный знак №, принадлежащего ФИО14., открыл крышку, где при помощи имеющегося у него при себе гаечного ключа, отсоединил клеммы аккумуляторов, в то время как ФИО28, выполняя свою роль в преступлении, наблюдал за окружающей обстановкой с целью предупреждения ФИО27 о появлении посторонних лиц и сотрудников полиции. Продолжая осуществлять задуманное, ФИО28 и ФИО27, удостоверившись, что за их преступными действиями никто не наблюдает, действуя совместно и согласованно между собой, из корыстных побуждений тайно похитили из аккумуляторного ящика автомобиля принадлежащие ФИО14 аккумулятор стоимостью 4000 рублей и аккумулятор стоимостью 6000 рублей на общую сумму 10 000 рублей. После чего, ФИО28 и ФИО27 с похищенным имуществом с места преступления скрылись, распорядившись им впоследствии по своему усмотрению. В результате умышленных преступных действий ФИО28 и ФИО27 потерпевшей ФИО14 причинен значительный материальный ущерб в размере 10 000 рублей. В судебном заседании, проведенном по ходатайству подсудимых в особом порядке принятия судебного решения, подсудимый ФИО27 и ФИО28 поддержали его, пояснили, что они полностью согласны с предъявленным обвинением, последствия рассмотрения дела в данном порядке судебного разбирательства им разъяснены и понятны, ходатайство заявлено добровольно, после консультации с защитником. Возражений по поводу проведения судебного разбирательства в особом порядке со стороны остальных участников процесса не поступало. Вина подсудимых ФИО27, ФИО28 подтверждена всей совокупностью собранных по делу доказательств, которые они не оспаривали. Обвинение, с которым согласились оба подсудимых, обоснованно, подтверждается доказательствами, собранными в соответствии с уголовно-процессуальным законом. Условия постановления приговора без проведения судебного разбирательства соблюдены, поэтому дело рассмотрено в особом порядке принятия судебного решения. Действия ФИО27, ФИО28 должны быть правильно квалифицированы: - по эпизоду преступления в отношении ООО ПСФ « НАИМЕНОВАНИЕ ОРГАНИЗАЦИИ 1», по п. «а» ч.2 ст. 158 УК РФ как кража, то есть тайное хищение чужого имущества, совершенное группой лиц по предварительному сговору; -по каждому из эпизодов преступлений в отношении потерпевших ФИО8., ФИО1., ФИО13., ФИО19., ФИО12 (эпизод от 20-23 июля 2016 года), ФИО17 ( эпизод от 17 -22 августа 2016 года), ФИО18., ФИО4., ФИО5., ФИО10., ФИО21., по п.п. «а, б, в» ч.2 ст. 158 УК РФ как кража, то есть тайное хищение чужого имущества, совершенное группой лиц по предварительному сговору, с незаконным проникновением в иное хранилище, с причинением значительного ущерба гражданину; - по каждому из эпизодов преступлений в отношении потерпевших ФИО2., ФИО17 ( эпизод от 29-30 августа 2016 года), ФИО20., ФИО9 по п.п. «а, б» ч.2 ст. 158 УК РФ как кража, то есть тайное хищение чужого имущества, совершенное группой лиц по предварительному сговору, с незаконным проникновением в иное хранилище; - по каждому из эпизодов преступлений в отношении потерпевших ООО «НАИМЕНОВАНИЕ ОРГАНИЗАЦИИ 2», ФИО12 ( эпизод от 10-11 сентября 2016 года), по п.п. «а, б» ч.2 ст. 158 УК РФ как кража, то есть тайное хищение чужого имущества, совершенное группой лиц по предварительному сговору, с незаконным проникновением в помещение; - по каждому из эпизодов преступлений в отношении потерпевших ФИО15., ФИО11., ФИО23., по п.п. «а, в» ч.2 ст. 158 УК РФ как кража, то есть тайное хищение чужого имущества, совершенное группой лиц по предварительному сговору, с причинением значительного ущерба гражданину; - по эпизоду преступления в отношении потерпевших ФИО16 и ООО «НАИМЕНОВАНИЕ ОРГАНИЗАЦИИ 4», по п. «в» ч.3 ст. 158 УК РФ как кража, то есть тайное хищение чужого имущества, совершенное группой лиц по предварительному сговору, с незаконным проникновением в помещение, в крупном размере; - по эпизоду в отношении потерпевших ФИО23 и ООО « НАИМЕНОВАНИЕ ОРГАНИЗАЦИИ 3» по п.п. «а, в, г» ч.2 ст. 161 УК РФ как грабеж, то есть открытое хищение чужого имущества, совершенное группой лиц по предварительному сговору, с незаконным проникновением в помещение, с применением насилия, не опасного для жизни и здоровья. В соответствии с примечанием 3 к ст. 158 УК РФ под хранилищем понимаются хозяйственные помещения, обособленные от жилых построек, участки территории, трубопроводы, иные сооружения независимо от форм собственности, которые предназначены для постоянного или временного хранения материальных ценностей. С учетом того, что по эпизодам преступлений в отношении ООО ПСФ «НАИМЕНОВАНИЕ ОРГАНИЗАЦИИ 1», ФИО15 из обвинения, предъявленного ФИО28 и ФИО27 не усматривается, что огороженные забором и охраняемые территории предназначены для постоянного или временного хранения материальных ценностей, из их обвинения подлежит исключению квалифицирующий признак, предусмотренный п. «б» ч.2 ст. 158 УК РФ – незаконного проникновения в иное хранилище. Из предъявленного обвинения по эпизоду грабежа усматривается, что хищение денежных средств было совершено путем незаконного проникновения в бытовое помещение ООО «НАИМЕНОВАНИЕ ОРГАНИЗАЦИИ 3», поэтому обоснованно был вменен обоим подсудимым квалифицирующий признак - незаконного проникновения в помещения, дополнительной квалификации действий подсудимых с применением квалифицирующего признака – незаконного проникновения в иное хранилище, не требуется, поэтому он подлежит исключению из обвинения ФИО28 и ФИО27 По эпизоду хищения имущества ФИО16 и ООО «НАИМЕНОВАНИЕ ОРГАНИЗАЦИИ 4», с учетом места совершения преступления- склад- магазин «Автошины», наименования похищенного имущества, его количества, не осведомленности подсудимых о принадлежности похищенного имущества, у них имелся умысел на совершение хищения в крупном размере, поэтому данный квалифицирующий признак обоснованно вменен. С учетом умысла обоих подсудимых на совершение хищения в крупном размере, не требуется дополнительное вменение им квалифицирующего признака совершения кражи с причинением значительного ущерба гражданину, поэтому он подлежит исключению из обвинения. Установление указанных выше обстоятельств и их оценка не требуют исследования фактических обстоятельств уголовного дела и возможно при рассмотрении дела в особом порядке принятия судебного решения. При назначении наказания обоим подсудимым, судебная коллегия учитывает характер и степень общественной опасности совершенных преступлений, их личность, наличие смягчающих и отсутствие отягчающих наказание обстоятельств, влияние назначенного наказания на исправление осужденных и условия жизни их семей, а также характер и степень фактического участия каждого из подсудимых в совершении преступлений, значение этого участия для достижения цели преступления, его влияние на характер и размер причиненного вреда. Преступления совершенные подсудимыми относятся к категории умышленных, против собственности, два из которых относятся к категории тяжких, остальные к категории средней тяжести. По эпизоду грабежа отсутствует в отношении ФИО27 отягчающее наказание обстоятельство - совершение преступления в состоянии опьянения, вызванного употреблением алкоголя, поскольку не установлено как повлияло данное состояние на его поведение при совершении преступления. Суд признает в качестве смягчающих наказание обстоятельств в отношении ФИО27 и ФИО28 по всем эпизодам преступлений: полное признание вины, раскаянье в содеянном, явки с повинной, активное способствование расследованию преступлений, а по эпизодам в отношении потерпевших ФИО19., ФИО17 ( по эпизоду от 29-30 августа 2016 года), ФИО16 наличие смягчающего наказания обстоятельства – активного способствования розыску имущества добытого в результате преступления. Не установлено совершение подсудимыми по эпизоду от 17-22 августа 2016 года в отношении потерпевшего ФИО17 каких – либо действий, направленных на активное способствование розыску имущества добытого в результате преступления, газовый баллон и кувалда, похищенные у потерпевшего были изъяты в ходе осмотра места происшествия с участием ФИО24 Судебная коллегия учитывает при определении размера наказания обоим подсудимым положения ч.5 ст. 62 УК РФ , поскольку дело рассмотрено в особом порядке принятия судебного решения, а также ч.1 ст. 62 УК РФ , в связи с отсутствием отягчающих наказание обстоятельств и наличием смягчающих обстоятельств, предусмотренных п. «и» ч.1 ст. 61 УК РФ . Кроме того, судебная коллегия при определении вида и размера наказания учитывает данные о личности обоих подсудимых. ФИО27 ранее судим, на учетах в психиатрической и наркологической больницах не состоит, характеризуется участковым уполномоченным полиции - удовлетворительно, по месту регистрации со стороны соседей, по последнему месту работы – положительно. ФИО28 ранее судим на учетах в психиатрической и наркологической больницах не состоит, характеризуется по месту жительства участковым уполномоченным полиции удовлетворительно, имеет больную мать. Оснований для применения в отношении обоих подсудимых положений ст. 64 УК РФ , не имеется, поскольку не установлено исключительных обстоятельств, связанных с целями и мотивами преступлений, ролью виновных, их поведением во время и после совершения преступления, а также других обстоятельств, существенно уменьшающих общественную опасность преступлений и их личностей. С учетом фактических обстоятельств преступлений и степени их общественной опасности, оснований для изменения их категории на менее тяжкую в отношении обоих подсудимых не имеется. ФИО27 осужден приговором Некрасовского районного суда Ярославской области от 25 декабря 2014 года по п. «а» ч.2 ст. 158 УК РФ к 2 годам лишения свободы условно с испытательным сроком 2 года. При этом испытательный срок условного осуждения ФИО27 по данному приговору был продлен на 2 месяца, в связи с нарушением возложенных на него обязанностей. В период отбывания испытательного срока условного осуждения по приговору от 25 декабря 2014 года ФИО27 совершены преступления относящиеся к категории средней тяжести и тяжкие, поэтому в соответствии с требованиями ч.5 ст. УК РФ, ему следует его отменить, окончательное наказание назначить по правилам ст. 70 УК РФ , то есть оно подлежит усилению в данной части, по доводам представления. С учетом тяжести, характера и степени общественной опасности, совершенных ФИО27 и ФИО28 преступлений, их данных о личности, а также принципа справедливости наказания, с учетом требований ст. , 60 УК РФ , в целях исправления подсудимых, предупреждения совершения ими новых преступлений и восстановления социальной справедливости, им должно быть назначено наказание в виде реального лишения свободы, оснований для применения ст. 73 УК РФ не имеется. Судебная коллегия с учетом семейного и материального положения подсудимых не находит оснований для назначения дополнительных наказаний в виде штрафа и ограничения свободы. Потерпевшими были заявлены гражданские иски о взыскании имущественного ущерба, причиненного подсудимыми: ФИО1 – на сумму 8500 рублей, ФИО2 – на сумму 5100 рублей, ФИО12.- на сумму 14854 рубля и 2890 рублей; ФИО4 – на сумму 132 638 рублей; ФИО5.- на сумму 17 620 рублей;, ФИО25 в интересах ООО « НАИМЕНОВАНИЕ ОРГАНИЗАЦИИ 2»- на сумму 9162 рубля; ФИО20.- на сумму 24 000 рублей, ФИО8.- на сумму 34400 рублей; ФИО9.- на сумму 6400 рублей; ФИО10.- на сумму 13745 рублей; ФИО11.- на сумму 10 000 рублей, ФИО13- на сумму 26100 рублей, ФИО23.- на сумму 10 000 рублей, ФИО15.- на сумму 29000 рублей, ФИО16.- на сумму 42616 рублей, ООО « НАИМЕНОВАНИЕ ОРГАНИЗАЦИИ 4»- на сумму 240 000 рублей, ООО « НАИМЕНОВАНИЕ ОРГАНИЗАЦИИ 3»- на сумму 189900 рублей, ФИО17 – на сумму 11800 рублей, ФИО18. – на сумму 18867 рублей 60 копеек. В соответствии с требованиями ст. ст. 1064 , 1080 ГК РФ , указанные выше исковые требования потерпевших подлежат удовлетворению, поскольку их требования подтверждаются материалами дела, признаются подсудимыми. Таким образом, с подсудимых в солидарном порядке в пользу потерпевших должны быть взысканы указанные выше суммы возмещения причиненного ущерба. Судьба вещественных доказательств, приобщенных к делу, должна быть определена, в соответствии со ст. 81 УПК РФ . Исходя из положений п. «б» ч.1 ст. 58 УК РФ , отбывание наказания ФИО27 и ФИО28 должно быть определено в исправительной колонии общего режима. На основании изложенного и руководствуясь ст.ст. 389.13 , 389.20 , 389.28 ,, 389.31 , 389.32 УПК РФ , судебная коллегия п р и г о в о р и л а: Приговор Красноперекопского районного суда г. Ярославля от 30 июня 2017 года в отношении ФИО27, ФИО28 отменить, вынести новый обвинительный приговор. Признать ФИО27, ФИО28 виновными каждого в совершении преступлений, предусмотренных п. «а» ч.2 ст. 158 УК РФ (эпизод в отношении ООО ПСФ « НАИМЕНОВАНИЕ ОРГАНИЗАЦИИ 1»); п. п. «а, б, в» ч.2 ст. 158 УК РФ ( по эпизоду в отношении ФИО8.); п. п. «а, б» ч.2 ст. 158 УК РФ ( по эпизоду в отношении ФИО2.); п. п. «а, б, в» ч.2 ст. 158 УК РФ ( по эпизоду в отношении ФИО1.); п. п. «а,б,в» ч.2 ст. 158 УК РФ (по эпизоду в отношении ФИО13.); п. п. «а, б, в» ч.2 ст. 158 УК РФ ( по эпизоду в отношении ФИО19.); п. п. «а, б, в» ч.2 ст. 158 УК РФ ( по эпизоду от 20-23 июля 2016 года в отношении ФИО12.); п. п. «а, б, в» ч.2 ст. 158 УК РФ ( по эпизоду от 17-22 августа 2016 года в отношении ФИО17 ); п. п. «а, б» ч.2 ст. 158 УК РФ ( по эпизоду в отношении ООО «НАИМЕНОВАНИЕ ОРГАНИЗАЦИИ 2» ); п. п. «а, б» ч.2 ст. 158 УК РФ ( по эпизоду от 29-30 августа 2016 года в отношении ФИО17 ); п. п. «а, б, в» ч.2 ст. 158 УК РФ ( по эпизоду в отношении ФИО18.); п. п. «а,б» ч.2 ст. 158 УК РФ ( по эпизоду от 10-11 сентября 2016 года в отношении ФИО12.); п. п. «а, б, в» ч.2 ст. 158 УК РФ ( по эпизоду в отношении ФИО4.), п. п. «а, б, в» ч.2 ст. 158 УК РФ (по эпизоду в отношении ФИО5.); п. п. «а, б» ч.2 ст. 158 УК РФ ( по эпизоду в отношении ФИО20.); п. п. «а, в» ч.2 ст. 158 УК РФ ( по эпизоду в отношении ФИО15.); п. п. «а, б, в» ч.2 ст. 158 УК РФ ( по эпизоду в отношении ФИО10.); п. п. «а, в» ч.2 ст. 158 УК РФ ( по эпизоду в отношении ФИО11.); п. п. «а, б» ч.2 ст. 158 УК РФ ( по эпизоду в отношении ФИО9.); п. п. «а,б,в» ч.2 ст. 158 УК РФ (по эпизоду в отношении ФИО21.); п. «в» ч.3 ст. 158 УК РФ ( по эпизоду в отношении ФИО16 и ООО» НАИМЕНОВАНИЕ ОРГАНИЗАЦИИ 4»); п. п. «а, в, г» ч.2 ст. 161 УК РФ ( по эпизоду в отношении ФИО23 и ООО «НАИМЕНОВАНИЕ ОРГАНИЗАЦИИ 3»); п. п. «а, в» ч.2 ст. 158 УК РФ ( по эпизоду в отношении ФИО14.). Назначить ФИО27 наказание по: -п. «а» ч.2 ст. 158 УК РФ (по эпизоду преступления в отношении ООО ПСФ « НАИМЕНОВАНИЕ ОРГАНИЗАЦИИ 1») в виде 1 года 3 месяцев лишения свободы без ограничения свободы; -п.п. «а, б, в» ч.2 ст. 158 УК РФ по каждому из эпизодов преступлений в отношении ФИО8., ФИО1, ФИО13., ФИО19., ФИО12 (эпизод от 20-23 июля 2016 года), ФИО17 (эпизод от 17 -22 августа 2016 года), ФИО18., ФИО4., ФИО5., ФИО10., ФИО21 в виде 1 года 6 месяцев лишения свободы без ограничения свободы; - п.п. «а, б» ч.2 ст. 158 УК РФ по каждому из эпизодов преступлений в отношении ФИО2., ФИО17 (эпизод от 29-30 августа 2016 года), ФИО20., ФИО9., ООО « НАИМЕНОВАНИЕ ОРГАНИЗАЦИИ 2», ФИО12 (эпизод от 10-11 сентября 2016 года) в виде 1 года 4 месяцев лишения свободы без ограничения свободы; - п.п. «а, в» ч.2 ст. 158 УК РФ по эпизоду преступления в отношении ФИО15 в виде 1 года 5 месяцев лишения свободы без ограничения свободы; - п.п. «а, в» ч.2 ст. 158 УК РФ по каждому из эпизодов преступлений в отношении потерпевших ФИО11., ФИО14 в виде 1 года 4 месяцев лишения свободы без ограничения свободы; -п. «в» ч.3 ст. 158 УК РФ по эпизоду преступления в отношении потерпевших ФИО16 и ООО» НАИМЕНОВАНИЕ ОРГАНИЗАЦИИ 4» к 1 году 10 месяцам лишения свободы без штрафа и ограничения свободы ; - п.п. «а, в, г» ч.2 ст. 161 УК РФ по эпизоду преступления в отношении ФИО23 и ООО « НАИМЕНОВАНИЕ ОРГАНИЗАЦИИ 3» к 2 годам 3 месяцам лишения свободы без штрафа и ограничения свободы; В соответствии с ч.3 ст. 69 УК РФ по совокупности преступлений путем частичного сложения наказаний, назначенных за каждое преступление, назначить ФИО27 наказание в виде 3 лет 4 месяцев лишения свободы без штрафа и ограничения свободы. На основании ч.5 ст. УК РФ отменить ФИО27 условное осуждение по приговору Некрасовского районного суда Ярославской области от 25 декабря 2014 года. В соответствии со ст. 70 УК РФ по совокупности приговоров путем частичного присоединения к наказанию, назначенному по настоящему приговору, не отбытой части наказания по приговору Некрасовского районного суда Ярославской области от 25 декабря 2014 года, окончательно назначить ФИО27 наказание в виде 3 лет 7 месяцев лишения свободы с отбыванием наказания в исправительной колонии общего режима. Исчислять срок отбывания наказания ФИО27 с 30 июня 2017 года, зачесть временя содержания под стражей с 31 января 2017 года по 29 июня 2017 года. Назначить ФИО28 наказание по: -п. «а» ч.2 ст. 158 УК РФ (по эпизоду преступления в отношении ООО ПСФ « НАИМЕНОВАНИЕ ОРГАНИЗАЦИИ 1») в виде 1 года 3 месяцев лишения свободы без ограничения свободы; -п.п. «а, б, в» ч.2 ст. 158 УК РФ по каждому из эпизодов преступлений в отношении ФИО8., ФИО1., ФИО13., ФИО19., ФИО12 (эпизод от 20-23 июля 2016 года), ФИО17 ( эпизод от 17 -22 августа 2016 года), ФИО18., ФИО4., ФИО5., ФИО10., ФИО21. в виде 1 года 6 месяцев лишения свободы без ограничения свободы; - п.п. «а, б» ч.2 ст. 158 УК РФ по каждому из эпизодов преступлений в отношении ФИО2, ФИО17 (эпизод от 29-30 августа 2016 года), ФИО20., ФИО9., ООО «НАИМЕНОВАНИЕ ОРГАНИЗАЦИИ 2», ФИО12 (эпизод от 10-11 сентября 2016 года) в виде 1 года 4 месяцев лишения свободы без ограничения свободы; - п.п. «а, в» ч.2 ст. 158 УК РФ по эпизоду преступления в отношении ФИО15 в виде 1 года 5 месяцев лишения свободы без ограничения свободы; - п.п. «а, в» ч.2 ст. 158 УК РФ по каждому из эпизодов преступлений в отношении потерпевших ФИО11., ФИО14 в виде 1 года 4 месяцев лишения свободы без ограничения свободы; -п. «в» ч.3 ст. 158 УК РФ по эпизоду преступления в отношении потерпевших ФИО16 и ООО» НАИМЕНОВАНИЕ ОРГАНИЗАЦИИ 4» к 1 году 10 месяцам лишения свободы без штрафа и ограничения свободы; - п.п. «а, в, г» ч.2 ст. 161 УК РФ по эпизоду преступления в отношении ФИО23 и ООО « НАИМЕНОВАНИЕ ОРГАНИЗАЦИИ 3» к 2 годам 3 месяцам лишения свободы без штрафа и ограничения свободы. В соответствии с ч.3 ст. 69 УК РФ по совокупности преступлений путем частичного сложения наказаний, назначенных за каждое преступление, окончательно назначить ФИО28 наказание в виде 3 лет 4 месяцев лишения свободы без штрафа и ограничения свободы с отбыванием наказания в исправительной колонии общего режима. Исчислять срок отбывания наказания ФИО28 с 30 июня 2017 года, зачесть временя содержания под стражей с 31 января 2017 по 29 июня 2017 года. Гражданские иски ФИО1., ФИО2., ФИО12.; ФИО4., ФИО5., ООО « НАИМЕНОВАНИЕ ОРГАНИЗАЦИИ 2»; ФИО20., ФИО8., ФИО9, ФИО10., ФИО11., ФИО13., ФИО14., ФИО15., ФИО16., ООО « НАИМЕНОВАНИЕ ОРГАНИЗАЦИИ 4»., ООО « НАИМЕНОВАНИЕ ОРГАНИЗАЦИИ 3», ФИО17., ФИО18 удовлетворить. Взыскать с ФИО27, ФИО28 в солидарном порядке в пользу: ФИО1 – 8500 рублей, ФИО2 – 5100 рублей, ФИО12 – 17 744 рубля; ФИО4- 132 638 рублей; ФИО5- 17 620 рублей; ООО « НАИМЕНОВАНИЕ ОРГАНИЗАЦИИ 2» - 9162 рубля; ФИО20- 24 000 рублей, ФИО8 – 34 400 рублей; ФИО9- 6400 рублей; ФИО10- 13745 рублей; ФИО11- 10 000 рублей, ФИО13- 26 100 рублей, ФИО14 - 10 000 рублей, ФИО15- 29 000 рублей, ФИО16- 42616 рублей, ООО «НАИМЕНОВАНИЕ ОРГАНИЗАЦИИ 4»- на сумму 240 000 рублей, ООО « НАИМЕНОВАНИЕ ОРГАНИЗАЦИИ 3»- 189900 рублей, ФИО17 – 11800 рублей, ФИО18 – на сумму 18867 рублей 60 копеек. Вещественные доказательства: фрагмент кабеля и звено цепи, фрагмент скотча и три замка, сданные в камеру хранения – уничтожить; документы на похищенное имущество: инструкцию по эксплуатации и кассовый чек на дрель, гарантийный талон и кассовый чек от 09 сентября 2014 года, гарантийный талон от 18 мая 2015 года – хранить при материалах уголовного дела; велосипед « Стелс» оставить потерпевшему ФИО19.; пару резиновых сапог, кувалду, газовый баллон оставить потерпевшему ФИО17.; диск с видеозаписью за 22 августа 2016 года хранить при материалах уголовного дела; 4 замка, два фрагмента петли, металлический болт, фрагменты петли и кабеля, звено цепи, болторез, хранящиеся в камере хранения ОМВД по Красноперекопскому району- уничтожить; дверцы от сейфа, лом, видеорегистратор оставить у ФИО26.; документы на похищенное имущество: паспорт и кассовый чек на шуруповерт, гарантийный талон и кассовый чек на УШМ хранить при материалах уголовного дела; документы на похищенное имущество: кассовый чек и гарантийный талон на УШМ, кассовый и гарантийный талоны на бензопилу, руководство по эксплуатации на ручную шлифовальную машинку, паспорт на электрогенератор хранить при материалах уголовного дела; 5 фотоснимков со следами обуви, кассовый чек на сумму 29000 рублей, документы на похищенное имущество: товарный и кассовый чеки на сумму 3690 рублей на видеорегистратор- хранить при материалах уголовного дела; ноутбук « Леново» оставить у ФИО16.; два диска с видеозаписью и заключение эксперта №91-1 хранить при материалах уголовного дела; две автомобильные шины оставить у ФИО24 Апелляционный приговор может быть обжалован в порядке, установленном главой 47-1 УПК РФ, в президиум Ярославского областного суда. Председательствующий судьи: Суд: Ярославский областной суд (Ярославская область) (подробнее) Судьи дела: Иларионов Евгений Валерьевич (судья) (подробнее)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