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12 сентября 2016 года Кош-Агачским районным судом Республики Алтай (с учетом изменений, внесенных апелляционным определением Верховного Суда Республики Алтай от 08 декабря 2016 года) по ч.1 ст. 119 УК РФ освободить от наказания за истечением сроков давности уголовного преследования, по ч.1 ст. 222 УК РФ к 9 месяцам ограничения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21 февраля 2017 года мировым судьей судебного участка Кош-Агачского районного суда Республики Алтай по п. «в» ч. 2 ст. 115 УК РФ к 8 месяцам ограничений, на основании ч.5 ст.69 по приговору от 12 сентября 2016 года к 1 году ограничения свободы, 20 июля 2017 года отбыл наказание,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14 ноября 2017 года Кош-Агачским районным судом Республики Алтай по ч.1 ст. , ч.1 ст. , ч.2 ст. 69 УК РФ , (с учетом с учетом изменений, внесенных апелляционным постановлением Верховного Суда Республики Алтай от 27 декабря 2017 года) к ограничению свободы на срок 1 год;</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27 февраля 2018 года мировым судьей судебного участка Кош-Агачского района Республики Алтай по п. «в» ч.2 ст. 115 УК РФ к 10 месяцам лишения свободы, с применением ст. 73 УК РФ , условно с испытательным сроком 3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01 августа 2018 года мировым судьей судебного участка Кош-Агачского района Республики Алтай по п. «в» ч.2 ст. 115 УК РФ к 11 месяцам лишения свободы с отбыванием наказания в колонии-поселении осужден: - по п. «в» ч.2 ст. 115 УК РФ к 10 месяцам лишения свободы; - по ч.1 ст. 119 УК РФ к 1 году лишения свободы. На основании ч.2 ст. 69 УК РФ путем частичного сложения назначенных наказаний назначено наказание в виде лишения свободы сроком на 1 год 6 месяцев. Отменено условное наказание по приговору мирового судьи судебного участка Кош-Агачского района Республики Алтай от 27 февраля 2018 года. На основании ч.1 ст. 70 УК РФ по совокупности приговоров к назначенному наказанию частично присоединено неотбытая часть наказания по приговору мирового судьи судебного участка Кош-Агачского района Республики Алтай от 27 февраля 2018 года, назначено наказание в виде лишения свободы сроком на 1 год 8 месяцев. На основании ч.5 ст. 69 УК РФ по совокупности преступлений путем частичного сложения назначенного наказания и наказания по приговору мирового судьи судебного участка Кош-Агачского района Республики Алтай от 01 августа 2018 года окончательно к отбытию назначено наказание в виде лишения свободы сроком на 2 года 6 месяцев с отбыванием наказания в колонии-поселении. Заслушав осужденного Тадырова А-Ж.Г. и его адвоката Киреева В.С., возражавших против доводов апелляционного представления, государственного обвинителя Вакалова Д.Е., поддержавшего доводы апелляционного представления, суд УСТАНОВИЛ: Тадыров А.-Ж.Г. признан виновным и осужден за умышленное причинение легкого вреда здоровью, вызвавшее кратковременное расстройство здоровья, с применением предмета, используемого в качестве оружия, в отношении ФИО5; угрозу убийством, если имелись основания опасаться осуществления этой угрозы в отношении ФИО5 и ФИО6 Преступления Тадыров А.-Ж.Г. совершил 12 мая 2018 года около 21 часа в доме &lt;адрес&gt; при обстоятельствах, изложенных в приговоре Осужденный Тадыров А.-Ж.Г. вину в совершении преступления признал полностью. В апелляционном представлении прокурор Кош-Агачского района Республики Алтай Бадин В.Н., не оспаривая квалификацию действий осужденного, просит приговор суда изменить, мотивировав тем, что уголовное дело в отношении Тадырова А.-Ж.Г. рассмотрено в порядке, предусмотренном главой 40 УПК РФ, при этом требования ч.5 ст. 62 УК РФ судом не применены и не выполнены, не учтен в качестве отягчающего наказание обстоятельства в соответствии с ч.1 ст. 18 УК РФ рецидив преступлений с учетом судимости от 14 ноября 2017 года по ч.1 ст. 222 УК РФ , неверно зачтен Тадырову в срок отбытия наказания период с 23 августа по 30 октября 2018 года по приговору мирового судьи Кош-Агачского района от 01 августа 2018 года, назначенное наказание является чрезмерно мягким. Просит приговор изменить, учесть при назначении наказания требования ч.5 ст. 62 УК РФ ; учесть на основании п. «а» ч.1 ст. 63 УК РФ в качестве отягчающего наказание обстоятельства наличие в действиях Тадырова рецидива преступлений; усилить назначенное наказание по п. «в» ч.2 ст. и ч.1 ст. 119 УК РФ за каждое из преступлений до 1 года 2 месяцев лишения свободы; усилить назначенное на основании ч.2 ст. 69 УК РФ наказание до 1 года 10 месяцев лишения свободы; усилить назначенное на основании ч.1 ст. 70 УК РФ наказание до 2 лет лишения свободы; усилить назначенное на основании ч.5 ст. 69 УК РФ наказание до 2 лет 10 месяцев лишения свободы с отбыванием наказания в колонии-поселении; зачесть Тадырову в срок отбытия наказания период с 23 августа по 29 октября 2018 года по приговору мирового судьи Кош-Агачского района от 01 августа 2018 года; срок наказания исчислять с 30 октября 2018 года. В апелляционной жалобе Тадыров А.-Ж.Г. просит приговор мирового судьи отменить, снизить назначенное наказание и применить ст. 73 УК РФ , освободив его из-под стражи в зале суда. Проверив материалы уголовного дела, обсудив доводы апелляционного представления и апелляционной жалобы осужденного, выслушав участников процесса, суд апелляционной инстанции приходит к следующим выводам. Из материалов дела усматривается, что судебное заседание проведено и приговор постановлен по ходатайству осужденного Тадырова А-Ж.Г. с согласия государственного обвинителя и потерпевших ФИО5, ФИО6 без проведения судебного разбирательства в особом порядке судебного решения, предусмотренном главой 40 Уголовно-процессуального кодекса РФ. Суд с соблюдением требований ст.ст. - 316 УПК РФ обоснованно признал Тадырова А.-Ж.Г. виновным в совершении преступлений, предусмотренных п. «в» ч.2 ст. , ч.1 ст. 119 УК РФ , принятое судом первой инстанции решение о переквалификации действий Тадырова А.-Ж.Г. по двум эпизодам по ч.1 ст. 119 УК РФ на один состав преступления, предусмотренный ч.1 ст. 119 УК РФ , не противоречит положениям главы 40 УПК РФ, поскольку не требует исследования собранных доказательств. Суд первой инстанции правомерно постановил обвинительный приговор и назначил виновному наказание. Вместе с тем, соглашаясь с доводами апелляционного представления, суд при назначении наказания не конкретизировал в описательно-мотивировочной части приговора, что наказание Тадырову назначается с применением положений ч.5 ст. 62 УК РФ , в связи с чем, для устранения допущенного нарушения, суд апелляционной инстанции считает, что приговор в этой части подлежит уточнению с указанием, что наказание назначается с применением ч.5 ст. 62 УК РФ . Кроме того, как следует из материалов дела, Тадыров А.-Ж.Г. осужден приговором Кош-Агачского районного суда от 14 ноября 2018 года (с учетом апелляционного постановления Верховного Суда Республики Алтай от 27 декабря 2017 года) по ч.1 ст.222, ч.1 ст.228, с учетом ч.2 ст. 69 УК РФ к наказанию в виде ограничения свободы на срок 1 год. Принимая во внимание, что по ч.1 ст. 222 УК РФ Тадыров А.-Ж.Г. осужден за преступление, совершенное в совершеннолетнем возрасте, в его действиях усматривается рецидив преступлений. В связи с чем, суд апелляционной инстанции в качестве обстоятельства, отягчающего наказание в действиях Тадырова признает рецидив преступлений (п. «а» ч.1 ст. 63 УК РФ ), при назначении наказания учитывает положения ч.2 ст. 68 УК РФ , оснований для применения положений ч.1 ст. 62 УК РФ и ч.3 ст. 68 УК РФ не усматривает. В связи с наличием установленного отягчающего обстоятельства, наказание, назначенное Тадырову А.-Ж.Г. по п. «в» ч.2 ст. 115 УК РФ , ч.1 ст. 119 УК РФ , подлежит усилению. Су апелляционной инстанции считает необходимым исключить из резолютивной части указание о зачете в срок отбытия наказания Тадырова А.-Ж.Г. по приговору мирового судьи от 01 августа 2018 года с 23 августа 2018 года по 30 октября 2018 года, указав о зачете в срок отбытия наказания Тадырову по приговору мирового судьи от 01 августа 2018 года с 23 августа 2018 года по 29 октября 2018 года включительно. На основании изложенного, руководствуясь ст. ст. 389.13 , 389.20 , 389.28 , 389.33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